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6304"/>
        <w:gridCol w:w="3645"/>
      </w:tblGrid>
      <w:tr w:rsidR="00852507" w:rsidRPr="003132E8" w14:paraId="3C10A580" w14:textId="77777777" w:rsidTr="00446F7C">
        <w:tc>
          <w:tcPr>
            <w:tcW w:w="985" w:type="dxa"/>
            <w:vAlign w:val="center"/>
          </w:tcPr>
          <w:p w14:paraId="7AF9F939" w14:textId="4AABBC18" w:rsidR="00852507" w:rsidRPr="003132E8" w:rsidRDefault="00991B9A" w:rsidP="00991B9A">
            <w:r>
              <w:drawing>
                <wp:inline distT="0" distB="0" distL="0" distR="0" wp14:anchorId="1A4F4F4E" wp14:editId="1997EBD1">
                  <wp:extent cx="586153" cy="586153"/>
                  <wp:effectExtent l="0" t="0" r="4445" b="4445"/>
                  <wp:docPr id="4894262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09" cy="593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4" w:type="dxa"/>
            <w:vAlign w:val="center"/>
          </w:tcPr>
          <w:p w14:paraId="62DB0168" w14:textId="22ADFB7A" w:rsidR="00852507" w:rsidRPr="003132E8" w:rsidRDefault="00991B9A" w:rsidP="00446F7C">
            <w:pPr>
              <w:jc w:val="both"/>
            </w:pPr>
            <w:r>
              <w:drawing>
                <wp:inline distT="0" distB="0" distL="0" distR="0" wp14:anchorId="37C93508" wp14:editId="02F06AC2">
                  <wp:extent cx="1905000" cy="567929"/>
                  <wp:effectExtent l="0" t="0" r="0" b="3810"/>
                  <wp:docPr id="1444528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5288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631" cy="579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</w:tcPr>
          <w:p w14:paraId="06D1DCCF" w14:textId="0B849B6B" w:rsidR="00852507" w:rsidRPr="003132E8" w:rsidRDefault="00D756A5">
            <w:pPr>
              <w:jc w:val="right"/>
            </w:pPr>
            <w:r>
              <w:rPr>
                <w:rFonts w:ascii="Aptos Display" w:hAnsi="Aptos Display"/>
                <w:b/>
                <w:color w:val="1C4BFF"/>
                <w:sz w:val="28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6DC4CEC6" wp14:editId="35B4B5CB">
                      <wp:simplePos x="0" y="0"/>
                      <wp:positionH relativeFrom="margin">
                        <wp:posOffset>642678</wp:posOffset>
                      </wp:positionH>
                      <wp:positionV relativeFrom="paragraph">
                        <wp:posOffset>105756</wp:posOffset>
                      </wp:positionV>
                      <wp:extent cx="1730375" cy="0"/>
                      <wp:effectExtent l="38100" t="57150" r="79375" b="114300"/>
                      <wp:wrapNone/>
                      <wp:docPr id="553026979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30375" cy="0"/>
                              </a:xfrm>
                              <a:prstGeom prst="line">
                                <a:avLst/>
                              </a:prstGeom>
                              <a:ln w="57150">
                                <a:solidFill>
                                  <a:srgbClr val="1C4BFF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209F1A" id="Straight Connector 3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50.6pt,8.35pt" to="186.8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" strokecolor="#1c4bff" strokeweight="4.5pt">
                      <v:shadow on="t" color="black" opacity="24903f" origin=",.5" offset="0,.55556mm"/>
                      <w10:wrap anchorx="margin"/>
                    </v:line>
                  </w:pict>
                </mc:Fallback>
              </mc:AlternateContent>
            </w:r>
          </w:p>
        </w:tc>
      </w:tr>
    </w:tbl>
    <w:p w14:paraId="24DA01F9" w14:textId="622DA0F4" w:rsidR="00852507" w:rsidRPr="003132E8" w:rsidRDefault="00D756A5">
      <w:pPr>
        <w:jc w:val="right"/>
      </w:pP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64DAB4C" wp14:editId="2C16C26C">
                <wp:simplePos x="0" y="0"/>
                <wp:positionH relativeFrom="column">
                  <wp:posOffset>5138420</wp:posOffset>
                </wp:positionH>
                <wp:positionV relativeFrom="paragraph">
                  <wp:posOffset>-796290</wp:posOffset>
                </wp:positionV>
                <wp:extent cx="2019300" cy="679450"/>
                <wp:effectExtent l="0" t="0" r="0" b="6350"/>
                <wp:wrapNone/>
                <wp:docPr id="457888378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679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C11503" w14:textId="2631FF42" w:rsidR="00D756A5" w:rsidRPr="00D756A5" w:rsidRDefault="00D756A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756A5">
                              <w:rPr>
                                <w:rFonts w:ascii="Aptos Display" w:hAnsi="Aptos Display"/>
                                <w:b/>
                                <w:color w:val="1C4BFF"/>
                                <w:sz w:val="32"/>
                                <w:szCs w:val="8"/>
                              </w:rPr>
                              <w:t>Demo links &amp; Video</w:t>
                            </w:r>
                            <w:r>
                              <w:rPr>
                                <w:rFonts w:ascii="Aptos Display" w:hAnsi="Aptos Display"/>
                                <w:b/>
                                <w:color w:val="1C4BFF"/>
                                <w:sz w:val="32"/>
                                <w:szCs w:val="8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4DAB4C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404.6pt;margin-top:-62.7pt;width:159pt;height:53.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" fillcolor="white [3201]" stroked="f" strokeweight=".5pt">
                <v:textbox>
                  <w:txbxContent>
                    <w:p w14:paraId="0AC11503" w14:textId="2631FF42" w:rsidR="00D756A5" w:rsidRPr="00D756A5" w:rsidRDefault="00D756A5">
                      <w:pPr>
                        <w:rPr>
                          <w:sz w:val="24"/>
                          <w:szCs w:val="24"/>
                        </w:rPr>
                      </w:pPr>
                      <w:r w:rsidRPr="00D756A5">
                        <w:rPr>
                          <w:rFonts w:ascii="Aptos Display" w:hAnsi="Aptos Display"/>
                          <w:b/>
                          <w:color w:val="1C4BFF"/>
                          <w:sz w:val="32"/>
                          <w:szCs w:val="8"/>
                        </w:rPr>
                        <w:t>Demo links &amp; Video</w:t>
                      </w:r>
                      <w:r>
                        <w:rPr>
                          <w:rFonts w:ascii="Aptos Display" w:hAnsi="Aptos Display"/>
                          <w:b/>
                          <w:color w:val="1C4BFF"/>
                          <w:sz w:val="32"/>
                          <w:szCs w:val="8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E70255"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02D5E4B2" wp14:editId="042D4E72">
                <wp:simplePos x="0" y="0"/>
                <wp:positionH relativeFrom="column">
                  <wp:posOffset>3048000</wp:posOffset>
                </wp:positionH>
                <wp:positionV relativeFrom="paragraph">
                  <wp:posOffset>-590550</wp:posOffset>
                </wp:positionV>
                <wp:extent cx="2018665" cy="694690"/>
                <wp:effectExtent l="0" t="0" r="635" b="0"/>
                <wp:wrapNone/>
                <wp:docPr id="171434397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8665" cy="694690"/>
                          <a:chOff x="0" y="0"/>
                          <a:chExt cx="2018665" cy="694690"/>
                        </a:xfrm>
                      </wpg:grpSpPr>
                      <pic:pic xmlns:pic="http://schemas.openxmlformats.org/drawingml/2006/picture">
                        <pic:nvPicPr>
                          <pic:cNvPr id="1692298211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480"/>
                            <a:ext cx="62547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15694756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alphaModFix amt="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5320" y="60960"/>
                            <a:ext cx="613410" cy="633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4139515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alphaModFix amt="7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48740" y="0"/>
                            <a:ext cx="669925" cy="6565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9E81B7" id="Group 26" o:spid="_x0000_s1026" style="position:absolute;margin-left:240pt;margin-top:-46.5pt;width:158.95pt;height:54.7pt;z-index:251731968;mso-width-relative:margin;mso-height-relative:margin" coordsize="20186,69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7" type="#_x0000_t75" style="position:absolute;top:304;width:6254;height:6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">
                  <v:imagedata r:id="rId14" o:title=""/>
                </v:shape>
                <v:shape id="Picture 25" o:spid="_x0000_s1028" type="#_x0000_t75" style="position:absolute;left:6553;top:609;width:6134;height:6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">
                  <v:imagedata r:id="rId15" o:title=""/>
                </v:shape>
                <v:shape id="Picture 1" o:spid="_x0000_s1029" type="#_x0000_t75" style="position:absolute;left:13487;width:6699;height:6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">
                  <v:imagedata r:id="rId16" o:title=""/>
                </v:shape>
              </v:group>
            </w:pict>
          </mc:Fallback>
        </mc:AlternateContent>
      </w:r>
      <w:r w:rsidR="007E0EC3">
        <w:drawing>
          <wp:anchor distT="0" distB="0" distL="114300" distR="114300" simplePos="0" relativeHeight="251658240" behindDoc="1" locked="0" layoutInCell="1" allowOverlap="1" wp14:anchorId="373578D0" wp14:editId="7E79DB4E">
            <wp:simplePos x="0" y="0"/>
            <wp:positionH relativeFrom="page">
              <wp:align>right</wp:align>
            </wp:positionH>
            <wp:positionV relativeFrom="paragraph">
              <wp:posOffset>-327025</wp:posOffset>
            </wp:positionV>
            <wp:extent cx="3392424" cy="4562856"/>
            <wp:effectExtent l="0" t="0" r="0" b="9525"/>
            <wp:wrapNone/>
            <wp:docPr id="601032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3204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92424" cy="4562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0EC3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CB3F9E7" wp14:editId="38923F16">
                <wp:simplePos x="0" y="0"/>
                <wp:positionH relativeFrom="column">
                  <wp:posOffset>1624965</wp:posOffset>
                </wp:positionH>
                <wp:positionV relativeFrom="paragraph">
                  <wp:posOffset>-664845</wp:posOffset>
                </wp:positionV>
                <wp:extent cx="252095" cy="252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9DC80" w14:textId="2F6C2D39" w:rsidR="00795E5F" w:rsidRPr="003132E8" w:rsidRDefault="00795E5F">
                            <w:r>
                              <w:t>®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3F9E7" id="Text Box 2" o:spid="_x0000_s1027" type="#_x0000_t202" style="position:absolute;left:0;text-align:left;margin-left:127.95pt;margin-top:-52.35pt;width:19.85pt;height:19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" filled="f" stroked="f">
                <v:textbox>
                  <w:txbxContent>
                    <w:p w14:paraId="1CF9DC80" w14:textId="2F6C2D39" w:rsidR="00795E5F" w:rsidRPr="003132E8" w:rsidRDefault="00795E5F">
                      <w:r>
                        <w:t>®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75152CEE" w14:textId="71C3F000" w:rsidR="00EB3BA3" w:rsidRPr="003132E8" w:rsidRDefault="00EB3BA3" w:rsidP="00EB3BA3">
      <w:pPr>
        <w:spacing w:after="0" w:line="240" w:lineRule="auto"/>
        <w:rPr>
          <w:rFonts w:ascii="Aptos Display" w:hAnsi="Aptos Display"/>
          <w:b/>
          <w:spacing w:val="-34"/>
          <w:sz w:val="20"/>
          <w:szCs w:val="20"/>
        </w:rPr>
      </w:pPr>
    </w:p>
    <w:p w14:paraId="03D7E707" w14:textId="7F55E344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spacing w:val="-34"/>
          <w:sz w:val="80"/>
          <w:szCs w:val="80"/>
        </w:rPr>
      </w:pPr>
      <w:r>
        <w:rPr>
          <w:rFonts w:ascii="Aptos Display" w:hAnsi="Aptos Display"/>
          <w:b/>
          <w:spacing w:val="-34"/>
          <w:sz w:val="80"/>
          <w:szCs w:val="80"/>
        </w:rPr>
        <w:t>One Suite.</w:t>
      </w:r>
      <w:r w:rsidR="00E70255" w:rsidRPr="00E70255">
        <w:t xml:space="preserve"> </w:t>
      </w:r>
    </w:p>
    <w:p w14:paraId="3E5B3B05" w14:textId="3A982F6C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color w:val="1C4BFF"/>
          <w:spacing w:val="-34"/>
          <w:sz w:val="66"/>
          <w:szCs w:val="66"/>
        </w:rPr>
      </w:pPr>
      <w:r>
        <w:rPr>
          <w:rFonts w:ascii="Aptos Display" w:hAnsi="Aptos Display"/>
          <w:b/>
          <w:color w:val="1C4BFF"/>
          <w:spacing w:val="-34"/>
          <w:sz w:val="66"/>
          <w:szCs w:val="66"/>
        </w:rPr>
        <w:t xml:space="preserve">Unlimited Possibilities </w:t>
      </w:r>
    </w:p>
    <w:p w14:paraId="07F7894E" w14:textId="62CCE3EE" w:rsidR="00844FF6" w:rsidRPr="003132E8" w:rsidRDefault="00BA1337" w:rsidP="00844FF6">
      <w:pPr>
        <w:spacing w:line="660" w:lineRule="exact"/>
        <w:rPr>
          <w:rFonts w:ascii="Aptos Display" w:hAnsi="Aptos Display"/>
          <w:b/>
          <w:color w:val="1C4BFF"/>
          <w:sz w:val="28"/>
          <w:szCs w:val="6"/>
        </w:rPr>
      </w:pPr>
      <w:r>
        <w:rPr>
          <w:rFonts w:ascii="Aptos Display" w:hAnsi="Aptos Display"/>
          <w:b/>
          <w:color w:val="1C4BFF"/>
          <w:sz w:val="28"/>
          <w:szCs w:val="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8C3FAD" wp14:editId="06B77332">
                <wp:simplePos x="0" y="0"/>
                <wp:positionH relativeFrom="margin">
                  <wp:align>left</wp:align>
                </wp:positionH>
                <wp:positionV relativeFrom="paragraph">
                  <wp:posOffset>59690</wp:posOffset>
                </wp:positionV>
                <wp:extent cx="471488" cy="2382"/>
                <wp:effectExtent l="38100" t="57150" r="62230" b="112395"/>
                <wp:wrapNone/>
                <wp:docPr id="1124316567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8" cy="2382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1C4BF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BDA576" id="Straight Connector 3" o:spid="_x0000_s1026" style="position:absolute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4.7pt" to="37.15pt,4.9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3cgnxgEAAOEDAAAOAAAAZHJzL2Uyb0RvYy54bWysU9uO0zAQfUfiHyy/01zoslXUdCW6Ki8I Vix8gOuMG0u+yTZN+veMnTRdAQIJ8eLYnjlnzhxPtg+jVuQMPkhrWlqtSkrAcNtJc2rpt6+HNxtK QmSmY8oaaOkFAn3YvX61HVwDte2t6sATJDGhGVxL+xhdUxSB96BZWFkHBoPCes0iHv2p6DwbkF2r oi7Ld8Vgfee85RAC3j5OQbrL/EIAj5+FCBCJailqi3n1eT2mtdhtWXPyzPWSzzLYP6jQTBosulA9 ssjIdy9/odKSexusiCtudWGFkBxyD9hNVf7UzXPPHORe0JzgFpvC/6Pln8578+TRhsGFJrgnn7oY hdfpi/rImM26LGbBGAnHy/V9td7g63IM1W83dbKyuEGdD/EDWE3SpqVKmtQJa9j5Y4hT6jUlXStD hpbe3Vd3ZU4LVsnuIJVKweBPx73y5MzwFav9+v3hMFd7kYa1lUEJtz7yLl4UTAW+gCCyQ+X1VCGN GCy0jHMwsZp5lcHsBBMoYQHO0v4EnPMTFPL4LeDq71UXRK5sTVzAWhrrf0cQx6tkMeVfHZj6ThYc bXfJL5ytwTnK7zTPfBrUl+cMv/2Zux8AAAD//wMAUEsDBBQABgAIAAAAIQDr0QyR2wAAAAMBAAAP AAAAZHJzL2Rvd25yZXYueG1sTI/BTsMwEETvSP0HaytxQdQpTUsIcaoKCQmBOLRw4ebGSxw1Xgfb bcPfs5zgOJrRzJtqPbpenDDEzpOC+SwDgdR401Gr4P3t8boAEZMmo3tPqOAbI6zryUWlS+PPtMXT LrWCSyiWWoFNaSiljI1Fp+PMD0jsffrgdGIZWmmCPnO56+VNlq2k0x3xgtUDPlhsDrujU3D1sSjy 4Mk8hcPz5tUuty/zL6vU5XTc3INIOKa/MPziMzrUzLT3RzJR9Ar4SFJwl4Ng8zZfgNizLEDWlfzP Xv8AAAD//wMAUEsBAi0AFAAGAAgAAAAhALaDOJL+AAAA4QEAABMAAAAAAAAAAAAAAAAAAAAAAFtD b250ZW50X1R5cGVzXS54bWxQSwECLQAUAAYACAAAACEAOP0h/9YAAACUAQAACwAAAAAAAAAAAAAA AAAvAQAAX3JlbHMvLnJlbHNQSwECLQAUAAYACAAAACEAXN3IJ8YBAADhAwAADgAAAAAAAAAAAAAA AAAuAgAAZHJzL2Uyb0RvYy54bWxQSwECLQAUAAYACAAAACEA69EMkdsAAAADAQAADwAAAAAAAAAA AAAAAAAgBAAAZHJzL2Rvd25yZXYueG1sUEsFBgAAAAAEAAQA8wAAACgFAAAAAA== " strokecolor="#1c4bff" strokeweight="4.5pt">
                <v:shadow on="t" color="black" opacity="24903f" origin=",.5" offset="0,.55556mm"/>
                <w10:wrap anchorx="margin"/>
              </v:line>
            </w:pict>
          </mc:Fallback>
        </mc:AlternateContent>
      </w:r>
    </w:p>
    <w:p w14:paraId="779D02F4" w14:textId="77777777" w:rsidR="00EF22BF" w:rsidRPr="003132E8" w:rsidRDefault="00EF22BF" w:rsidP="00EF22BF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>
        <w:rPr>
          <w:rFonts w:ascii="Aptos Display" w:hAnsi="Aptos Display"/>
          <w:b/>
          <w:color w:val="1C4BFF"/>
          <w:sz w:val="28"/>
          <w:szCs w:val="6"/>
        </w:rPr>
        <w:t>I</w:t>
      </w:r>
      <w:r w:rsidRPr="003132E8">
        <w:rPr>
          <w:rFonts w:ascii="Aptos Display" w:hAnsi="Aptos Display"/>
          <w:b/>
          <w:color w:val="1C4BFF"/>
          <w:sz w:val="28"/>
          <w:szCs w:val="6"/>
        </w:rPr>
        <w:t xml:space="preserve">ntegrated platform for accelerating growth, adopting </w:t>
      </w:r>
    </w:p>
    <w:p w14:paraId="5D8736C3" w14:textId="77777777" w:rsidR="00EF22BF" w:rsidRPr="003132E8" w:rsidRDefault="00EF22BF" w:rsidP="00EF22BF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 w:rsidRPr="003132E8">
        <w:rPr>
          <w:rFonts w:ascii="Aptos Display" w:hAnsi="Aptos Display"/>
          <w:b/>
          <w:color w:val="1C4BFF"/>
          <w:sz w:val="28"/>
          <w:szCs w:val="6"/>
        </w:rPr>
        <w:t>top technology and improving the organization.</w:t>
      </w:r>
    </w:p>
    <w:p w14:paraId="274CB4E0" w14:textId="77777777" w:rsidR="00EF22BF" w:rsidRDefault="00EF22BF" w:rsidP="00EF22BF">
      <w:pPr>
        <w:spacing w:after="0" w:line="240" w:lineRule="auto"/>
        <w:rPr>
          <w:rFonts w:ascii="Aptos" w:hAnsi="Aptos"/>
          <w:b/>
          <w:color w:val="808080" w:themeColor="background1" w:themeShade="80"/>
          <w:szCs w:val="18"/>
        </w:rPr>
      </w:pPr>
    </w:p>
    <w:p w14:paraId="44C3CDA4" w14:textId="77777777" w:rsidR="00EF22BF" w:rsidRDefault="00EF22BF" w:rsidP="00EF22BF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>
        <w:rPr>
          <w:rFonts w:ascii="Aptos" w:hAnsi="Aptos"/>
          <w:b/>
          <w:color w:val="808080" w:themeColor="background1" w:themeShade="80"/>
          <w:szCs w:val="18"/>
        </w:rPr>
        <w:t xml:space="preserve">VOGO eBS – Enterprise Business Suite </w:t>
      </w:r>
      <w:r>
        <w:rPr>
          <w:rFonts w:ascii="Aptos" w:hAnsi="Aptos"/>
          <w:color w:val="808080" w:themeColor="background1" w:themeShade="80"/>
          <w:szCs w:val="18"/>
        </w:rPr>
        <w:t xml:space="preserve">is an </w:t>
      </w:r>
      <w:r w:rsidRPr="005053D8">
        <w:rPr>
          <w:rFonts w:ascii="Aptos" w:hAnsi="Aptos"/>
          <w:color w:val="808080" w:themeColor="background1" w:themeShade="80"/>
          <w:szCs w:val="18"/>
        </w:rPr>
        <w:t xml:space="preserve">open source, modular and </w:t>
      </w:r>
    </w:p>
    <w:p w14:paraId="26B4E55F" w14:textId="77777777" w:rsidR="00EF22BF" w:rsidRDefault="00EF22BF" w:rsidP="00EF22BF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5053D8">
        <w:rPr>
          <w:rFonts w:ascii="Aptos" w:hAnsi="Aptos"/>
          <w:color w:val="808080" w:themeColor="background1" w:themeShade="80"/>
          <w:szCs w:val="18"/>
        </w:rPr>
        <w:t>extensible platform that helps organizations build digital solutions faster,</w:t>
      </w:r>
    </w:p>
    <w:p w14:paraId="04D02A5C" w14:textId="77777777" w:rsidR="00EF22BF" w:rsidRDefault="00EF22BF" w:rsidP="00EF22BF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5053D8">
        <w:rPr>
          <w:rFonts w:ascii="Aptos" w:hAnsi="Aptos"/>
          <w:color w:val="808080" w:themeColor="background1" w:themeShade="80"/>
          <w:szCs w:val="18"/>
        </w:rPr>
        <w:t xml:space="preserve">collaborate more effectively and scale processes in a modern, secure and </w:t>
      </w:r>
    </w:p>
    <w:p w14:paraId="40F5AB6B" w14:textId="77777777" w:rsidR="00EF22BF" w:rsidRPr="005053D8" w:rsidRDefault="00EF22BF" w:rsidP="00EF22BF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5053D8">
        <w:rPr>
          <w:rFonts w:ascii="Aptos" w:hAnsi="Aptos"/>
          <w:color w:val="808080" w:themeColor="background1" w:themeShade="80"/>
          <w:szCs w:val="18"/>
        </w:rPr>
        <w:t>flexible ecosystem</w:t>
      </w:r>
      <w:r>
        <w:rPr>
          <w:rFonts w:ascii="Aptos" w:hAnsi="Aptos"/>
          <w:color w:val="808080" w:themeColor="background1" w:themeShade="80"/>
          <w:szCs w:val="18"/>
        </w:rPr>
        <w:t>,</w:t>
      </w:r>
      <w:r w:rsidRPr="005053D8">
        <w:rPr>
          <w:rFonts w:ascii="Aptos" w:hAnsi="Aptos"/>
          <w:color w:val="808080" w:themeColor="background1" w:themeShade="80"/>
          <w:szCs w:val="18"/>
        </w:rPr>
        <w:t xml:space="preserve"> </w:t>
      </w:r>
      <w:r>
        <w:rPr>
          <w:rFonts w:ascii="Aptos" w:hAnsi="Aptos"/>
          <w:color w:val="808080" w:themeColor="background1" w:themeShade="80"/>
          <w:szCs w:val="18"/>
        </w:rPr>
        <w:t xml:space="preserve">in order to </w:t>
      </w:r>
      <w:r w:rsidRPr="005053D8">
        <w:rPr>
          <w:rFonts w:ascii="Aptos" w:hAnsi="Aptos"/>
          <w:color w:val="808080" w:themeColor="background1" w:themeShade="80"/>
          <w:szCs w:val="18"/>
        </w:rPr>
        <w:t xml:space="preserve">remain competitive in a changing digital </w:t>
      </w:r>
    </w:p>
    <w:p w14:paraId="7F29F30D" w14:textId="30D77E93" w:rsidR="00B817E7" w:rsidRDefault="00EF22BF" w:rsidP="00EF22BF">
      <w:pPr>
        <w:rPr>
          <w:rFonts w:ascii="Aptos" w:hAnsi="Aptos"/>
          <w:color w:val="808080" w:themeColor="background1" w:themeShade="80"/>
          <w:szCs w:val="18"/>
        </w:rPr>
      </w:pPr>
      <w:r w:rsidRPr="005053D8">
        <w:rPr>
          <w:rFonts w:ascii="Aptos" w:hAnsi="Aptos"/>
          <w:color w:val="808080" w:themeColor="background1" w:themeShade="80"/>
          <w:szCs w:val="18"/>
        </w:rPr>
        <w:t>environment.</w:t>
      </w:r>
    </w:p>
    <w:p w14:paraId="1BDCEEB7" w14:textId="23BF05E5" w:rsidR="003E375D" w:rsidRPr="003132E8" w:rsidRDefault="003E375D" w:rsidP="00803C68">
      <w:pPr>
        <w:spacing w:after="0" w:line="240" w:lineRule="auto"/>
      </w:pPr>
    </w:p>
    <w:p w14:paraId="3A4EF84A" w14:textId="5EC89C34" w:rsidR="003132E8" w:rsidRPr="000A741D" w:rsidRDefault="00A80F11" w:rsidP="003132E8">
      <w:pPr>
        <w:spacing w:after="80"/>
        <w:rPr>
          <w:noProof w:val="0"/>
          <w:lang w:val="ro-RO"/>
        </w:rPr>
      </w:pPr>
      <w:r>
        <w:rPr>
          <w:rFonts w:ascii="Arial" w:eastAsia="Arial" w:hAnsi="Arial" w:cs="Arial"/>
          <w:b/>
          <w:bCs/>
          <w:noProof w:val="0"/>
          <w:color w:val="1B3F7F"/>
          <w:sz w:val="32"/>
          <w:szCs w:val="32"/>
          <w:lang w:val="ro-RO"/>
        </w:rPr>
        <w:t>Demo links and videos</w:t>
      </w:r>
    </w:p>
    <w:tbl>
      <w:tblPr>
        <w:tblW w:w="108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22"/>
        <w:gridCol w:w="5583"/>
      </w:tblGrid>
      <w:tr w:rsidR="003132E8" w:rsidRPr="000A741D" w14:paraId="66118377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E346BA4" w14:textId="690C4CB8" w:rsidR="003132E8" w:rsidRPr="000A741D" w:rsidRDefault="00A0261A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PORTAL - Digital services for citizens and clients</w:t>
            </w:r>
          </w:p>
          <w:p w14:paraId="5C122501" w14:textId="309DA853" w:rsidR="003132E8" w:rsidRPr="000A741D" w:rsidRDefault="00A0261A" w:rsidP="00F820ED">
            <w:pPr>
              <w:spacing w:before="80"/>
              <w:jc w:val="both"/>
              <w:rPr>
                <w:noProof w:val="0"/>
                <w:lang w:val="ro-RO"/>
              </w:rPr>
            </w:pPr>
            <w:hyperlink r:id="rId18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https://vogo.me/servicii-digitale-pentru-cetateni/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3F229192" w14:textId="048CFC76" w:rsidR="003132E8" w:rsidRPr="000A741D" w:rsidRDefault="00510DD6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 xml:space="preserve">VOGO </w:t>
            </w:r>
            <w:r w:rsidR="00A0261A"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cross-platform eCommerce Suite</w:t>
            </w:r>
          </w:p>
          <w:p w14:paraId="2C3771B2" w14:textId="3A177ED5" w:rsidR="003132E8" w:rsidRPr="000A741D" w:rsidRDefault="00A0261A" w:rsidP="00C0346D">
            <w:pPr>
              <w:spacing w:before="80"/>
              <w:rPr>
                <w:noProof w:val="0"/>
                <w:lang w:val="ro-RO"/>
              </w:rPr>
            </w:pPr>
            <w:hyperlink r:id="rId19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https://en.vogo.family/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D33A4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(Mobile &amp; Web Apps)</w:t>
            </w:r>
          </w:p>
        </w:tc>
      </w:tr>
      <w:tr w:rsidR="00B6619B" w:rsidRPr="000A741D" w14:paraId="63617AB7" w14:textId="77777777" w:rsidTr="00614693">
        <w:trPr>
          <w:trHeight w:hRule="exact" w:val="1152"/>
        </w:trPr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55AE93E9" w14:textId="77777777" w:rsidR="00B6619B" w:rsidRPr="000A741D" w:rsidRDefault="00B6619B" w:rsidP="00614693">
            <w:pPr>
              <w:spacing w:before="5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 xml:space="preserve">VOGO eBS MAF – Mobile Application Framework </w:t>
            </w:r>
          </w:p>
          <w:p w14:paraId="256D3381" w14:textId="77777777" w:rsidR="00B6619B" w:rsidRPr="000A741D" w:rsidRDefault="00B6619B" w:rsidP="00614693">
            <w:pPr>
              <w:spacing w:before="80"/>
              <w:jc w:val="both"/>
              <w:rPr>
                <w:noProof w:val="0"/>
                <w:lang w:val="ro-RO"/>
              </w:rPr>
            </w:pPr>
            <w:hyperlink r:id="rId20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https://vogo.me/vogo-ebs/admin.php?page=vogo-settings&amp;tab=splash</w:t>
              </w:r>
            </w:hyperlink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95D97E1" w14:textId="77777777" w:rsidR="00B6619B" w:rsidRPr="00AC734E" w:rsidRDefault="00B6619B" w:rsidP="00614693">
            <w:pPr>
              <w:rPr>
                <w:noProof w:val="0"/>
                <w:sz w:val="28"/>
                <w:szCs w:val="28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color w:val="2E7D32"/>
              </w:rPr>
              <w:t>VOGO eBS GIS Layers and GeoServer</w:t>
            </w:r>
          </w:p>
          <w:p w14:paraId="46987F89" w14:textId="77777777" w:rsidR="00B6619B" w:rsidRPr="000A741D" w:rsidRDefault="00B6619B" w:rsidP="00614693">
            <w:pPr>
              <w:spacing w:before="80"/>
              <w:rPr>
                <w:noProof w:val="0"/>
                <w:lang w:val="ro-RO"/>
              </w:rPr>
            </w:pPr>
            <w:hyperlink r:id="rId21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https://vogo.me/vogo-ebs/admin.php?page=vogo-gis-layers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</w:p>
        </w:tc>
      </w:tr>
      <w:tr w:rsidR="003132E8" w:rsidRPr="000A741D" w14:paraId="41265187" w14:textId="77777777" w:rsidTr="00544DCE">
        <w:trPr>
          <w:trHeight w:hRule="exact" w:val="1152"/>
        </w:trPr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48ED6936" w14:textId="76270A5C" w:rsidR="003132E8" w:rsidRPr="000A741D" w:rsidRDefault="00544DCE" w:rsidP="00C0346D">
            <w:pPr>
              <w:spacing w:before="5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 xml:space="preserve">VOGO eBS </w:t>
            </w:r>
            <w:r w:rsidR="00B6619B"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Documentation and Resources</w:t>
            </w:r>
            <w:r w:rsidR="000E7AE9"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 xml:space="preserve"> </w:t>
            </w:r>
          </w:p>
          <w:p w14:paraId="56EA158E" w14:textId="4E2602A6" w:rsidR="003132E8" w:rsidRPr="000A741D" w:rsidRDefault="00B6619B" w:rsidP="00F820ED">
            <w:pPr>
              <w:spacing w:before="80"/>
              <w:jc w:val="both"/>
              <w:rPr>
                <w:noProof w:val="0"/>
                <w:lang w:val="ro-RO"/>
              </w:rPr>
            </w:pPr>
            <w:hyperlink r:id="rId22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https://vogo.me/ebs/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D49D9BA" w14:textId="28682A57" w:rsidR="003132E8" w:rsidRPr="00F23EF1" w:rsidRDefault="0082645A" w:rsidP="00C0346D">
            <w:pPr>
              <w:rPr>
                <w:noProof w:val="0"/>
                <w:color w:val="C0504D" w:themeColor="accent2"/>
                <w:sz w:val="28"/>
                <w:szCs w:val="28"/>
                <w:lang w:val="ro-RO"/>
              </w:rPr>
            </w:pPr>
            <w:r w:rsidRPr="00F23EF1">
              <w:rPr>
                <w:rFonts w:ascii="Arial" w:eastAsia="Arial" w:hAnsi="Arial" w:cs="Arial"/>
                <w:b/>
                <w:bCs/>
                <w:color w:val="C0504D" w:themeColor="accent2"/>
              </w:rPr>
              <w:t>Videos</w:t>
            </w:r>
          </w:p>
          <w:p w14:paraId="4532990D" w14:textId="538A89A2" w:rsidR="003132E8" w:rsidRPr="000A741D" w:rsidRDefault="00F23EF1" w:rsidP="00C0346D">
            <w:pPr>
              <w:spacing w:before="80"/>
              <w:rPr>
                <w:noProof w:val="0"/>
                <w:lang w:val="ro-RO"/>
              </w:rPr>
            </w:pPr>
            <w:hyperlink r:id="rId23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https://www.youtube.com/@vogofamily4you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544DCE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</w:p>
        </w:tc>
      </w:tr>
      <w:tr w:rsidR="003132E8" w:rsidRPr="000A741D" w14:paraId="17422BAB" w14:textId="77777777" w:rsidTr="009E6719">
        <w:trPr>
          <w:trHeight w:hRule="exact" w:val="864"/>
        </w:trPr>
        <w:tc>
          <w:tcPr>
            <w:tcW w:w="10805" w:type="dxa"/>
            <w:gridSpan w:val="2"/>
            <w:tcBorders>
              <w:top w:val="single" w:sz="16" w:space="0" w:color="546E7A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3C44B6D" w14:textId="363D7839" w:rsidR="003132E8" w:rsidRPr="000A741D" w:rsidRDefault="003132E8" w:rsidP="009E6719">
            <w:pPr>
              <w:spacing w:before="50" w:after="120" w:line="240" w:lineRule="auto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Ask for more</w:t>
            </w:r>
          </w:p>
          <w:p w14:paraId="1C8E398A" w14:textId="28A2C0D1" w:rsidR="003132E8" w:rsidRPr="000A741D" w:rsidRDefault="006F4754" w:rsidP="009E6719">
            <w:pPr>
              <w:spacing w:before="80" w:after="120" w:line="240" w:lineRule="auto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Can't find exactly what you need? Contact us to clarify the specific requirements of your business.</w:t>
            </w:r>
          </w:p>
        </w:tc>
      </w:tr>
      <w:tr w:rsidR="003132E8" w:rsidRPr="000A741D" w14:paraId="3C6DEEBF" w14:textId="77777777" w:rsidTr="00AF7201">
        <w:tblPrEx>
          <w:shd w:val="clear" w:color="auto" w:fill="auto"/>
        </w:tblPrEx>
        <w:tc>
          <w:tcPr>
            <w:tcW w:w="1080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3DBB4A62" w14:textId="77777777" w:rsidR="00440E53" w:rsidRPr="00C42B06" w:rsidRDefault="00440E53" w:rsidP="00440E53">
            <w:pPr>
              <w:spacing w:before="80" w:after="0" w:line="240" w:lineRule="auto"/>
              <w:jc w:val="center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>Contact the VOGO team for an applied discussion on the modules relevant to you.</w:t>
            </w:r>
          </w:p>
          <w:p w14:paraId="7D79959F" w14:textId="552153FD" w:rsidR="003132E8" w:rsidRPr="00C42B06" w:rsidRDefault="00440E53" w:rsidP="00440E53">
            <w:pPr>
              <w:spacing w:before="100" w:after="0" w:line="240" w:lineRule="auto"/>
              <w:jc w:val="center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>vogo</w:t>
            </w:r>
            <w:r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>.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>me/ebs</w:t>
            </w:r>
            <w:r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 xml:space="preserve">  |  </w:t>
            </w:r>
            <w:hyperlink r:id="rId24" w:history="1">
              <w:r>
                <w:rPr>
                  <w:rStyle w:val="Hyperlink"/>
                  <w:rFonts w:ascii="Arial" w:eastAsia="Arial" w:hAnsi="Arial" w:cs="Arial"/>
                  <w:b/>
                  <w:bCs/>
                  <w:color w:val="FFFFFF" w:themeColor="background1"/>
                  <w:lang w:val="ro-RO"/>
                </w:rPr>
                <w:t>ebs@vogo.family</w:t>
              </w:r>
            </w:hyperlink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 xml:space="preserve"> | +40 742 203 383 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Tel &amp;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WA)</w:t>
            </w:r>
          </w:p>
        </w:tc>
      </w:tr>
    </w:tbl>
    <w:p w14:paraId="1FE91CBF" w14:textId="33D5F52A" w:rsidR="00257036" w:rsidRDefault="000D5ABE" w:rsidP="00D51CA9">
      <w: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322B1311" wp14:editId="2DE6BBFD">
                <wp:simplePos x="0" y="0"/>
                <wp:positionH relativeFrom="column">
                  <wp:posOffset>996950</wp:posOffset>
                </wp:positionH>
                <wp:positionV relativeFrom="paragraph">
                  <wp:posOffset>73412</wp:posOffset>
                </wp:positionV>
                <wp:extent cx="4819650" cy="488950"/>
                <wp:effectExtent l="0" t="0" r="0" b="6350"/>
                <wp:wrapNone/>
                <wp:docPr id="35071015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0" cy="488950"/>
                          <a:chOff x="0" y="0"/>
                          <a:chExt cx="5517776" cy="532765"/>
                        </a:xfrm>
                      </wpg:grpSpPr>
                      <pic:pic xmlns:pic="http://schemas.openxmlformats.org/drawingml/2006/picture">
                        <pic:nvPicPr>
                          <pic:cNvPr id="1604112420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alphaModFix amt="8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22376" y="89647"/>
                            <a:ext cx="1295400" cy="386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2114624" name="Picture 33" descr="What is Web Content Accessibility Guidelines (WCAG)? | Uxcel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0717" y="80682"/>
                            <a:ext cx="6858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0164794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1117" y="40341"/>
                            <a:ext cx="52832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7754702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3588" y="35858"/>
                            <a:ext cx="481965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2192871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alphaModFix amt="8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22611" y="0"/>
                            <a:ext cx="525145" cy="532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872677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5764" y="17929"/>
                            <a:ext cx="489585" cy="48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54996092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00" y="22411"/>
                            <a:ext cx="474980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02449582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894"/>
                            <a:ext cx="46609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712061" id="Group 34" o:spid="_x0000_s1026" style="position:absolute;margin-left:78.5pt;margin-top:5.8pt;width:379.5pt;height:38.5pt;z-index:251734016;mso-width-relative:margin;mso-height-relative:margin" coordsize="55177,53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">
                <v:shape id="Picture 1" o:spid="_x0000_s1027" type="#_x0000_t75" style="position:absolute;left:42223;top:896;width:12954;height:3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">
                  <v:imagedata r:id="rId53" o:title=""/>
                </v:shape>
                <v:shape id="Picture 33" o:spid="_x0000_s1028" type="#_x0000_t75" alt="What is Web Content Accessibility Guidelines (WCAG)? | Uxcel" style="position:absolute;left:35007;top:806;width:6858;height:4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">
                  <v:imagedata r:id="rId54" o:title="What is Web Content Accessibility Guidelines (WCAG)? | Uxcel"/>
                </v:shape>
                <v:shape id="Picture 31" o:spid="_x0000_s1029" type="#_x0000_t75" style="position:absolute;left:28911;top:403;width:5283;height:4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">
                  <v:imagedata r:id="rId55" o:title=""/>
                </v:shape>
                <v:shape id="Picture 30" o:spid="_x0000_s1030" type="#_x0000_t75" style="position:absolute;left:22635;top:358;width:4820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">
                  <v:imagedata r:id="rId56" o:title=""/>
                </v:shape>
                <v:shape id="Picture 1" o:spid="_x0000_s1031" type="#_x0000_t75" style="position:absolute;left:16226;width:5251;height:5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">
                  <v:imagedata r:id="rId57" o:title=""/>
                </v:shape>
                <v:shape id="Picture 29" o:spid="_x0000_s1032" type="#_x0000_t75" style="position:absolute;left:10757;top:179;width:4896;height:4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">
                  <v:imagedata r:id="rId58" o:title=""/>
                </v:shape>
                <v:shape id="Picture 28" o:spid="_x0000_s1033" type="#_x0000_t75" style="position:absolute;left:5334;top:224;width:4749;height:4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">
                  <v:imagedata r:id="rId59" o:title=""/>
                </v:shape>
                <v:shape id="Picture 27" o:spid="_x0000_s1034" type="#_x0000_t75" style="position:absolute;top:268;width:4660;height: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">
                  <v:imagedata r:id="rId60" o:title=""/>
                </v:shape>
              </v:group>
            </w:pict>
          </mc:Fallback>
        </mc:AlternateContent>
      </w:r>
    </w:p>
    <w:sectPr w:rsidR="00257036" w:rsidSect="00057FEA">
      <w:headerReference w:type="default" r:id="rId61"/>
      <w:footerReference w:type="default" r:id="rId62"/>
      <w:footerReference w:type="first" r:id="rId63"/>
      <w:pgSz w:w="12240" w:h="15840"/>
      <w:pgMar w:top="504" w:right="648" w:bottom="504" w:left="64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E0A48" w14:textId="77777777" w:rsidR="00433D9A" w:rsidRPr="003132E8" w:rsidRDefault="00433D9A" w:rsidP="00446F7C">
      <w:pPr>
        <w:spacing w:after="0" w:line="240" w:lineRule="auto"/>
      </w:pPr>
      <w:r w:rsidRPr="003132E8">
        <w:separator/>
      </w:r>
    </w:p>
  </w:endnote>
  <w:endnote w:type="continuationSeparator" w:id="0">
    <w:p w14:paraId="3BBF7071" w14:textId="77777777" w:rsidR="00433D9A" w:rsidRPr="003132E8" w:rsidRDefault="00433D9A" w:rsidP="00446F7C">
      <w:pPr>
        <w:spacing w:after="0" w:line="240" w:lineRule="auto"/>
      </w:pPr>
      <w:r w:rsidRPr="003132E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1"/>
    <w:family w:val="roman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361F" w14:textId="569D2183" w:rsidR="00B45421" w:rsidRPr="00186D9E" w:rsidRDefault="00186D9E" w:rsidP="00186D9E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B3B36" w14:textId="35B4DB02" w:rsidR="00057FEA" w:rsidRPr="000D5ABE" w:rsidRDefault="000D5ABE" w:rsidP="000D5ABE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0235D" w14:textId="77777777" w:rsidR="00433D9A" w:rsidRPr="003132E8" w:rsidRDefault="00433D9A" w:rsidP="00446F7C">
      <w:pPr>
        <w:spacing w:after="0" w:line="240" w:lineRule="auto"/>
      </w:pPr>
      <w:r w:rsidRPr="003132E8">
        <w:separator/>
      </w:r>
    </w:p>
  </w:footnote>
  <w:footnote w:type="continuationSeparator" w:id="0">
    <w:p w14:paraId="538A4FC4" w14:textId="77777777" w:rsidR="00433D9A" w:rsidRPr="003132E8" w:rsidRDefault="00433D9A" w:rsidP="00446F7C">
      <w:pPr>
        <w:spacing w:after="0" w:line="240" w:lineRule="auto"/>
      </w:pPr>
      <w:r w:rsidRPr="003132E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152C7" w14:textId="2711839F" w:rsidR="00A7763C" w:rsidRPr="003132E8" w:rsidRDefault="00587CB4" w:rsidP="00A7763C">
    <w:pPr>
      <w:pBdr>
        <w:bottom w:val="single" w:sz="6" w:space="0" w:color="E0E0E0"/>
      </w:pBdr>
      <w:tabs>
        <w:tab w:val="right" w:pos="10800"/>
      </w:tabs>
      <w:spacing w:after="160"/>
    </w:pPr>
    <w:r>
      <w:rPr>
        <w:rFonts w:ascii="Aptos Display" w:hAnsi="Aptos Display"/>
        <w:b/>
        <w:spacing w:val="-34"/>
        <w:sz w:val="80"/>
        <w:szCs w:val="80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62AB3A6" wp14:editId="6959EC5E">
              <wp:simplePos x="0" y="0"/>
              <wp:positionH relativeFrom="column">
                <wp:posOffset>351571</wp:posOffset>
              </wp:positionH>
              <wp:positionV relativeFrom="paragraph">
                <wp:posOffset>-84608</wp:posOffset>
              </wp:positionV>
              <wp:extent cx="252095" cy="252095"/>
              <wp:effectExtent l="0" t="0" r="0" b="0"/>
              <wp:wrapNone/>
              <wp:docPr id="157751788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95" cy="25209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A1FFC64" w14:textId="77777777" w:rsidR="00587CB4" w:rsidRPr="00305F01" w:rsidRDefault="00587CB4" w:rsidP="00587CB4">
                          <w:pPr>
                            <w:rPr>
                              <w:color w:val="1F497D" w:themeColor="text2"/>
                            </w:rPr>
                          </w:pPr>
                          <w:r w:rsidRPr="00305F01">
                            <w:rPr>
                              <w:color w:val="4F81BD" w:themeColor="accent1"/>
                              <w:sz w:val="18"/>
                              <w:szCs w:val="18"/>
                            </w:rPr>
                            <w:t>®</w:t>
                          </w:r>
                          <w:r w:rsidRPr="00305F01">
                            <w:rPr>
                              <w:color w:val="1F497D" w:themeColor="text2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2AB3A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7.7pt;margin-top:-6.65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" filled="f" stroked="f">
              <v:textbox>
                <w:txbxContent>
                  <w:p w14:paraId="3A1FFC64" w14:textId="77777777" w:rsidR="00587CB4" w:rsidRPr="00305F01" w:rsidRDefault="00587CB4" w:rsidP="00587CB4">
                    <w:pPr>
                      <w:rPr>
                        <w:color w:val="1F497D" w:themeColor="text2"/>
                      </w:rPr>
                    </w:pPr>
                    <w:r w:rsidRPr="00305F01">
                      <w:rPr>
                        <w:color w:val="4F81BD" w:themeColor="accent1"/>
                        <w:sz w:val="18"/>
                        <w:szCs w:val="18"/>
                      </w:rPr>
                      <w:t>®</w:t>
                    </w:r>
                    <w:r w:rsidRPr="00305F01">
                      <w:rPr>
                        <w:color w:val="1F497D" w:themeColor="text2"/>
                      </w:rPr>
                      <w:tab/>
                    </w:r>
                  </w:p>
                </w:txbxContent>
              </v:textbox>
            </v:shape>
          </w:pict>
        </mc:Fallback>
      </mc:AlternateContent>
    </w:r>
    <w:r w:rsidR="00A7763C" w:rsidRPr="003132E8">
      <w:rPr>
        <w:rFonts w:ascii="Arial" w:eastAsia="Arial" w:hAnsi="Arial" w:cs="Arial"/>
        <w:b/>
        <w:bCs/>
        <w:color w:val="1B3F7F"/>
        <w:sz w:val="24"/>
        <w:szCs w:val="24"/>
      </w:rPr>
      <w:t>VOGO</w:t>
    </w:r>
    <w:r>
      <w:rPr>
        <w:rFonts w:ascii="Arial" w:eastAsia="Arial" w:hAnsi="Arial" w:cs="Arial"/>
        <w:color w:val="1B3F7F"/>
        <w:sz w:val="16"/>
        <w:szCs w:val="16"/>
      </w:rPr>
      <w:t xml:space="preserve">    </w:t>
    </w:r>
    <w:r w:rsidR="00A7763C" w:rsidRPr="003132E8">
      <w:rPr>
        <w:rFonts w:ascii="Arial" w:eastAsia="Arial" w:hAnsi="Arial" w:cs="Arial"/>
        <w:b/>
        <w:bCs/>
        <w:color w:val="0070C0"/>
        <w:sz w:val="24"/>
        <w:szCs w:val="24"/>
      </w:rPr>
      <w:t>eBS</w:t>
    </w:r>
    <w:r w:rsidR="00A7763C" w:rsidRPr="003132E8">
      <w:rPr>
        <w:rFonts w:ascii="Arial" w:eastAsia="Arial" w:hAnsi="Arial" w:cs="Arial"/>
        <w:color w:val="555555"/>
        <w:sz w:val="18"/>
        <w:szCs w:val="18"/>
      </w:rPr>
      <w:t xml:space="preserve">  Enterprise Business Suite</w:t>
    </w:r>
    <w:r w:rsidR="00A7763C" w:rsidRPr="003132E8">
      <w:tab/>
    </w:r>
    <w:r w:rsidR="00A7763C" w:rsidRPr="003132E8">
      <w:rPr>
        <w:rFonts w:ascii="Arial" w:eastAsia="Arial" w:hAnsi="Arial" w:cs="Arial"/>
        <w:color w:val="555555"/>
        <w:sz w:val="16"/>
        <w:szCs w:val="16"/>
      </w:rPr>
      <w:t>WHITE PAPER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5808795">
    <w:abstractNumId w:val="8"/>
  </w:num>
  <w:num w:numId="2" w16cid:durableId="584455135">
    <w:abstractNumId w:val="6"/>
  </w:num>
  <w:num w:numId="3" w16cid:durableId="544290009">
    <w:abstractNumId w:val="5"/>
  </w:num>
  <w:num w:numId="4" w16cid:durableId="1000236008">
    <w:abstractNumId w:val="4"/>
  </w:num>
  <w:num w:numId="5" w16cid:durableId="125583585">
    <w:abstractNumId w:val="7"/>
  </w:num>
  <w:num w:numId="6" w16cid:durableId="640042881">
    <w:abstractNumId w:val="3"/>
  </w:num>
  <w:num w:numId="7" w16cid:durableId="682318071">
    <w:abstractNumId w:val="2"/>
  </w:num>
  <w:num w:numId="8" w16cid:durableId="648484828">
    <w:abstractNumId w:val="1"/>
  </w:num>
  <w:num w:numId="9" w16cid:durableId="186613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000F"/>
    <w:rsid w:val="00034616"/>
    <w:rsid w:val="00052491"/>
    <w:rsid w:val="00053083"/>
    <w:rsid w:val="0005644C"/>
    <w:rsid w:val="00057FEA"/>
    <w:rsid w:val="0006063C"/>
    <w:rsid w:val="000608C4"/>
    <w:rsid w:val="00065106"/>
    <w:rsid w:val="000674A1"/>
    <w:rsid w:val="0007276E"/>
    <w:rsid w:val="00075050"/>
    <w:rsid w:val="000B5863"/>
    <w:rsid w:val="000D5ABE"/>
    <w:rsid w:val="000E0215"/>
    <w:rsid w:val="000E41EA"/>
    <w:rsid w:val="000E7AE9"/>
    <w:rsid w:val="000E7FF7"/>
    <w:rsid w:val="001002FF"/>
    <w:rsid w:val="0015074B"/>
    <w:rsid w:val="001548DF"/>
    <w:rsid w:val="0017317F"/>
    <w:rsid w:val="00181AE8"/>
    <w:rsid w:val="00181C01"/>
    <w:rsid w:val="00186D9E"/>
    <w:rsid w:val="001B618B"/>
    <w:rsid w:val="001C0FE1"/>
    <w:rsid w:val="001C2DCD"/>
    <w:rsid w:val="001E7ADA"/>
    <w:rsid w:val="00213E2A"/>
    <w:rsid w:val="00213EC9"/>
    <w:rsid w:val="00231317"/>
    <w:rsid w:val="00236E87"/>
    <w:rsid w:val="00240315"/>
    <w:rsid w:val="002418B7"/>
    <w:rsid w:val="00257036"/>
    <w:rsid w:val="0029639D"/>
    <w:rsid w:val="002A32B4"/>
    <w:rsid w:val="002A53AA"/>
    <w:rsid w:val="002D7315"/>
    <w:rsid w:val="00305F01"/>
    <w:rsid w:val="003132E8"/>
    <w:rsid w:val="003140AD"/>
    <w:rsid w:val="00317CE2"/>
    <w:rsid w:val="00326F90"/>
    <w:rsid w:val="00353684"/>
    <w:rsid w:val="003A4E39"/>
    <w:rsid w:val="003A55E0"/>
    <w:rsid w:val="003B7B1E"/>
    <w:rsid w:val="003C1387"/>
    <w:rsid w:val="003C5F88"/>
    <w:rsid w:val="003E1881"/>
    <w:rsid w:val="003E375D"/>
    <w:rsid w:val="003F0538"/>
    <w:rsid w:val="00404B66"/>
    <w:rsid w:val="00411E17"/>
    <w:rsid w:val="00427905"/>
    <w:rsid w:val="00433D9A"/>
    <w:rsid w:val="00440E53"/>
    <w:rsid w:val="00446F7C"/>
    <w:rsid w:val="004778E1"/>
    <w:rsid w:val="004B0D0C"/>
    <w:rsid w:val="004C6817"/>
    <w:rsid w:val="004E7F15"/>
    <w:rsid w:val="004F3AC7"/>
    <w:rsid w:val="004F62BB"/>
    <w:rsid w:val="00510DD6"/>
    <w:rsid w:val="005122E9"/>
    <w:rsid w:val="00522CAB"/>
    <w:rsid w:val="00544DCE"/>
    <w:rsid w:val="00546356"/>
    <w:rsid w:val="00566A06"/>
    <w:rsid w:val="00587CB4"/>
    <w:rsid w:val="005A1E90"/>
    <w:rsid w:val="005B02C1"/>
    <w:rsid w:val="005B507E"/>
    <w:rsid w:val="005B5085"/>
    <w:rsid w:val="005D2A69"/>
    <w:rsid w:val="005D6BCD"/>
    <w:rsid w:val="006379BB"/>
    <w:rsid w:val="00641C59"/>
    <w:rsid w:val="00671537"/>
    <w:rsid w:val="00673695"/>
    <w:rsid w:val="00674E6B"/>
    <w:rsid w:val="00680918"/>
    <w:rsid w:val="0069649E"/>
    <w:rsid w:val="006A3917"/>
    <w:rsid w:val="006B1A54"/>
    <w:rsid w:val="006B4D09"/>
    <w:rsid w:val="006F4754"/>
    <w:rsid w:val="006F7476"/>
    <w:rsid w:val="00704CA5"/>
    <w:rsid w:val="00707714"/>
    <w:rsid w:val="00712388"/>
    <w:rsid w:val="007174D3"/>
    <w:rsid w:val="0073166A"/>
    <w:rsid w:val="007457B6"/>
    <w:rsid w:val="0074680D"/>
    <w:rsid w:val="00751EF9"/>
    <w:rsid w:val="00766811"/>
    <w:rsid w:val="00795E5F"/>
    <w:rsid w:val="007B4B8D"/>
    <w:rsid w:val="007C17B5"/>
    <w:rsid w:val="007C1C85"/>
    <w:rsid w:val="007D10F3"/>
    <w:rsid w:val="007D747F"/>
    <w:rsid w:val="007E0EC3"/>
    <w:rsid w:val="007E2283"/>
    <w:rsid w:val="007E48BA"/>
    <w:rsid w:val="007F6FE3"/>
    <w:rsid w:val="00803C68"/>
    <w:rsid w:val="00822EA7"/>
    <w:rsid w:val="00825E2B"/>
    <w:rsid w:val="0082645A"/>
    <w:rsid w:val="00832818"/>
    <w:rsid w:val="00844FF6"/>
    <w:rsid w:val="00852507"/>
    <w:rsid w:val="00867DD0"/>
    <w:rsid w:val="00872848"/>
    <w:rsid w:val="008A0131"/>
    <w:rsid w:val="008A09D8"/>
    <w:rsid w:val="008F52F1"/>
    <w:rsid w:val="00902F14"/>
    <w:rsid w:val="00982FCF"/>
    <w:rsid w:val="00987164"/>
    <w:rsid w:val="00991B9A"/>
    <w:rsid w:val="009958F7"/>
    <w:rsid w:val="009E6719"/>
    <w:rsid w:val="00A0261A"/>
    <w:rsid w:val="00A11E1E"/>
    <w:rsid w:val="00A46528"/>
    <w:rsid w:val="00A7763C"/>
    <w:rsid w:val="00A80F11"/>
    <w:rsid w:val="00A933EB"/>
    <w:rsid w:val="00AA1D8D"/>
    <w:rsid w:val="00AA4DEF"/>
    <w:rsid w:val="00AD7952"/>
    <w:rsid w:val="00AF0CF2"/>
    <w:rsid w:val="00AF170F"/>
    <w:rsid w:val="00AF2908"/>
    <w:rsid w:val="00AF7201"/>
    <w:rsid w:val="00B25EF4"/>
    <w:rsid w:val="00B33282"/>
    <w:rsid w:val="00B4044D"/>
    <w:rsid w:val="00B45421"/>
    <w:rsid w:val="00B47730"/>
    <w:rsid w:val="00B50B91"/>
    <w:rsid w:val="00B50D9D"/>
    <w:rsid w:val="00B52A43"/>
    <w:rsid w:val="00B55CB8"/>
    <w:rsid w:val="00B63532"/>
    <w:rsid w:val="00B6619B"/>
    <w:rsid w:val="00B817E7"/>
    <w:rsid w:val="00B9050D"/>
    <w:rsid w:val="00B948DF"/>
    <w:rsid w:val="00B966DE"/>
    <w:rsid w:val="00BA1337"/>
    <w:rsid w:val="00BB4C92"/>
    <w:rsid w:val="00BF6624"/>
    <w:rsid w:val="00C26A3E"/>
    <w:rsid w:val="00C42B06"/>
    <w:rsid w:val="00C66B26"/>
    <w:rsid w:val="00C75749"/>
    <w:rsid w:val="00C8385A"/>
    <w:rsid w:val="00CB0664"/>
    <w:rsid w:val="00CD43A5"/>
    <w:rsid w:val="00CF0981"/>
    <w:rsid w:val="00CF12A8"/>
    <w:rsid w:val="00D01B1E"/>
    <w:rsid w:val="00D13ED2"/>
    <w:rsid w:val="00D32932"/>
    <w:rsid w:val="00D33A49"/>
    <w:rsid w:val="00D436FA"/>
    <w:rsid w:val="00D51CA9"/>
    <w:rsid w:val="00D57CA1"/>
    <w:rsid w:val="00D60CDA"/>
    <w:rsid w:val="00D756A5"/>
    <w:rsid w:val="00D757EC"/>
    <w:rsid w:val="00D9715C"/>
    <w:rsid w:val="00D979D1"/>
    <w:rsid w:val="00DD572C"/>
    <w:rsid w:val="00DF56F2"/>
    <w:rsid w:val="00E056DF"/>
    <w:rsid w:val="00E15E5D"/>
    <w:rsid w:val="00E24408"/>
    <w:rsid w:val="00E25E7D"/>
    <w:rsid w:val="00E26641"/>
    <w:rsid w:val="00E3453A"/>
    <w:rsid w:val="00E505B2"/>
    <w:rsid w:val="00E55123"/>
    <w:rsid w:val="00E70255"/>
    <w:rsid w:val="00E754FA"/>
    <w:rsid w:val="00E8766B"/>
    <w:rsid w:val="00E9561F"/>
    <w:rsid w:val="00E95BA4"/>
    <w:rsid w:val="00EB3BA3"/>
    <w:rsid w:val="00EC6F3B"/>
    <w:rsid w:val="00ED21EB"/>
    <w:rsid w:val="00EE3064"/>
    <w:rsid w:val="00EE543A"/>
    <w:rsid w:val="00EF22BF"/>
    <w:rsid w:val="00EF3672"/>
    <w:rsid w:val="00F02A8E"/>
    <w:rsid w:val="00F23EF1"/>
    <w:rsid w:val="00F319D4"/>
    <w:rsid w:val="00F40573"/>
    <w:rsid w:val="00F54B45"/>
    <w:rsid w:val="00F55762"/>
    <w:rsid w:val="00F675B1"/>
    <w:rsid w:val="00F757CD"/>
    <w:rsid w:val="00F820ED"/>
    <w:rsid w:val="00F8339F"/>
    <w:rsid w:val="00F932D8"/>
    <w:rsid w:val="00FA2BA7"/>
    <w:rsid w:val="00FA7B18"/>
    <w:rsid w:val="00FC45DF"/>
    <w:rsid w:val="00FC693F"/>
    <w:rsid w:val="00FE05D0"/>
    <w:rsid w:val="00FE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CF4628"/>
  <w14:defaultImageDpi w14:val="330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ABE"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uiPriority w:val="99"/>
    <w:unhideWhenUsed/>
    <w:rsid w:val="003132E8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51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hyperlink" Target="https://vogo.me/servicii-digitale-pentru-cetateni/" TargetMode="External"/><Relationship Id="rId26" Type="http://schemas.openxmlformats.org/officeDocument/2006/relationships/image" Target="media/image11.png"/><Relationship Id="rId21" Type="http://schemas.openxmlformats.org/officeDocument/2006/relationships/hyperlink" Target="https://vogo.me/vogo-ebs/admin.php?page=vogo-gis-layers" TargetMode="External"/><Relationship Id="rId55" Type="http://schemas.openxmlformats.org/officeDocument/2006/relationships/image" Target="media/image43.jpeg"/><Relationship Id="rId63" Type="http://schemas.openxmlformats.org/officeDocument/2006/relationships/footer" Target="foot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yperlink" Target="https://vogo.me/vogo-ebs/admin.php?page=vogo-settings&amp;tab=splash" TargetMode="External"/><Relationship Id="rId29" Type="http://schemas.openxmlformats.org/officeDocument/2006/relationships/image" Target="media/image14.png"/><Relationship Id="rId54" Type="http://schemas.openxmlformats.org/officeDocument/2006/relationships/image" Target="media/image42.png"/><Relationship Id="rId6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mailto:ebs@vogo.family" TargetMode="External"/><Relationship Id="rId32" Type="http://schemas.openxmlformats.org/officeDocument/2006/relationships/image" Target="media/image17.jpeg"/><Relationship Id="rId53" Type="http://schemas.openxmlformats.org/officeDocument/2006/relationships/image" Target="media/image41.png"/><Relationship Id="rId58" Type="http://schemas.openxmlformats.org/officeDocument/2006/relationships/image" Target="media/image46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yperlink" Target="https://www.youtube.com/@vogofamily4you" TargetMode="External"/><Relationship Id="rId28" Type="http://schemas.openxmlformats.org/officeDocument/2006/relationships/image" Target="media/image13.jpeg"/><Relationship Id="rId57" Type="http://schemas.openxmlformats.org/officeDocument/2006/relationships/image" Target="media/image45.png"/><Relationship Id="rId61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hyperlink" Target="https://en.vogo.family/" TargetMode="External"/><Relationship Id="rId31" Type="http://schemas.openxmlformats.org/officeDocument/2006/relationships/image" Target="media/image16.jpeg"/><Relationship Id="rId60" Type="http://schemas.openxmlformats.org/officeDocument/2006/relationships/image" Target="media/image48.jpe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vogo.me/ebs/" TargetMode="External"/><Relationship Id="rId27" Type="http://schemas.openxmlformats.org/officeDocument/2006/relationships/image" Target="media/image12.jpeg"/><Relationship Id="rId30" Type="http://schemas.openxmlformats.org/officeDocument/2006/relationships/image" Target="media/image15.jpeg"/><Relationship Id="rId56" Type="http://schemas.openxmlformats.org/officeDocument/2006/relationships/image" Target="media/image44.jpeg"/><Relationship Id="rId64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59" Type="http://schemas.openxmlformats.org/officeDocument/2006/relationships/image" Target="media/image4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Adrian Barcutean | vogo.me</cp:lastModifiedBy>
  <cp:revision>2</cp:revision>
  <cp:lastPrinted>2026-05-23T09:38:00Z</cp:lastPrinted>
  <dcterms:created xsi:type="dcterms:W3CDTF">2026-05-30T17:38:00Z</dcterms:created>
  <dcterms:modified xsi:type="dcterms:W3CDTF">2026-05-30T17:38:00Z</dcterms:modified>
  <cp:category/>
</cp:coreProperties>
</file>