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5"/>
        <w:gridCol w:w="6304"/>
        <w:gridCol w:w="3645"/>
      </w:tblGrid>
      <w:tr w:rsidR="00852507" w:rsidRPr="003132E8" w14:paraId="3C10A580" w14:textId="77777777" w:rsidTr="00446F7C">
        <w:tc>
          <w:tcPr>
            <w:tcW w:w="985" w:type="dxa"/>
            <w:vAlign w:val="center"/>
          </w:tcPr>
          <w:p w14:paraId="7AF9F939" w14:textId="4AABBC18" w:rsidR="00852507" w:rsidRPr="003132E8" w:rsidRDefault="00991B9A" w:rsidP="00991B9A">
            <w:r>
              <w:drawing>
                <wp:inline distT="0" distB="0" distL="0" distR="0" wp14:anchorId="1A4F4F4E" wp14:editId="1997EBD1">
                  <wp:extent cx="586153" cy="586153"/>
                  <wp:effectExtent l="0" t="0" r="4445" b="4445"/>
                  <wp:docPr id="4894262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009" cy="593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04" w:type="dxa"/>
            <w:vAlign w:val="center"/>
          </w:tcPr>
          <w:p w14:paraId="62DB0168" w14:textId="22ADFB7A" w:rsidR="00852507" w:rsidRPr="003132E8" w:rsidRDefault="00991B9A" w:rsidP="00446F7C">
            <w:pPr>
              <w:jc w:val="both"/>
            </w:pPr>
            <w:r>
              <w:drawing>
                <wp:inline distT="0" distB="0" distL="0" distR="0" wp14:anchorId="37C93508" wp14:editId="02F06AC2">
                  <wp:extent cx="1905000" cy="567929"/>
                  <wp:effectExtent l="0" t="0" r="0" b="3810"/>
                  <wp:docPr id="1444528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452884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631" cy="579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</w:tcPr>
          <w:p w14:paraId="06D1DCCF" w14:textId="0B849B6B" w:rsidR="00852507" w:rsidRPr="003132E8" w:rsidRDefault="00D756A5">
            <w:pPr>
              <w:jc w:val="right"/>
            </w:pPr>
            <w:r>
              <w:rPr>
                <w:rFonts w:ascii="Aptos Display" w:hAnsi="Aptos Display"/>
                <w:b/>
                <w:color w:val="1C4BFF"/>
                <w:sz w:val="28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6DC4CEC6" wp14:editId="35B4B5CB">
                      <wp:simplePos x="0" y="0"/>
                      <wp:positionH relativeFrom="margin">
                        <wp:posOffset>642678</wp:posOffset>
                      </wp:positionH>
                      <wp:positionV relativeFrom="paragraph">
                        <wp:posOffset>105756</wp:posOffset>
                      </wp:positionV>
                      <wp:extent cx="1730375" cy="0"/>
                      <wp:effectExtent l="38100" t="57150" r="79375" b="114300"/>
                      <wp:wrapNone/>
                      <wp:docPr id="553026979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30375" cy="0"/>
                              </a:xfrm>
                              <a:prstGeom prst="line">
                                <a:avLst/>
                              </a:prstGeom>
                              <a:ln w="57150">
                                <a:solidFill>
                                  <a:srgbClr val="1C4BFF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37D6D8" id="Straight Connector 3" o:spid="_x0000_s1026" style="position:absolute;z-index:251737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50.6pt,8.35pt" to="186.8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" strokecolor="#1c4bff" strokeweight="4.5pt">
                      <v:shadow on="t" color="black" opacity="24903f" origin=",.5" offset="0,.55556mm"/>
                      <w10:wrap anchorx="margin"/>
                    </v:line>
                  </w:pict>
                </mc:Fallback>
              </mc:AlternateContent>
            </w:r>
          </w:p>
        </w:tc>
      </w:tr>
    </w:tbl>
    <w:p w14:paraId="24DA01F9" w14:textId="622DA0F4" w:rsidR="00852507" w:rsidRPr="003132E8" w:rsidRDefault="00D756A5">
      <w:pPr>
        <w:jc w:val="right"/>
      </w:pPr>
      <w: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64DAB4C" wp14:editId="2C16C26C">
                <wp:simplePos x="0" y="0"/>
                <wp:positionH relativeFrom="column">
                  <wp:posOffset>5138420</wp:posOffset>
                </wp:positionH>
                <wp:positionV relativeFrom="paragraph">
                  <wp:posOffset>-796290</wp:posOffset>
                </wp:positionV>
                <wp:extent cx="2019300" cy="679450"/>
                <wp:effectExtent l="0" t="0" r="0" b="6350"/>
                <wp:wrapNone/>
                <wp:docPr id="457888378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9300" cy="679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C11503" w14:textId="2631FF42" w:rsidR="00D756A5" w:rsidRPr="00D756A5" w:rsidRDefault="00D756A5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D756A5">
                              <w:rPr>
                                <w:rFonts w:ascii="Aptos Display" w:hAnsi="Aptos Display"/>
                                <w:b/>
                                <w:color w:val="1C4BFF"/>
                                <w:sz w:val="32"/>
                                <w:szCs w:val="8"/>
                              </w:rPr>
                              <w:t>Demo links &amp; Video</w:t>
                            </w:r>
                            <w:r>
                              <w:rPr>
                                <w:rFonts w:ascii="Aptos Display" w:hAnsi="Aptos Display"/>
                                <w:b/>
                                <w:color w:val="1C4BFF"/>
                                <w:sz w:val="32"/>
                                <w:szCs w:val="8"/>
                              </w:rPr>
                              <w:t>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64DAB4C"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left:0;text-align:left;margin-left:404.6pt;margin-top:-62.7pt;width:159pt;height:53.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" fillcolor="white [3201]" stroked="f" strokeweight=".5pt">
                <v:textbox>
                  <w:txbxContent>
                    <w:p w14:paraId="0AC11503" w14:textId="2631FF42" w:rsidR="00D756A5" w:rsidRPr="00D756A5" w:rsidRDefault="00D756A5">
                      <w:pPr>
                        <w:rPr>
                          <w:sz w:val="24"/>
                          <w:szCs w:val="24"/>
                        </w:rPr>
                      </w:pPr>
                      <w:r w:rsidRPr="00D756A5">
                        <w:rPr>
                          <w:rFonts w:ascii="Aptos Display" w:hAnsi="Aptos Display"/>
                          <w:b/>
                          <w:color w:val="1C4BFF"/>
                          <w:sz w:val="32"/>
                          <w:szCs w:val="8"/>
                        </w:rPr>
                        <w:t>Demo links &amp; Video</w:t>
                      </w:r>
                      <w:r>
                        <w:rPr>
                          <w:rFonts w:ascii="Aptos Display" w:hAnsi="Aptos Display"/>
                          <w:b/>
                          <w:color w:val="1C4BFF"/>
                          <w:sz w:val="32"/>
                          <w:szCs w:val="8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 w:rsidR="00E70255">
        <mc:AlternateContent>
          <mc:Choice Requires="wpg">
            <w:drawing>
              <wp:anchor distT="0" distB="0" distL="114300" distR="114300" simplePos="0" relativeHeight="251731968" behindDoc="0" locked="0" layoutInCell="1" allowOverlap="1" wp14:anchorId="02D5E4B2" wp14:editId="042D4E72">
                <wp:simplePos x="0" y="0"/>
                <wp:positionH relativeFrom="column">
                  <wp:posOffset>3048000</wp:posOffset>
                </wp:positionH>
                <wp:positionV relativeFrom="paragraph">
                  <wp:posOffset>-590550</wp:posOffset>
                </wp:positionV>
                <wp:extent cx="2018665" cy="694690"/>
                <wp:effectExtent l="0" t="0" r="635" b="0"/>
                <wp:wrapNone/>
                <wp:docPr id="171434397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18665" cy="694690"/>
                          <a:chOff x="0" y="0"/>
                          <a:chExt cx="2018665" cy="694690"/>
                        </a:xfrm>
                      </wpg:grpSpPr>
                      <pic:pic xmlns:pic="http://schemas.openxmlformats.org/drawingml/2006/picture">
                        <pic:nvPicPr>
                          <pic:cNvPr id="1692298211" name="Picture 23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0480"/>
                            <a:ext cx="625475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15694756" name="Picture 25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alphaModFix amt="7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5320" y="60960"/>
                            <a:ext cx="613410" cy="633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4139515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alphaModFix amt="70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48740" y="0"/>
                            <a:ext cx="669925" cy="6565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C9E81B7" id="Group 26" o:spid="_x0000_s1026" style="position:absolute;margin-left:240pt;margin-top:-46.5pt;width:158.95pt;height:54.7pt;z-index:251731968;mso-width-relative:margin;mso-height-relative:margin" coordsize="20186,69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" o:spid="_x0000_s1027" type="#_x0000_t75" style="position:absolute;top:304;width:6254;height:6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">
                  <v:imagedata r:id="rId14" o:title=""/>
                </v:shape>
                <v:shape id="Picture 25" o:spid="_x0000_s1028" type="#_x0000_t75" style="position:absolute;left:6553;top:609;width:6134;height:63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">
                  <v:imagedata r:id="rId15" o:title=""/>
                </v:shape>
                <v:shape id="Picture 1" o:spid="_x0000_s1029" type="#_x0000_t75" style="position:absolute;left:13487;width:6699;height:6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">
                  <v:imagedata r:id="rId16" o:title=""/>
                </v:shape>
              </v:group>
            </w:pict>
          </mc:Fallback>
        </mc:AlternateContent>
      </w:r>
      <w:r w:rsidR="007E0EC3">
        <w:drawing>
          <wp:anchor distT="0" distB="0" distL="114300" distR="114300" simplePos="0" relativeHeight="251658240" behindDoc="1" locked="0" layoutInCell="1" allowOverlap="1" wp14:anchorId="373578D0" wp14:editId="7E79DB4E">
            <wp:simplePos x="0" y="0"/>
            <wp:positionH relativeFrom="page">
              <wp:align>right</wp:align>
            </wp:positionH>
            <wp:positionV relativeFrom="paragraph">
              <wp:posOffset>-327025</wp:posOffset>
            </wp:positionV>
            <wp:extent cx="3392424" cy="4562856"/>
            <wp:effectExtent l="0" t="0" r="0" b="9525"/>
            <wp:wrapNone/>
            <wp:docPr id="6010320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032046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92424" cy="45628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E0EC3">
        <w:rPr>
          <w:rFonts w:ascii="Aptos Display" w:hAnsi="Aptos Display"/>
          <w:b/>
          <w:spacing w:val="-34"/>
          <w:sz w:val="80"/>
          <w:szCs w:val="80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CB3F9E7" wp14:editId="38923F16">
                <wp:simplePos x="0" y="0"/>
                <wp:positionH relativeFrom="column">
                  <wp:posOffset>1624965</wp:posOffset>
                </wp:positionH>
                <wp:positionV relativeFrom="paragraph">
                  <wp:posOffset>-664845</wp:posOffset>
                </wp:positionV>
                <wp:extent cx="252095" cy="252095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095" cy="2520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F9DC80" w14:textId="2F6C2D39" w:rsidR="00795E5F" w:rsidRPr="003132E8" w:rsidRDefault="00795E5F">
                            <w:r>
                              <w:t>®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B3F9E7" id="Text Box 2" o:spid="_x0000_s1027" type="#_x0000_t202" style="position:absolute;left:0;text-align:left;margin-left:127.95pt;margin-top:-52.35pt;width:19.85pt;height:19.8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" filled="f" stroked="f">
                <v:textbox>
                  <w:txbxContent>
                    <w:p w14:paraId="1CF9DC80" w14:textId="2F6C2D39" w:rsidR="00795E5F" w:rsidRPr="003132E8" w:rsidRDefault="00795E5F">
                      <w:r>
                        <w:t>®</w:t>
                      </w:r>
                      <w: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14:paraId="75152CEE" w14:textId="71C3F000" w:rsidR="00EB3BA3" w:rsidRPr="003132E8" w:rsidRDefault="00EB3BA3" w:rsidP="00EB3BA3">
      <w:pPr>
        <w:spacing w:after="0" w:line="240" w:lineRule="auto"/>
        <w:rPr>
          <w:rFonts w:ascii="Aptos Display" w:hAnsi="Aptos Display"/>
          <w:b/>
          <w:spacing w:val="-34"/>
          <w:sz w:val="20"/>
          <w:szCs w:val="20"/>
        </w:rPr>
      </w:pPr>
    </w:p>
    <w:p w14:paraId="03D7E707" w14:textId="7F55E344" w:rsidR="00844FF6" w:rsidRPr="003132E8" w:rsidRDefault="00844FF6" w:rsidP="00BA1337">
      <w:pPr>
        <w:spacing w:after="0" w:line="700" w:lineRule="exact"/>
        <w:rPr>
          <w:rFonts w:ascii="Aptos Display" w:hAnsi="Aptos Display"/>
          <w:b/>
          <w:spacing w:val="-34"/>
          <w:sz w:val="80"/>
          <w:szCs w:val="80"/>
        </w:rPr>
      </w:pPr>
      <w:r>
        <w:rPr>
          <w:rFonts w:ascii="Aptos Display" w:hAnsi="Aptos Display"/>
          <w:b/>
          <w:spacing w:val="-34"/>
          <w:sz w:val="80"/>
          <w:szCs w:val="80"/>
        </w:rPr>
        <w:t>One Suite.</w:t>
      </w:r>
      <w:r w:rsidR="00E70255" w:rsidRPr="00E70255">
        <w:t xml:space="preserve"> </w:t>
      </w:r>
    </w:p>
    <w:p w14:paraId="3E5B3B05" w14:textId="3A982F6C" w:rsidR="00844FF6" w:rsidRPr="003132E8" w:rsidRDefault="00844FF6" w:rsidP="00BA1337">
      <w:pPr>
        <w:spacing w:after="0" w:line="700" w:lineRule="exact"/>
        <w:rPr>
          <w:rFonts w:ascii="Aptos Display" w:hAnsi="Aptos Display"/>
          <w:b/>
          <w:color w:val="1C4BFF"/>
          <w:spacing w:val="-34"/>
          <w:sz w:val="66"/>
          <w:szCs w:val="66"/>
        </w:rPr>
      </w:pPr>
      <w:r>
        <w:rPr>
          <w:rFonts w:ascii="Aptos Display" w:hAnsi="Aptos Display"/>
          <w:b/>
          <w:color w:val="1C4BFF"/>
          <w:spacing w:val="-34"/>
          <w:sz w:val="66"/>
          <w:szCs w:val="66"/>
        </w:rPr>
        <w:t xml:space="preserve">Unlimited Possibilities </w:t>
      </w:r>
    </w:p>
    <w:p w14:paraId="07F7894E" w14:textId="62CCE3EE" w:rsidR="00844FF6" w:rsidRPr="003132E8" w:rsidRDefault="00BA1337" w:rsidP="00844FF6">
      <w:pPr>
        <w:spacing w:line="660" w:lineRule="exact"/>
        <w:rPr>
          <w:rFonts w:ascii="Aptos Display" w:hAnsi="Aptos Display"/>
          <w:b/>
          <w:color w:val="1C4BFF"/>
          <w:sz w:val="28"/>
          <w:szCs w:val="6"/>
        </w:rPr>
      </w:pPr>
      <w:r>
        <w:rPr>
          <w:rFonts w:ascii="Aptos Display" w:hAnsi="Aptos Display"/>
          <w:b/>
          <w:color w:val="1C4BFF"/>
          <w:sz w:val="28"/>
          <w:szCs w:val="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8C3FAD" wp14:editId="06B77332">
                <wp:simplePos x="0" y="0"/>
                <wp:positionH relativeFrom="margin">
                  <wp:align>left</wp:align>
                </wp:positionH>
                <wp:positionV relativeFrom="paragraph">
                  <wp:posOffset>59690</wp:posOffset>
                </wp:positionV>
                <wp:extent cx="471488" cy="2382"/>
                <wp:effectExtent l="38100" t="57150" r="62230" b="112395"/>
                <wp:wrapNone/>
                <wp:docPr id="1124316567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1488" cy="2382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1C4BFF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BDA576" id="Straight Connector 3" o:spid="_x0000_s1026" style="position:absolute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4.7pt" to="37.15pt,4.9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c3cgnxgEAAOEDAAAOAAAAZHJzL2Uyb0RvYy54bWysU9uO0zAQfUfiHyy/01zoslXUdCW6Ki8I Vix8gOuMG0u+yTZN+veMnTRdAQIJ8eLYnjlnzhxPtg+jVuQMPkhrWlqtSkrAcNtJc2rpt6+HNxtK QmSmY8oaaOkFAn3YvX61HVwDte2t6sATJDGhGVxL+xhdUxSB96BZWFkHBoPCes0iHv2p6DwbkF2r oi7Ld8Vgfee85RAC3j5OQbrL/EIAj5+FCBCJailqi3n1eT2mtdhtWXPyzPWSzzLYP6jQTBosulA9 ssjIdy9/odKSexusiCtudWGFkBxyD9hNVf7UzXPPHORe0JzgFpvC/6Pln8578+TRhsGFJrgnn7oY hdfpi/rImM26LGbBGAnHy/V9td7g63IM1W83dbKyuEGdD/EDWE3SpqVKmtQJa9j5Y4hT6jUlXStD hpbe3Vd3ZU4LVsnuIJVKweBPx73y5MzwFav9+v3hMFd7kYa1lUEJtz7yLl4UTAW+gCCyQ+X1VCGN GCy0jHMwsZp5lcHsBBMoYQHO0v4EnPMTFPL4LeDq71UXRK5sTVzAWhrrf0cQx6tkMeVfHZj6ThYc bXfJL5ytwTnK7zTPfBrUl+cMv/2Zux8AAAD//wMAUEsDBBQABgAIAAAAIQDr0QyR2wAAAAMBAAAP AAAAZHJzL2Rvd25yZXYueG1sTI/BTsMwEETvSP0HaytxQdQpTUsIcaoKCQmBOLRw4ebGSxw1Xgfb bcPfs5zgOJrRzJtqPbpenDDEzpOC+SwDgdR401Gr4P3t8boAEZMmo3tPqOAbI6zryUWlS+PPtMXT LrWCSyiWWoFNaSiljI1Fp+PMD0jsffrgdGIZWmmCPnO56+VNlq2k0x3xgtUDPlhsDrujU3D1sSjy 4Mk8hcPz5tUuty/zL6vU5XTc3INIOKa/MPziMzrUzLT3RzJR9Ar4SFJwl4Ng8zZfgNizLEDWlfzP Xv8AAAD//wMAUEsBAi0AFAAGAAgAAAAhALaDOJL+AAAA4QEAABMAAAAAAAAAAAAAAAAAAAAAAFtD b250ZW50X1R5cGVzXS54bWxQSwECLQAUAAYACAAAACEAOP0h/9YAAACUAQAACwAAAAAAAAAAAAAA AAAvAQAAX3JlbHMvLnJlbHNQSwECLQAUAAYACAAAACEAXN3IJ8YBAADhAwAADgAAAAAAAAAAAAAA AAAuAgAAZHJzL2Uyb0RvYy54bWxQSwECLQAUAAYACAAAACEA69EMkdsAAAADAQAADwAAAAAAAAAA AAAAAAAgBAAAZHJzL2Rvd25yZXYueG1sUEsFBgAAAAAEAAQA8wAAACgFAAAAAA== " strokecolor="#1c4bff" strokeweight="4.5pt">
                <v:shadow on="t" color="black" opacity="24903f" origin=",.5" offset="0,.55556mm"/>
                <w10:wrap anchorx="margin"/>
              </v:line>
            </w:pict>
          </mc:Fallback>
        </mc:AlternateContent>
      </w:r>
    </w:p>
    <w:p w14:paraId="779D02F4" w14:textId="77777777" w:rsidR="00EF22BF" w:rsidRPr="003132E8" w:rsidRDefault="00EF22BF" w:rsidP="00EF22BF">
      <w:pPr>
        <w:spacing w:after="0" w:line="240" w:lineRule="auto"/>
        <w:rPr>
          <w:rFonts w:ascii="Aptos Display" w:hAnsi="Aptos Display"/>
          <w:b/>
          <w:color w:val="1C4BFF"/>
          <w:sz w:val="28"/>
          <w:szCs w:val="6"/>
        </w:rPr>
      </w:pPr>
      <w:r>
        <w:rPr>
          <w:rFonts w:ascii="Aptos Display" w:hAnsi="Aptos Display"/>
          <w:b/>
          <w:color w:val="1C4BFF"/>
          <w:sz w:val="28"/>
          <w:szCs w:val="6"/>
        </w:rPr>
        <w:t>I</w:t>
      </w:r>
      <w:r w:rsidRPr="003132E8">
        <w:rPr>
          <w:rFonts w:ascii="Aptos Display" w:hAnsi="Aptos Display"/>
          <w:b/>
          <w:color w:val="1C4BFF"/>
          <w:sz w:val="28"/>
          <w:szCs w:val="6"/>
        </w:rPr>
        <w:t xml:space="preserve">ntegrated platform for accelerating growth, adopting </w:t>
      </w:r>
    </w:p>
    <w:p w14:paraId="5D8736C3" w14:textId="77777777" w:rsidR="00EF22BF" w:rsidRPr="003132E8" w:rsidRDefault="00EF22BF" w:rsidP="00EF22BF">
      <w:pPr>
        <w:spacing w:after="0" w:line="240" w:lineRule="auto"/>
        <w:rPr>
          <w:rFonts w:ascii="Aptos Display" w:hAnsi="Aptos Display"/>
          <w:b/>
          <w:color w:val="1C4BFF"/>
          <w:sz w:val="28"/>
          <w:szCs w:val="6"/>
        </w:rPr>
      </w:pPr>
      <w:r w:rsidRPr="003132E8">
        <w:rPr>
          <w:rFonts w:ascii="Aptos Display" w:hAnsi="Aptos Display"/>
          <w:b/>
          <w:color w:val="1C4BFF"/>
          <w:sz w:val="28"/>
          <w:szCs w:val="6"/>
        </w:rPr>
        <w:t>top technology and improving the organization.</w:t>
      </w:r>
    </w:p>
    <w:p w14:paraId="274CB4E0" w14:textId="77777777" w:rsidR="00EF22BF" w:rsidRDefault="00EF22BF" w:rsidP="00EF22BF">
      <w:pPr>
        <w:spacing w:after="0" w:line="240" w:lineRule="auto"/>
        <w:rPr>
          <w:rFonts w:ascii="Aptos" w:hAnsi="Aptos"/>
          <w:b/>
          <w:color w:val="808080" w:themeColor="background1" w:themeShade="80"/>
          <w:szCs w:val="18"/>
        </w:rPr>
      </w:pPr>
    </w:p>
    <w:p w14:paraId="44C3CDA4" w14:textId="77777777" w:rsidR="00EF22BF" w:rsidRDefault="00EF22BF" w:rsidP="00EF22BF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>
        <w:rPr>
          <w:rFonts w:ascii="Aptos" w:hAnsi="Aptos"/>
          <w:b/>
          <w:color w:val="808080" w:themeColor="background1" w:themeShade="80"/>
          <w:szCs w:val="18"/>
        </w:rPr>
        <w:t xml:space="preserve">VOGO eBS – Enterprise Business Suite </w:t>
      </w:r>
      <w:r>
        <w:rPr>
          <w:rFonts w:ascii="Aptos" w:hAnsi="Aptos"/>
          <w:color w:val="808080" w:themeColor="background1" w:themeShade="80"/>
          <w:szCs w:val="18"/>
        </w:rPr>
        <w:t xml:space="preserve">is an </w:t>
      </w:r>
      <w:r w:rsidRPr="005053D8">
        <w:rPr>
          <w:rFonts w:ascii="Aptos" w:hAnsi="Aptos"/>
          <w:color w:val="808080" w:themeColor="background1" w:themeShade="80"/>
          <w:szCs w:val="18"/>
        </w:rPr>
        <w:t xml:space="preserve">open source, modular and </w:t>
      </w:r>
    </w:p>
    <w:p w14:paraId="26B4E55F" w14:textId="77777777" w:rsidR="00EF22BF" w:rsidRDefault="00EF22BF" w:rsidP="00EF22BF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 w:rsidRPr="005053D8">
        <w:rPr>
          <w:rFonts w:ascii="Aptos" w:hAnsi="Aptos"/>
          <w:color w:val="808080" w:themeColor="background1" w:themeShade="80"/>
          <w:szCs w:val="18"/>
        </w:rPr>
        <w:t>extensible platform that helps organizations build digital solutions faster,</w:t>
      </w:r>
    </w:p>
    <w:p w14:paraId="04D02A5C" w14:textId="77777777" w:rsidR="00EF22BF" w:rsidRDefault="00EF22BF" w:rsidP="00EF22BF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 w:rsidRPr="005053D8">
        <w:rPr>
          <w:rFonts w:ascii="Aptos" w:hAnsi="Aptos"/>
          <w:color w:val="808080" w:themeColor="background1" w:themeShade="80"/>
          <w:szCs w:val="18"/>
        </w:rPr>
        <w:t xml:space="preserve">collaborate more effectively and scale processes in a modern, secure and </w:t>
      </w:r>
    </w:p>
    <w:p w14:paraId="40F5AB6B" w14:textId="77777777" w:rsidR="00EF22BF" w:rsidRPr="005053D8" w:rsidRDefault="00EF22BF" w:rsidP="00EF22BF">
      <w:pPr>
        <w:spacing w:after="0" w:line="240" w:lineRule="auto"/>
        <w:rPr>
          <w:rFonts w:ascii="Aptos" w:hAnsi="Aptos"/>
          <w:color w:val="808080" w:themeColor="background1" w:themeShade="80"/>
          <w:szCs w:val="18"/>
        </w:rPr>
      </w:pPr>
      <w:r w:rsidRPr="005053D8">
        <w:rPr>
          <w:rFonts w:ascii="Aptos" w:hAnsi="Aptos"/>
          <w:color w:val="808080" w:themeColor="background1" w:themeShade="80"/>
          <w:szCs w:val="18"/>
        </w:rPr>
        <w:t>flexible ecosystem</w:t>
      </w:r>
      <w:r>
        <w:rPr>
          <w:rFonts w:ascii="Aptos" w:hAnsi="Aptos"/>
          <w:color w:val="808080" w:themeColor="background1" w:themeShade="80"/>
          <w:szCs w:val="18"/>
        </w:rPr>
        <w:t>,</w:t>
      </w:r>
      <w:r w:rsidRPr="005053D8">
        <w:rPr>
          <w:rFonts w:ascii="Aptos" w:hAnsi="Aptos"/>
          <w:color w:val="808080" w:themeColor="background1" w:themeShade="80"/>
          <w:szCs w:val="18"/>
        </w:rPr>
        <w:t xml:space="preserve"> </w:t>
      </w:r>
      <w:r>
        <w:rPr>
          <w:rFonts w:ascii="Aptos" w:hAnsi="Aptos"/>
          <w:color w:val="808080" w:themeColor="background1" w:themeShade="80"/>
          <w:szCs w:val="18"/>
        </w:rPr>
        <w:t xml:space="preserve">in order to </w:t>
      </w:r>
      <w:r w:rsidRPr="005053D8">
        <w:rPr>
          <w:rFonts w:ascii="Aptos" w:hAnsi="Aptos"/>
          <w:color w:val="808080" w:themeColor="background1" w:themeShade="80"/>
          <w:szCs w:val="18"/>
        </w:rPr>
        <w:t xml:space="preserve">remain competitive in a changing digital </w:t>
      </w:r>
    </w:p>
    <w:p w14:paraId="7F29F30D" w14:textId="30D77E93" w:rsidR="00B817E7" w:rsidRDefault="00EF22BF" w:rsidP="00EF22BF">
      <w:pPr>
        <w:rPr>
          <w:rFonts w:ascii="Aptos" w:hAnsi="Aptos"/>
          <w:color w:val="808080" w:themeColor="background1" w:themeShade="80"/>
          <w:szCs w:val="18"/>
        </w:rPr>
      </w:pPr>
      <w:r w:rsidRPr="005053D8">
        <w:rPr>
          <w:rFonts w:ascii="Aptos" w:hAnsi="Aptos"/>
          <w:color w:val="808080" w:themeColor="background1" w:themeShade="80"/>
          <w:szCs w:val="18"/>
        </w:rPr>
        <w:t>environment.</w:t>
      </w:r>
    </w:p>
    <w:p w14:paraId="1BDCEEB7" w14:textId="23BF05E5" w:rsidR="003E375D" w:rsidRPr="003132E8" w:rsidRDefault="003E375D" w:rsidP="00803C68">
      <w:pPr>
        <w:spacing w:after="0" w:line="240" w:lineRule="auto"/>
      </w:pPr>
    </w:p>
    <w:p w14:paraId="3A4EF84A" w14:textId="5EC89C34" w:rsidR="003132E8" w:rsidRPr="000A741D" w:rsidRDefault="00A80F11" w:rsidP="003132E8">
      <w:pPr>
        <w:spacing w:after="80"/>
        <w:rPr>
          <w:noProof w:val="0"/>
          <w:lang w:val="ro-RO"/>
        </w:rPr>
      </w:pPr>
      <w:r>
        <w:rPr>
          <w:rFonts w:ascii="Arial" w:eastAsia="Arial" w:hAnsi="Arial" w:cs="Arial"/>
          <w:b/>
          <w:bCs/>
          <w:noProof w:val="0"/>
          <w:color w:val="1B3F7F"/>
          <w:sz w:val="32"/>
          <w:szCs w:val="32"/>
          <w:lang w:val="ro-RO"/>
        </w:rPr>
        <w:t>Demo links and videos</w:t>
      </w:r>
    </w:p>
    <w:tbl>
      <w:tblPr>
        <w:tblW w:w="108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22"/>
        <w:gridCol w:w="5583"/>
      </w:tblGrid>
      <w:tr w:rsidR="003132E8" w:rsidRPr="000A741D" w14:paraId="66118377" w14:textId="77777777" w:rsidTr="00AF7201">
        <w:tc>
          <w:tcPr>
            <w:tcW w:w="5222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1E346BA4" w14:textId="690C4CB8" w:rsidR="003132E8" w:rsidRPr="000A741D" w:rsidRDefault="00A0261A" w:rsidP="00C0346D">
            <w:pPr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  <w:t>PORTAL - Digital services for citizens and clients</w:t>
            </w:r>
          </w:p>
          <w:p w14:paraId="5C122501" w14:textId="309DA853" w:rsidR="003132E8" w:rsidRPr="000A741D" w:rsidRDefault="00A0261A" w:rsidP="00F820ED">
            <w:pPr>
              <w:spacing w:before="80"/>
              <w:jc w:val="both"/>
              <w:rPr>
                <w:noProof w:val="0"/>
                <w:lang w:val="ro-RO"/>
              </w:rPr>
            </w:pPr>
            <w:hyperlink r:id="rId18" w:history="1">
              <w:r w:rsidRPr="00FC0AB2">
                <w:rPr>
                  <w:rStyle w:val="Hyperlink"/>
                  <w:rFonts w:ascii="Arial" w:eastAsia="Arial" w:hAnsi="Arial" w:cs="Arial"/>
                  <w:noProof w:val="0"/>
                  <w:sz w:val="18"/>
                  <w:szCs w:val="18"/>
                  <w:lang w:val="ro-RO"/>
                </w:rPr>
                <w:t>https://vogo.me/servicii-digitale-pentru-cetateni/</w:t>
              </w:r>
            </w:hyperlink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</w:p>
        </w:tc>
        <w:tc>
          <w:tcPr>
            <w:tcW w:w="5583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3F229192" w14:textId="048CFC76" w:rsidR="003132E8" w:rsidRPr="000A741D" w:rsidRDefault="00510DD6" w:rsidP="00C0346D">
            <w:pPr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  <w:t xml:space="preserve">VOGO </w:t>
            </w:r>
            <w:r w:rsidR="00A0261A">
              <w:rPr>
                <w:rFonts w:ascii="Arial" w:eastAsia="Arial" w:hAnsi="Arial" w:cs="Arial"/>
                <w:b/>
                <w:bCs/>
                <w:noProof w:val="0"/>
                <w:color w:val="1565C0"/>
                <w:sz w:val="20"/>
                <w:szCs w:val="20"/>
                <w:lang w:val="ro-RO"/>
              </w:rPr>
              <w:t>cross-platform eCommerce Suite</w:t>
            </w:r>
          </w:p>
          <w:p w14:paraId="2C3771B2" w14:textId="3A177ED5" w:rsidR="003132E8" w:rsidRPr="000A741D" w:rsidRDefault="00A0261A" w:rsidP="00C0346D">
            <w:pPr>
              <w:spacing w:before="80"/>
              <w:rPr>
                <w:noProof w:val="0"/>
                <w:lang w:val="ro-RO"/>
              </w:rPr>
            </w:pPr>
            <w:hyperlink r:id="rId19" w:history="1">
              <w:r w:rsidRPr="00FC0AB2">
                <w:rPr>
                  <w:rStyle w:val="Hyperlink"/>
                  <w:rFonts w:ascii="Arial" w:eastAsia="Arial" w:hAnsi="Arial" w:cs="Arial"/>
                  <w:noProof w:val="0"/>
                  <w:sz w:val="18"/>
                  <w:szCs w:val="18"/>
                  <w:lang w:val="ro-RO"/>
                </w:rPr>
                <w:t>https://en.vogo.family/</w:t>
              </w:r>
            </w:hyperlink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 w:rsidR="00D33A49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(Mobile &amp; Web Apps)</w:t>
            </w:r>
          </w:p>
        </w:tc>
      </w:tr>
      <w:tr w:rsidR="00B6619B" w:rsidRPr="000A741D" w14:paraId="63617AB7" w14:textId="77777777" w:rsidTr="00614693">
        <w:trPr>
          <w:trHeight w:hRule="exact" w:val="1152"/>
        </w:trPr>
        <w:tc>
          <w:tcPr>
            <w:tcW w:w="5222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55AE93E9" w14:textId="77777777" w:rsidR="00B6619B" w:rsidRPr="000A741D" w:rsidRDefault="00B6619B" w:rsidP="00614693">
            <w:pPr>
              <w:spacing w:before="5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noProof w:val="0"/>
                <w:color w:val="1B3F7F"/>
                <w:sz w:val="20"/>
                <w:szCs w:val="20"/>
                <w:lang w:val="ro-RO"/>
              </w:rPr>
              <w:t xml:space="preserve">VOGO eBS MAF – Mobile Application Framework </w:t>
            </w:r>
          </w:p>
          <w:p w14:paraId="256D3381" w14:textId="77777777" w:rsidR="00B6619B" w:rsidRPr="000A741D" w:rsidRDefault="00B6619B" w:rsidP="00614693">
            <w:pPr>
              <w:spacing w:before="80"/>
              <w:jc w:val="both"/>
              <w:rPr>
                <w:noProof w:val="0"/>
                <w:lang w:val="ro-RO"/>
              </w:rPr>
            </w:pPr>
            <w:hyperlink r:id="rId20" w:history="1">
              <w:r w:rsidRPr="00FC0AB2">
                <w:rPr>
                  <w:rStyle w:val="Hyperlink"/>
                  <w:rFonts w:ascii="Arial" w:eastAsia="Arial" w:hAnsi="Arial" w:cs="Arial"/>
                  <w:noProof w:val="0"/>
                  <w:sz w:val="18"/>
                  <w:szCs w:val="18"/>
                  <w:lang w:val="ro-RO"/>
                </w:rPr>
                <w:t>https://vogo.me/vogo-ebs/admin.php?page=vogo-settings&amp;tab=splash</w:t>
              </w:r>
            </w:hyperlink>
          </w:p>
        </w:tc>
        <w:tc>
          <w:tcPr>
            <w:tcW w:w="5583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695D97E1" w14:textId="77777777" w:rsidR="00B6619B" w:rsidRPr="00AC734E" w:rsidRDefault="00B6619B" w:rsidP="00614693">
            <w:pPr>
              <w:rPr>
                <w:noProof w:val="0"/>
                <w:sz w:val="28"/>
                <w:szCs w:val="28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color w:val="2E7D32"/>
              </w:rPr>
              <w:t>VOGO eBS GIS Layers and GeoServer</w:t>
            </w:r>
          </w:p>
          <w:p w14:paraId="46987F89" w14:textId="77777777" w:rsidR="00B6619B" w:rsidRPr="000A741D" w:rsidRDefault="00B6619B" w:rsidP="00614693">
            <w:pPr>
              <w:spacing w:before="80"/>
              <w:rPr>
                <w:noProof w:val="0"/>
                <w:lang w:val="ro-RO"/>
              </w:rPr>
            </w:pPr>
            <w:hyperlink r:id="rId21" w:history="1">
              <w:r w:rsidRPr="00FC0AB2">
                <w:rPr>
                  <w:rStyle w:val="Hyperlink"/>
                  <w:rFonts w:ascii="Arial" w:eastAsia="Arial" w:hAnsi="Arial" w:cs="Arial"/>
                  <w:noProof w:val="0"/>
                  <w:sz w:val="18"/>
                  <w:szCs w:val="18"/>
                  <w:lang w:val="ro-RO"/>
                </w:rPr>
                <w:t>https://vogo.me/vogo-ebs/admin.php?page=vogo-gis-layers</w:t>
              </w:r>
            </w:hyperlink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</w:p>
        </w:tc>
      </w:tr>
      <w:tr w:rsidR="003132E8" w:rsidRPr="000A741D" w14:paraId="41265187" w14:textId="77777777" w:rsidTr="00544DCE">
        <w:trPr>
          <w:trHeight w:hRule="exact" w:val="1152"/>
        </w:trPr>
        <w:tc>
          <w:tcPr>
            <w:tcW w:w="5222" w:type="dxa"/>
            <w:tcBorders>
              <w:top w:val="single" w:sz="16" w:space="0" w:color="1565C0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48ED6936" w14:textId="76270A5C" w:rsidR="003132E8" w:rsidRPr="000A741D" w:rsidRDefault="00544DCE" w:rsidP="00C0346D">
            <w:pPr>
              <w:spacing w:before="50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noProof w:val="0"/>
                <w:color w:val="1B3F7F"/>
                <w:sz w:val="20"/>
                <w:szCs w:val="20"/>
                <w:lang w:val="ro-RO"/>
              </w:rPr>
              <w:t xml:space="preserve">VOGO eBS </w:t>
            </w:r>
            <w:r w:rsidR="00B6619B">
              <w:rPr>
                <w:rFonts w:ascii="Arial" w:eastAsia="Arial" w:hAnsi="Arial" w:cs="Arial"/>
                <w:b/>
                <w:bCs/>
                <w:noProof w:val="0"/>
                <w:color w:val="1B3F7F"/>
                <w:sz w:val="20"/>
                <w:szCs w:val="20"/>
                <w:lang w:val="ro-RO"/>
              </w:rPr>
              <w:t>Documentation and Resources</w:t>
            </w:r>
            <w:r w:rsidR="000E7AE9">
              <w:rPr>
                <w:rFonts w:ascii="Arial" w:eastAsia="Arial" w:hAnsi="Arial" w:cs="Arial"/>
                <w:b/>
                <w:bCs/>
                <w:noProof w:val="0"/>
                <w:color w:val="1B3F7F"/>
                <w:sz w:val="20"/>
                <w:szCs w:val="20"/>
                <w:lang w:val="ro-RO"/>
              </w:rPr>
              <w:t xml:space="preserve"> </w:t>
            </w:r>
          </w:p>
          <w:p w14:paraId="56EA158E" w14:textId="4E2602A6" w:rsidR="003132E8" w:rsidRPr="000A741D" w:rsidRDefault="00B6619B" w:rsidP="00F820ED">
            <w:pPr>
              <w:spacing w:before="80"/>
              <w:jc w:val="both"/>
              <w:rPr>
                <w:noProof w:val="0"/>
                <w:lang w:val="ro-RO"/>
              </w:rPr>
            </w:pPr>
            <w:hyperlink r:id="rId22" w:history="1">
              <w:r w:rsidRPr="00FC0AB2">
                <w:rPr>
                  <w:rStyle w:val="Hyperlink"/>
                  <w:rFonts w:ascii="Arial" w:eastAsia="Arial" w:hAnsi="Arial" w:cs="Arial"/>
                  <w:noProof w:val="0"/>
                  <w:sz w:val="18"/>
                  <w:szCs w:val="18"/>
                  <w:lang w:val="ro-RO"/>
                </w:rPr>
                <w:t>https://vogo.me/ebs/</w:t>
              </w:r>
            </w:hyperlink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</w:p>
        </w:tc>
        <w:tc>
          <w:tcPr>
            <w:tcW w:w="5583" w:type="dxa"/>
            <w:tcBorders>
              <w:top w:val="single" w:sz="16" w:space="0" w:color="2E7D32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6D49D9BA" w14:textId="28682A57" w:rsidR="003132E8" w:rsidRPr="00F23EF1" w:rsidRDefault="0082645A" w:rsidP="00C0346D">
            <w:pPr>
              <w:rPr>
                <w:noProof w:val="0"/>
                <w:color w:val="C0504D" w:themeColor="accent2"/>
                <w:sz w:val="28"/>
                <w:szCs w:val="28"/>
                <w:lang w:val="ro-RO"/>
              </w:rPr>
            </w:pPr>
            <w:r w:rsidRPr="00F23EF1">
              <w:rPr>
                <w:rFonts w:ascii="Arial" w:eastAsia="Arial" w:hAnsi="Arial" w:cs="Arial"/>
                <w:b/>
                <w:bCs/>
                <w:color w:val="C0504D" w:themeColor="accent2"/>
              </w:rPr>
              <w:t>Videos</w:t>
            </w:r>
          </w:p>
          <w:p w14:paraId="4532990D" w14:textId="538A89A2" w:rsidR="003132E8" w:rsidRPr="000A741D" w:rsidRDefault="00F23EF1" w:rsidP="00C0346D">
            <w:pPr>
              <w:spacing w:before="80"/>
              <w:rPr>
                <w:noProof w:val="0"/>
                <w:lang w:val="ro-RO"/>
              </w:rPr>
            </w:pPr>
            <w:hyperlink r:id="rId23" w:history="1">
              <w:r w:rsidRPr="00FC0AB2">
                <w:rPr>
                  <w:rStyle w:val="Hyperlink"/>
                  <w:rFonts w:ascii="Arial" w:eastAsia="Arial" w:hAnsi="Arial" w:cs="Arial"/>
                  <w:noProof w:val="0"/>
                  <w:sz w:val="18"/>
                  <w:szCs w:val="18"/>
                  <w:lang w:val="ro-RO"/>
                </w:rPr>
                <w:t>https://www.youtube.com/@vogofamily4you</w:t>
              </w:r>
            </w:hyperlink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  <w:r w:rsidR="00544DCE"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 xml:space="preserve"> </w:t>
            </w:r>
          </w:p>
        </w:tc>
      </w:tr>
      <w:tr w:rsidR="003132E8" w:rsidRPr="000A741D" w14:paraId="17422BAB" w14:textId="77777777" w:rsidTr="009E6719">
        <w:trPr>
          <w:trHeight w:hRule="exact" w:val="864"/>
        </w:trPr>
        <w:tc>
          <w:tcPr>
            <w:tcW w:w="10805" w:type="dxa"/>
            <w:gridSpan w:val="2"/>
            <w:tcBorders>
              <w:top w:val="single" w:sz="16" w:space="0" w:color="546E7A"/>
              <w:left w:val="single" w:sz="4" w:space="0" w:color="E0E0E0"/>
              <w:bottom w:val="single" w:sz="4" w:space="0" w:color="E0E0E0"/>
              <w:right w:val="single" w:sz="4" w:space="0" w:color="E0E0E0"/>
            </w:tcBorders>
            <w:shd w:val="clear" w:color="auto" w:fill="FFFFFF" w:themeFill="background1"/>
            <w:tcMar>
              <w:top w:w="130" w:type="dxa"/>
              <w:left w:w="180" w:type="dxa"/>
              <w:bottom w:w="160" w:type="dxa"/>
              <w:right w:w="180" w:type="dxa"/>
            </w:tcMar>
          </w:tcPr>
          <w:p w14:paraId="03C44B6D" w14:textId="363D7839" w:rsidR="003132E8" w:rsidRPr="000A741D" w:rsidRDefault="003132E8" w:rsidP="009E6719">
            <w:pPr>
              <w:spacing w:before="50" w:after="120" w:line="240" w:lineRule="auto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noProof w:val="0"/>
                <w:color w:val="1B3F7F"/>
                <w:sz w:val="20"/>
                <w:szCs w:val="20"/>
                <w:lang w:val="ro-RO"/>
              </w:rPr>
              <w:t>Ask for more</w:t>
            </w:r>
          </w:p>
          <w:p w14:paraId="1C8E398A" w14:textId="28A2C0D1" w:rsidR="003132E8" w:rsidRPr="000A741D" w:rsidRDefault="006F4754" w:rsidP="009E6719">
            <w:pPr>
              <w:spacing w:before="80" w:after="120" w:line="240" w:lineRule="auto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555555"/>
                <w:sz w:val="18"/>
                <w:szCs w:val="18"/>
                <w:lang w:val="ro-RO"/>
              </w:rPr>
              <w:t>Can't find exactly what you need? Contact us to clarify the specific requirements of your business.</w:t>
            </w:r>
          </w:p>
        </w:tc>
      </w:tr>
      <w:tr w:rsidR="003132E8" w:rsidRPr="000A741D" w14:paraId="3C6DEEBF" w14:textId="77777777" w:rsidTr="00AF7201">
        <w:tblPrEx>
          <w:shd w:val="clear" w:color="auto" w:fill="auto"/>
        </w:tblPrEx>
        <w:tc>
          <w:tcPr>
            <w:tcW w:w="10805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F7F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3DBB4A62" w14:textId="77777777" w:rsidR="00440E53" w:rsidRPr="00C42B06" w:rsidRDefault="00440E53" w:rsidP="00440E53">
            <w:pPr>
              <w:spacing w:before="80" w:after="0" w:line="240" w:lineRule="auto"/>
              <w:jc w:val="center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noProof w:val="0"/>
                <w:color w:val="BFD4FF"/>
                <w:sz w:val="19"/>
                <w:szCs w:val="19"/>
                <w:lang w:val="ro-RO"/>
              </w:rPr>
              <w:t>Contact the VOGO team for an applied discussion on the modules relevant to you.</w:t>
            </w:r>
          </w:p>
          <w:p w14:paraId="7D79959F" w14:textId="552153FD" w:rsidR="003132E8" w:rsidRPr="00C42B06" w:rsidRDefault="00440E53" w:rsidP="00440E53">
            <w:pPr>
              <w:spacing w:before="100" w:after="0" w:line="240" w:lineRule="auto"/>
              <w:jc w:val="center"/>
              <w:rPr>
                <w:noProof w:val="0"/>
                <w:lang w:val="ro-RO"/>
              </w:rPr>
            </w:pPr>
            <w:r>
              <w:rPr>
                <w:rFonts w:ascii="Arial" w:eastAsia="Arial" w:hAnsi="Arial" w:cs="Arial"/>
                <w:b/>
                <w:bCs/>
                <w:color w:val="FFFFFF" w:themeColor="background1"/>
              </w:rPr>
              <w:t>vogo</w:t>
            </w:r>
            <w:r>
              <w:rPr>
                <w:rFonts w:ascii="Arial" w:eastAsia="Arial" w:hAnsi="Arial" w:cs="Arial"/>
                <w:b/>
                <w:bCs/>
                <w:noProof w:val="0"/>
                <w:color w:val="FFFFFF" w:themeColor="background1"/>
                <w:sz w:val="20"/>
                <w:szCs w:val="20"/>
                <w:lang w:val="ro-RO"/>
              </w:rPr>
              <w:t>.</w:t>
            </w:r>
            <w:r>
              <w:rPr>
                <w:rFonts w:ascii="Arial" w:eastAsia="Arial" w:hAnsi="Arial" w:cs="Arial"/>
                <w:b/>
                <w:bCs/>
                <w:color w:val="FFFFFF" w:themeColor="background1"/>
              </w:rPr>
              <w:t>me/ebs</w:t>
            </w:r>
            <w:r>
              <w:rPr>
                <w:rFonts w:ascii="Arial" w:eastAsia="Arial" w:hAnsi="Arial" w:cs="Arial"/>
                <w:b/>
                <w:bCs/>
                <w:noProof w:val="0"/>
                <w:color w:val="FFFFFF" w:themeColor="background1"/>
                <w:sz w:val="20"/>
                <w:szCs w:val="20"/>
                <w:lang w:val="ro-RO"/>
              </w:rPr>
              <w:t xml:space="preserve">  |  </w:t>
            </w:r>
            <w:hyperlink r:id="rId24" w:history="1">
              <w:r>
                <w:rPr>
                  <w:rStyle w:val="Hyperlink"/>
                  <w:rFonts w:ascii="Arial" w:eastAsia="Arial" w:hAnsi="Arial" w:cs="Arial"/>
                  <w:b/>
                  <w:bCs/>
                  <w:color w:val="FFFFFF" w:themeColor="background1"/>
                  <w:lang w:val="ro-RO"/>
                </w:rPr>
                <w:t>ebs@vogo.family</w:t>
              </w:r>
            </w:hyperlink>
            <w:r>
              <w:rPr>
                <w:rFonts w:ascii="Arial" w:eastAsia="Arial" w:hAnsi="Arial" w:cs="Arial"/>
                <w:b/>
                <w:bCs/>
                <w:color w:val="FFFFFF" w:themeColor="background1"/>
              </w:rPr>
              <w:t xml:space="preserve"> | +40 742 203 383 </w:t>
            </w:r>
            <w:r>
              <w:rPr>
                <w:rFonts w:ascii="Arial" w:eastAsia="Arial" w:hAnsi="Arial" w:cs="Arial"/>
                <w:b/>
                <w:bCs/>
                <w:color w:val="FFFFFF" w:themeColor="background1"/>
                <w:sz w:val="16"/>
                <w:szCs w:val="16"/>
              </w:rPr>
              <w:t>(</w:t>
            </w:r>
            <w:r>
              <w:rPr>
                <w:rFonts w:ascii="Arial" w:eastAsia="Arial" w:hAnsi="Arial" w:cs="Arial"/>
                <w:color w:val="FFFFFF" w:themeColor="background1"/>
                <w:sz w:val="16"/>
                <w:szCs w:val="16"/>
              </w:rPr>
              <w:t>Tel &amp;</w:t>
            </w:r>
            <w:r>
              <w:rPr>
                <w:rFonts w:ascii="Arial" w:eastAsia="Arial" w:hAnsi="Arial" w:cs="Arial"/>
                <w:b/>
                <w:bCs/>
                <w:color w:val="FFFFFF" w:themeColor="background1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FFFFFF" w:themeColor="background1"/>
                <w:sz w:val="16"/>
                <w:szCs w:val="16"/>
              </w:rPr>
              <w:t>WA)</w:t>
            </w:r>
          </w:p>
        </w:tc>
      </w:tr>
    </w:tbl>
    <w:p w14:paraId="1FE91CBF" w14:textId="33D5F52A" w:rsidR="00257036" w:rsidRDefault="000D5ABE" w:rsidP="00D51CA9">
      <w:r>
        <mc:AlternateContent>
          <mc:Choice Requires="wpg">
            <w:drawing>
              <wp:anchor distT="0" distB="0" distL="114300" distR="114300" simplePos="0" relativeHeight="251734016" behindDoc="0" locked="0" layoutInCell="1" allowOverlap="1" wp14:anchorId="322B1311" wp14:editId="2DE6BBFD">
                <wp:simplePos x="0" y="0"/>
                <wp:positionH relativeFrom="column">
                  <wp:posOffset>996950</wp:posOffset>
                </wp:positionH>
                <wp:positionV relativeFrom="paragraph">
                  <wp:posOffset>73412</wp:posOffset>
                </wp:positionV>
                <wp:extent cx="4819650" cy="488950"/>
                <wp:effectExtent l="0" t="0" r="0" b="6350"/>
                <wp:wrapNone/>
                <wp:docPr id="35071015" name="Group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19650" cy="488950"/>
                          <a:chOff x="0" y="0"/>
                          <a:chExt cx="5517776" cy="532765"/>
                        </a:xfrm>
                      </wpg:grpSpPr>
                      <pic:pic xmlns:pic="http://schemas.openxmlformats.org/drawingml/2006/picture">
                        <pic:nvPicPr>
                          <pic:cNvPr id="1604112420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25">
                            <a:alphaModFix amt="85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222376" y="89647"/>
                            <a:ext cx="1295400" cy="3867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2114624" name="Picture 33" descr="What is Web Content Accessibility Guidelines (WCAG)? | Uxcel"/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00717" y="80682"/>
                            <a:ext cx="6858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01647941" name="Picture 31"/>
                          <pic:cNvPicPr>
                            <a:picLocks noChangeAspect="1"/>
                          </pic:cNvPicPr>
                        </pic:nvPicPr>
                        <pic:blipFill>
                          <a:blip r:embed="rId27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91117" y="40341"/>
                            <a:ext cx="528320" cy="46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77547020" name="Picture 30"/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63588" y="35858"/>
                            <a:ext cx="481965" cy="474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21928715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29">
                            <a:alphaModFix amt="85000"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22611" y="0"/>
                            <a:ext cx="525145" cy="532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2872677" name="Picture 29"/>
                          <pic:cNvPicPr>
                            <a:picLocks noChangeAspect="1"/>
                          </pic:cNvPicPr>
                        </pic:nvPicPr>
                        <pic:blipFill>
                          <a:blip r:embed="rId30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5764" y="17929"/>
                            <a:ext cx="489585" cy="488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54996092" name="Picture 28"/>
                          <pic:cNvPicPr>
                            <a:picLocks noChangeAspect="1"/>
                          </pic:cNvPicPr>
                        </pic:nvPicPr>
                        <pic:blipFill>
                          <a:blip r:embed="rId31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3400" y="22411"/>
                            <a:ext cx="474980" cy="474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02449582" name="Picture 27"/>
                          <pic:cNvPicPr>
                            <a:picLocks noChangeAspect="1"/>
                          </pic:cNvPicPr>
                        </pic:nvPicPr>
                        <pic:blipFill>
                          <a:blip r:embed="rId32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6894"/>
                            <a:ext cx="466090" cy="46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C712061" id="Group 34" o:spid="_x0000_s1026" style="position:absolute;margin-left:78.5pt;margin-top:5.8pt;width:379.5pt;height:38.5pt;z-index:251734016;mso-width-relative:margin;mso-height-relative:margin" coordsize="55177,532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">
                <v:shape id="Picture 1" o:spid="_x0000_s1027" type="#_x0000_t75" style="position:absolute;left:42223;top:896;width:12954;height:38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">
                  <v:imagedata r:id="rId53" o:title=""/>
                </v:shape>
                <v:shape id="Picture 33" o:spid="_x0000_s1028" type="#_x0000_t75" alt="What is Web Content Accessibility Guidelines (WCAG)? | Uxcel" style="position:absolute;left:35007;top:806;width:6858;height:4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">
                  <v:imagedata r:id="rId54" o:title="What is Web Content Accessibility Guidelines (WCAG)? | Uxcel"/>
                </v:shape>
                <v:shape id="Picture 31" o:spid="_x0000_s1029" type="#_x0000_t75" style="position:absolute;left:28911;top:403;width:5283;height:46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">
                  <v:imagedata r:id="rId55" o:title=""/>
                </v:shape>
                <v:shape id="Picture 30" o:spid="_x0000_s1030" type="#_x0000_t75" style="position:absolute;left:22635;top:358;width:4820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">
                  <v:imagedata r:id="rId56" o:title=""/>
                </v:shape>
                <v:shape id="Picture 1" o:spid="_x0000_s1031" type="#_x0000_t75" style="position:absolute;left:16226;width:5251;height:53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">
                  <v:imagedata r:id="rId57" o:title=""/>
                </v:shape>
                <v:shape id="Picture 29" o:spid="_x0000_s1032" type="#_x0000_t75" style="position:absolute;left:10757;top:179;width:4896;height:48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">
                  <v:imagedata r:id="rId58" o:title=""/>
                </v:shape>
                <v:shape id="Picture 28" o:spid="_x0000_s1033" type="#_x0000_t75" style="position:absolute;left:5334;top:224;width:4749;height:47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">
                  <v:imagedata r:id="rId59" o:title=""/>
                </v:shape>
                <v:shape id="Picture 27" o:spid="_x0000_s1034" type="#_x0000_t75" style="position:absolute;top:268;width:4660;height:46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">
                  <v:imagedata r:id="rId60" o:title=""/>
                </v:shape>
              </v:group>
            </w:pict>
          </mc:Fallback>
        </mc:AlternateContent>
      </w:r>
    </w:p>
    <w:sectPr w:rsidR="00257036" w:rsidSect="00057FEA">
      <w:headerReference w:type="default" r:id="rId61"/>
      <w:footerReference w:type="default" r:id="rId62"/>
      <w:footerReference w:type="first" r:id="rId63"/>
      <w:pgSz w:w="12240" w:h="15840"/>
      <w:pgMar w:top="504" w:right="648" w:bottom="504" w:left="64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F09FFA" w14:textId="77777777" w:rsidR="001132E9" w:rsidRPr="003132E8" w:rsidRDefault="001132E9" w:rsidP="00446F7C">
      <w:pPr>
        <w:spacing w:after="0" w:line="240" w:lineRule="auto"/>
      </w:pPr>
      <w:r w:rsidRPr="003132E8">
        <w:separator/>
      </w:r>
    </w:p>
  </w:endnote>
  <w:endnote w:type="continuationSeparator" w:id="0">
    <w:p w14:paraId="7F77ADBE" w14:textId="77777777" w:rsidR="001132E9" w:rsidRPr="003132E8" w:rsidRDefault="001132E9" w:rsidP="00446F7C">
      <w:pPr>
        <w:spacing w:after="0" w:line="240" w:lineRule="auto"/>
      </w:pPr>
      <w:r w:rsidRPr="003132E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1"/>
    <w:family w:val="roman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1361F" w14:textId="569D2183" w:rsidR="00B45421" w:rsidRPr="00186D9E" w:rsidRDefault="00186D9E" w:rsidP="00186D9E">
    <w:pPr>
      <w:pBdr>
        <w:top w:val="single" w:sz="6" w:space="0" w:color="DDDDDD"/>
      </w:pBdr>
      <w:tabs>
        <w:tab w:val="right" w:pos="10306"/>
      </w:tabs>
      <w:spacing w:before="160"/>
    </w:pPr>
    <w:r>
      <w:rPr>
        <w:rFonts w:ascii="Arial" w:eastAsia="Arial" w:hAnsi="Arial" w:cs="Arial"/>
        <w:b/>
        <w:bCs/>
        <w:color w:val="0070C0"/>
        <w:sz w:val="18"/>
        <w:szCs w:val="18"/>
      </w:rPr>
      <w:t>vogo.me/ebs</w:t>
    </w:r>
    <w:r>
      <w:tab/>
    </w:r>
    <w:r>
      <w:rPr>
        <w:rFonts w:ascii="Arial" w:eastAsia="Arial" w:hAnsi="Arial" w:cs="Arial"/>
        <w:b/>
        <w:bCs/>
        <w:color w:val="1B3F7F"/>
        <w:sz w:val="18"/>
        <w:szCs w:val="18"/>
      </w:rPr>
      <w:t>Transform. Integrate. Succeed.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B3B36" w14:textId="35B4DB02" w:rsidR="00057FEA" w:rsidRPr="000D5ABE" w:rsidRDefault="000D5ABE" w:rsidP="000D5ABE">
    <w:pPr>
      <w:pBdr>
        <w:top w:val="single" w:sz="6" w:space="0" w:color="DDDDDD"/>
      </w:pBdr>
      <w:tabs>
        <w:tab w:val="right" w:pos="10306"/>
      </w:tabs>
      <w:spacing w:before="160"/>
    </w:pPr>
    <w:r>
      <w:rPr>
        <w:rFonts w:ascii="Arial" w:eastAsia="Arial" w:hAnsi="Arial" w:cs="Arial"/>
        <w:b/>
        <w:bCs/>
        <w:color w:val="0070C0"/>
        <w:sz w:val="18"/>
        <w:szCs w:val="18"/>
      </w:rPr>
      <w:t>vogo.me/ebs</w:t>
    </w:r>
    <w:r>
      <w:tab/>
    </w:r>
    <w:r>
      <w:rPr>
        <w:rFonts w:ascii="Arial" w:eastAsia="Arial" w:hAnsi="Arial" w:cs="Arial"/>
        <w:b/>
        <w:bCs/>
        <w:color w:val="1B3F7F"/>
        <w:sz w:val="18"/>
        <w:szCs w:val="18"/>
      </w:rPr>
      <w:t>Transform. Integrate. Succeed.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F22DD" w14:textId="77777777" w:rsidR="001132E9" w:rsidRPr="003132E8" w:rsidRDefault="001132E9" w:rsidP="00446F7C">
      <w:pPr>
        <w:spacing w:after="0" w:line="240" w:lineRule="auto"/>
      </w:pPr>
      <w:r w:rsidRPr="003132E8">
        <w:separator/>
      </w:r>
    </w:p>
  </w:footnote>
  <w:footnote w:type="continuationSeparator" w:id="0">
    <w:p w14:paraId="77BD76DF" w14:textId="77777777" w:rsidR="001132E9" w:rsidRPr="003132E8" w:rsidRDefault="001132E9" w:rsidP="00446F7C">
      <w:pPr>
        <w:spacing w:after="0" w:line="240" w:lineRule="auto"/>
      </w:pPr>
      <w:r w:rsidRPr="003132E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2152C7" w14:textId="2711839F" w:rsidR="00A7763C" w:rsidRPr="003132E8" w:rsidRDefault="00587CB4" w:rsidP="00A7763C">
    <w:pPr>
      <w:pBdr>
        <w:bottom w:val="single" w:sz="6" w:space="0" w:color="E0E0E0"/>
      </w:pBdr>
      <w:tabs>
        <w:tab w:val="right" w:pos="10800"/>
      </w:tabs>
      <w:spacing w:after="160"/>
    </w:pPr>
    <w:r>
      <w:rPr>
        <w:rFonts w:ascii="Aptos Display" w:hAnsi="Aptos Display"/>
        <w:b/>
        <w:spacing w:val="-34"/>
        <w:sz w:val="80"/>
        <w:szCs w:val="80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62AB3A6" wp14:editId="6959EC5E">
              <wp:simplePos x="0" y="0"/>
              <wp:positionH relativeFrom="column">
                <wp:posOffset>351571</wp:posOffset>
              </wp:positionH>
              <wp:positionV relativeFrom="paragraph">
                <wp:posOffset>-84608</wp:posOffset>
              </wp:positionV>
              <wp:extent cx="252095" cy="252095"/>
              <wp:effectExtent l="0" t="0" r="0" b="0"/>
              <wp:wrapNone/>
              <wp:docPr id="157751788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95" cy="25209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A1FFC64" w14:textId="77777777" w:rsidR="00587CB4" w:rsidRPr="00305F01" w:rsidRDefault="00587CB4" w:rsidP="00587CB4">
                          <w:pPr>
                            <w:rPr>
                              <w:color w:val="1F497D" w:themeColor="text2"/>
                            </w:rPr>
                          </w:pPr>
                          <w:r w:rsidRPr="00305F01">
                            <w:rPr>
                              <w:color w:val="4F81BD" w:themeColor="accent1"/>
                              <w:sz w:val="18"/>
                              <w:szCs w:val="18"/>
                            </w:rPr>
                            <w:t>®</w:t>
                          </w:r>
                          <w:r w:rsidRPr="00305F01">
                            <w:rPr>
                              <w:color w:val="1F497D" w:themeColor="text2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2AB3A6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7.7pt;margin-top:-6.65pt;width:19.85pt;height:19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" filled="f" stroked="f">
              <v:textbox>
                <w:txbxContent>
                  <w:p w14:paraId="3A1FFC64" w14:textId="77777777" w:rsidR="00587CB4" w:rsidRPr="00305F01" w:rsidRDefault="00587CB4" w:rsidP="00587CB4">
                    <w:pPr>
                      <w:rPr>
                        <w:color w:val="1F497D" w:themeColor="text2"/>
                      </w:rPr>
                    </w:pPr>
                    <w:r w:rsidRPr="00305F01">
                      <w:rPr>
                        <w:color w:val="4F81BD" w:themeColor="accent1"/>
                        <w:sz w:val="18"/>
                        <w:szCs w:val="18"/>
                      </w:rPr>
                      <w:t>®</w:t>
                    </w:r>
                    <w:r w:rsidRPr="00305F01">
                      <w:rPr>
                        <w:color w:val="1F497D" w:themeColor="text2"/>
                      </w:rPr>
                      <w:tab/>
                    </w:r>
                  </w:p>
                </w:txbxContent>
              </v:textbox>
            </v:shape>
          </w:pict>
        </mc:Fallback>
      </mc:AlternateContent>
    </w:r>
    <w:r w:rsidR="00A7763C" w:rsidRPr="003132E8">
      <w:rPr>
        <w:rFonts w:ascii="Arial" w:eastAsia="Arial" w:hAnsi="Arial" w:cs="Arial"/>
        <w:b/>
        <w:bCs/>
        <w:color w:val="1B3F7F"/>
        <w:sz w:val="24"/>
        <w:szCs w:val="24"/>
      </w:rPr>
      <w:t>VOGO</w:t>
    </w:r>
    <w:r>
      <w:rPr>
        <w:rFonts w:ascii="Arial" w:eastAsia="Arial" w:hAnsi="Arial" w:cs="Arial"/>
        <w:color w:val="1B3F7F"/>
        <w:sz w:val="16"/>
        <w:szCs w:val="16"/>
      </w:rPr>
      <w:t xml:space="preserve">    </w:t>
    </w:r>
    <w:r w:rsidR="00A7763C" w:rsidRPr="003132E8">
      <w:rPr>
        <w:rFonts w:ascii="Arial" w:eastAsia="Arial" w:hAnsi="Arial" w:cs="Arial"/>
        <w:b/>
        <w:bCs/>
        <w:color w:val="0070C0"/>
        <w:sz w:val="24"/>
        <w:szCs w:val="24"/>
      </w:rPr>
      <w:t>eBS</w:t>
    </w:r>
    <w:r w:rsidR="00A7763C" w:rsidRPr="003132E8">
      <w:rPr>
        <w:rFonts w:ascii="Arial" w:eastAsia="Arial" w:hAnsi="Arial" w:cs="Arial"/>
        <w:color w:val="555555"/>
        <w:sz w:val="18"/>
        <w:szCs w:val="18"/>
      </w:rPr>
      <w:t xml:space="preserve">  Enterprise Business Suite</w:t>
    </w:r>
    <w:r w:rsidR="00A7763C" w:rsidRPr="003132E8">
      <w:tab/>
    </w:r>
    <w:r w:rsidR="00A7763C" w:rsidRPr="003132E8">
      <w:rPr>
        <w:rFonts w:ascii="Arial" w:eastAsia="Arial" w:hAnsi="Arial" w:cs="Arial"/>
        <w:color w:val="555555"/>
        <w:sz w:val="16"/>
        <w:szCs w:val="16"/>
      </w:rPr>
      <w:t>WHITE PAPER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15808795">
    <w:abstractNumId w:val="8"/>
  </w:num>
  <w:num w:numId="2" w16cid:durableId="584455135">
    <w:abstractNumId w:val="6"/>
  </w:num>
  <w:num w:numId="3" w16cid:durableId="544290009">
    <w:abstractNumId w:val="5"/>
  </w:num>
  <w:num w:numId="4" w16cid:durableId="1000236008">
    <w:abstractNumId w:val="4"/>
  </w:num>
  <w:num w:numId="5" w16cid:durableId="125583585">
    <w:abstractNumId w:val="7"/>
  </w:num>
  <w:num w:numId="6" w16cid:durableId="640042881">
    <w:abstractNumId w:val="3"/>
  </w:num>
  <w:num w:numId="7" w16cid:durableId="682318071">
    <w:abstractNumId w:val="2"/>
  </w:num>
  <w:num w:numId="8" w16cid:durableId="648484828">
    <w:abstractNumId w:val="1"/>
  </w:num>
  <w:num w:numId="9" w16cid:durableId="1866138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000F"/>
    <w:rsid w:val="00034616"/>
    <w:rsid w:val="00052491"/>
    <w:rsid w:val="00053083"/>
    <w:rsid w:val="0005644C"/>
    <w:rsid w:val="00057FEA"/>
    <w:rsid w:val="0006063C"/>
    <w:rsid w:val="000608C4"/>
    <w:rsid w:val="00065106"/>
    <w:rsid w:val="000674A1"/>
    <w:rsid w:val="0007276E"/>
    <w:rsid w:val="00075050"/>
    <w:rsid w:val="000B5863"/>
    <w:rsid w:val="000D5ABE"/>
    <w:rsid w:val="000E0215"/>
    <w:rsid w:val="000E41EA"/>
    <w:rsid w:val="000E7AE9"/>
    <w:rsid w:val="000E7FF7"/>
    <w:rsid w:val="001002FF"/>
    <w:rsid w:val="001132E9"/>
    <w:rsid w:val="0015074B"/>
    <w:rsid w:val="001548DF"/>
    <w:rsid w:val="0017317F"/>
    <w:rsid w:val="00181AE8"/>
    <w:rsid w:val="00181C01"/>
    <w:rsid w:val="00186D9E"/>
    <w:rsid w:val="001B618B"/>
    <w:rsid w:val="001C0FE1"/>
    <w:rsid w:val="001C2DCD"/>
    <w:rsid w:val="001E7ADA"/>
    <w:rsid w:val="00213E2A"/>
    <w:rsid w:val="00213EC9"/>
    <w:rsid w:val="00231317"/>
    <w:rsid w:val="00236E87"/>
    <w:rsid w:val="00240315"/>
    <w:rsid w:val="002418B7"/>
    <w:rsid w:val="00257036"/>
    <w:rsid w:val="0029639D"/>
    <w:rsid w:val="002A32B4"/>
    <w:rsid w:val="002A53AA"/>
    <w:rsid w:val="002D7315"/>
    <w:rsid w:val="00305F01"/>
    <w:rsid w:val="003132E8"/>
    <w:rsid w:val="003140AD"/>
    <w:rsid w:val="00317CE2"/>
    <w:rsid w:val="00326F90"/>
    <w:rsid w:val="00353684"/>
    <w:rsid w:val="003A4E39"/>
    <w:rsid w:val="003A55E0"/>
    <w:rsid w:val="003B7B1E"/>
    <w:rsid w:val="003C1387"/>
    <w:rsid w:val="003C5F88"/>
    <w:rsid w:val="003E1881"/>
    <w:rsid w:val="003E375D"/>
    <w:rsid w:val="003F0538"/>
    <w:rsid w:val="00404B66"/>
    <w:rsid w:val="00411E17"/>
    <w:rsid w:val="00427905"/>
    <w:rsid w:val="00440E53"/>
    <w:rsid w:val="00446F7C"/>
    <w:rsid w:val="004778E1"/>
    <w:rsid w:val="004B0D0C"/>
    <w:rsid w:val="004C6817"/>
    <w:rsid w:val="004E7F15"/>
    <w:rsid w:val="004F3AC7"/>
    <w:rsid w:val="004F62BB"/>
    <w:rsid w:val="00510DD6"/>
    <w:rsid w:val="005122E9"/>
    <w:rsid w:val="00522CAB"/>
    <w:rsid w:val="00544DCE"/>
    <w:rsid w:val="00546356"/>
    <w:rsid w:val="00566A06"/>
    <w:rsid w:val="00587CB4"/>
    <w:rsid w:val="005A1E90"/>
    <w:rsid w:val="005B02C1"/>
    <w:rsid w:val="005B507E"/>
    <w:rsid w:val="005B5085"/>
    <w:rsid w:val="005D2A69"/>
    <w:rsid w:val="005D6BCD"/>
    <w:rsid w:val="00613739"/>
    <w:rsid w:val="006379BB"/>
    <w:rsid w:val="00641C59"/>
    <w:rsid w:val="00671537"/>
    <w:rsid w:val="00673695"/>
    <w:rsid w:val="00674E6B"/>
    <w:rsid w:val="00680918"/>
    <w:rsid w:val="0069649E"/>
    <w:rsid w:val="006A3917"/>
    <w:rsid w:val="006B1A54"/>
    <w:rsid w:val="006B4D09"/>
    <w:rsid w:val="006F4754"/>
    <w:rsid w:val="006F7476"/>
    <w:rsid w:val="00704CA5"/>
    <w:rsid w:val="00707714"/>
    <w:rsid w:val="00712388"/>
    <w:rsid w:val="007174D3"/>
    <w:rsid w:val="0073166A"/>
    <w:rsid w:val="007457B6"/>
    <w:rsid w:val="0074680D"/>
    <w:rsid w:val="00751EF9"/>
    <w:rsid w:val="00766811"/>
    <w:rsid w:val="00795E5F"/>
    <w:rsid w:val="007B4B8D"/>
    <w:rsid w:val="007C17B5"/>
    <w:rsid w:val="007C1C85"/>
    <w:rsid w:val="007D10F3"/>
    <w:rsid w:val="007D747F"/>
    <w:rsid w:val="007E0EC3"/>
    <w:rsid w:val="007E2283"/>
    <w:rsid w:val="007E48BA"/>
    <w:rsid w:val="007F6FE3"/>
    <w:rsid w:val="00803C68"/>
    <w:rsid w:val="00822EA7"/>
    <w:rsid w:val="00825E2B"/>
    <w:rsid w:val="0082645A"/>
    <w:rsid w:val="00832818"/>
    <w:rsid w:val="00844FF6"/>
    <w:rsid w:val="00852507"/>
    <w:rsid w:val="00867DD0"/>
    <w:rsid w:val="00872848"/>
    <w:rsid w:val="008A0131"/>
    <w:rsid w:val="008A09D8"/>
    <w:rsid w:val="008F52F1"/>
    <w:rsid w:val="00902F14"/>
    <w:rsid w:val="00982FCF"/>
    <w:rsid w:val="00987164"/>
    <w:rsid w:val="00991B9A"/>
    <w:rsid w:val="009958F7"/>
    <w:rsid w:val="009E6719"/>
    <w:rsid w:val="00A0261A"/>
    <w:rsid w:val="00A11E1E"/>
    <w:rsid w:val="00A46528"/>
    <w:rsid w:val="00A7763C"/>
    <w:rsid w:val="00A80F11"/>
    <w:rsid w:val="00A933EB"/>
    <w:rsid w:val="00AA1D8D"/>
    <w:rsid w:val="00AA4DEF"/>
    <w:rsid w:val="00AD7952"/>
    <w:rsid w:val="00AF0CF2"/>
    <w:rsid w:val="00AF170F"/>
    <w:rsid w:val="00AF2908"/>
    <w:rsid w:val="00AF7201"/>
    <w:rsid w:val="00B25EF4"/>
    <w:rsid w:val="00B33282"/>
    <w:rsid w:val="00B4044D"/>
    <w:rsid w:val="00B45421"/>
    <w:rsid w:val="00B47730"/>
    <w:rsid w:val="00B50B91"/>
    <w:rsid w:val="00B50D9D"/>
    <w:rsid w:val="00B52A43"/>
    <w:rsid w:val="00B55CB8"/>
    <w:rsid w:val="00B63532"/>
    <w:rsid w:val="00B6619B"/>
    <w:rsid w:val="00B817E7"/>
    <w:rsid w:val="00B9050D"/>
    <w:rsid w:val="00B948DF"/>
    <w:rsid w:val="00B966DE"/>
    <w:rsid w:val="00BA1337"/>
    <w:rsid w:val="00BB4C92"/>
    <w:rsid w:val="00BF6624"/>
    <w:rsid w:val="00C26A3E"/>
    <w:rsid w:val="00C42B06"/>
    <w:rsid w:val="00C66B26"/>
    <w:rsid w:val="00C75749"/>
    <w:rsid w:val="00C8385A"/>
    <w:rsid w:val="00CB0664"/>
    <w:rsid w:val="00CD43A5"/>
    <w:rsid w:val="00CF0981"/>
    <w:rsid w:val="00CF12A8"/>
    <w:rsid w:val="00D01B1E"/>
    <w:rsid w:val="00D13ED2"/>
    <w:rsid w:val="00D32932"/>
    <w:rsid w:val="00D33A49"/>
    <w:rsid w:val="00D436FA"/>
    <w:rsid w:val="00D51CA9"/>
    <w:rsid w:val="00D57CA1"/>
    <w:rsid w:val="00D60CDA"/>
    <w:rsid w:val="00D756A5"/>
    <w:rsid w:val="00D757EC"/>
    <w:rsid w:val="00D9715C"/>
    <w:rsid w:val="00D979D1"/>
    <w:rsid w:val="00DD572C"/>
    <w:rsid w:val="00DF56F2"/>
    <w:rsid w:val="00E056DF"/>
    <w:rsid w:val="00E15E5D"/>
    <w:rsid w:val="00E24408"/>
    <w:rsid w:val="00E25E7D"/>
    <w:rsid w:val="00E26641"/>
    <w:rsid w:val="00E3453A"/>
    <w:rsid w:val="00E505B2"/>
    <w:rsid w:val="00E55123"/>
    <w:rsid w:val="00E70255"/>
    <w:rsid w:val="00E754FA"/>
    <w:rsid w:val="00E8766B"/>
    <w:rsid w:val="00E9561F"/>
    <w:rsid w:val="00E95BA4"/>
    <w:rsid w:val="00EB3BA3"/>
    <w:rsid w:val="00EC6F3B"/>
    <w:rsid w:val="00ED21EB"/>
    <w:rsid w:val="00EE3064"/>
    <w:rsid w:val="00EE543A"/>
    <w:rsid w:val="00EF22BF"/>
    <w:rsid w:val="00EF3672"/>
    <w:rsid w:val="00F02A8E"/>
    <w:rsid w:val="00F23EF1"/>
    <w:rsid w:val="00F319D4"/>
    <w:rsid w:val="00F40573"/>
    <w:rsid w:val="00F54B45"/>
    <w:rsid w:val="00F55762"/>
    <w:rsid w:val="00F675B1"/>
    <w:rsid w:val="00F757CD"/>
    <w:rsid w:val="00F820ED"/>
    <w:rsid w:val="00F8339F"/>
    <w:rsid w:val="00F932D8"/>
    <w:rsid w:val="00FA2BA7"/>
    <w:rsid w:val="00FA7B18"/>
    <w:rsid w:val="00FC45DF"/>
    <w:rsid w:val="00FC693F"/>
    <w:rsid w:val="00FE05D0"/>
    <w:rsid w:val="00FE5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7CF4628"/>
  <w14:defaultImageDpi w14:val="330"/>
  <w15:docId w15:val="{97970901-7475-451A-952E-FFCA3A5E2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5ABE"/>
    <w:rPr>
      <w:noProof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uiPriority w:val="99"/>
    <w:unhideWhenUsed/>
    <w:rsid w:val="003132E8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51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18" Type="http://schemas.openxmlformats.org/officeDocument/2006/relationships/hyperlink" Target="https://vogo.me/servicii-digitale-pentru-cetateni/" TargetMode="External"/><Relationship Id="rId26" Type="http://schemas.openxmlformats.org/officeDocument/2006/relationships/image" Target="media/image11.png"/><Relationship Id="rId21" Type="http://schemas.openxmlformats.org/officeDocument/2006/relationships/hyperlink" Target="https://vogo.me/vogo-ebs/admin.php?page=vogo-gis-layers" TargetMode="External"/><Relationship Id="rId55" Type="http://schemas.openxmlformats.org/officeDocument/2006/relationships/image" Target="media/image43.jpeg"/><Relationship Id="rId63" Type="http://schemas.openxmlformats.org/officeDocument/2006/relationships/footer" Target="footer2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yperlink" Target="https://vogo.me/vogo-ebs/admin.php?page=vogo-settings&amp;tab=splash" TargetMode="External"/><Relationship Id="rId29" Type="http://schemas.openxmlformats.org/officeDocument/2006/relationships/image" Target="media/image14.png"/><Relationship Id="rId54" Type="http://schemas.openxmlformats.org/officeDocument/2006/relationships/image" Target="media/image42.png"/><Relationship Id="rId62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yperlink" Target="mailto:ebs@vogo.family" TargetMode="External"/><Relationship Id="rId32" Type="http://schemas.openxmlformats.org/officeDocument/2006/relationships/image" Target="media/image17.jpeg"/><Relationship Id="rId53" Type="http://schemas.openxmlformats.org/officeDocument/2006/relationships/image" Target="media/image41.png"/><Relationship Id="rId58" Type="http://schemas.openxmlformats.org/officeDocument/2006/relationships/image" Target="media/image46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hyperlink" Target="https://www.youtube.com/@vogofamily4you" TargetMode="External"/><Relationship Id="rId28" Type="http://schemas.openxmlformats.org/officeDocument/2006/relationships/image" Target="media/image13.jpeg"/><Relationship Id="rId57" Type="http://schemas.openxmlformats.org/officeDocument/2006/relationships/image" Target="media/image45.png"/><Relationship Id="rId61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hyperlink" Target="https://en.vogo.family/" TargetMode="External"/><Relationship Id="rId31" Type="http://schemas.openxmlformats.org/officeDocument/2006/relationships/image" Target="media/image16.jpeg"/><Relationship Id="rId60" Type="http://schemas.openxmlformats.org/officeDocument/2006/relationships/image" Target="media/image48.jpeg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yperlink" Target="https://vogo.me/ebs/" TargetMode="External"/><Relationship Id="rId27" Type="http://schemas.openxmlformats.org/officeDocument/2006/relationships/image" Target="media/image12.jpeg"/><Relationship Id="rId30" Type="http://schemas.openxmlformats.org/officeDocument/2006/relationships/image" Target="media/image15.jpeg"/><Relationship Id="rId56" Type="http://schemas.openxmlformats.org/officeDocument/2006/relationships/image" Target="media/image44.jpeg"/><Relationship Id="rId64" Type="http://schemas.openxmlformats.org/officeDocument/2006/relationships/fontTable" Target="fontTable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59" Type="http://schemas.openxmlformats.org/officeDocument/2006/relationships/image" Target="media/image4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Adrian Barcutean | vogo.me</cp:lastModifiedBy>
  <cp:revision>2</cp:revision>
  <cp:lastPrinted>2026-05-30T17:38:00Z</cp:lastPrinted>
  <dcterms:created xsi:type="dcterms:W3CDTF">2026-05-30T17:39:00Z</dcterms:created>
  <dcterms:modified xsi:type="dcterms:W3CDTF">2026-05-30T17:39:00Z</dcterms:modified>
  <cp:category/>
</cp:coreProperties>
</file>