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:rsidRPr="003132E8" w14:paraId="3C10A580" w14:textId="77777777" w:rsidTr="00446F7C">
        <w:tc>
          <w:tcPr>
            <w:tcW w:w="985" w:type="dxa"/>
            <w:vAlign w:val="center"/>
          </w:tcPr>
          <w:p w14:paraId="7AF9F939" w14:textId="4AABBC18" w:rsidR="00852507" w:rsidRPr="003132E8" w:rsidRDefault="00991B9A" w:rsidP="00991B9A">
            <w:r>
              <w:drawing>
                <wp:inline distT="0" distB="0" distL="0" distR="0" wp14:anchorId="1A4F4F4E" wp14:editId="1997EBD1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66ABDFC6" w:rsidR="00852507" w:rsidRPr="003132E8" w:rsidRDefault="00991B9A" w:rsidP="00446F7C">
            <w:pPr>
              <w:jc w:val="both"/>
            </w:pPr>
            <w:r>
              <w:drawing>
                <wp:inline distT="0" distB="0" distL="0" distR="0" wp14:anchorId="37C93508" wp14:editId="698BE00F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28A49ABB" w:rsidR="00852507" w:rsidRPr="003132E8" w:rsidRDefault="00991B9A">
            <w:pPr>
              <w:jc w:val="right"/>
            </w:pPr>
            <w:r>
              <w:drawing>
                <wp:inline distT="0" distB="0" distL="0" distR="0" wp14:anchorId="4DD0D106" wp14:editId="07BF98A3">
                  <wp:extent cx="1087211" cy="350899"/>
                  <wp:effectExtent l="0" t="0" r="0" b="0"/>
                  <wp:docPr id="1100497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49773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914" cy="353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DA01F9" w14:textId="0F2F74EC" w:rsidR="00852507" w:rsidRPr="003132E8" w:rsidRDefault="007E0EC3">
      <w:pPr>
        <w:jc w:val="right"/>
      </w:pPr>
      <w:r>
        <w:drawing>
          <wp:anchor distT="0" distB="0" distL="114300" distR="114300" simplePos="0" relativeHeight="251658240" behindDoc="1" locked="0" layoutInCell="1" allowOverlap="1" wp14:anchorId="373578D0" wp14:editId="7E79DB4E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B3F9E7" wp14:editId="38923F16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Pr="003132E8" w:rsidRDefault="00795E5F">
                            <w:r>
                              <w:t>®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B3F9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7.95pt;margin-top:-52.35pt;width:19.85pt;height:1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EeogXHgAAAADAEAAA8AAABkcnMvZG93bnJl di54bWxMj8FOwzAMhu9IvENkJG5bsmota2k6IRBXEAMmccsar61onKrJ1vL2mBM72v70+/vL7ex6 ccYxdJ40rJYKBFLtbUeNho/358UGRIiGrOk9oYYfDLCtrq9KU1g/0Rued7ERHEKhMBraGIdCylC3 6ExY+gGJb0c/OhN5HBtpRzNxuOtlolQmnemIP7RmwMcW6+/dyWn4fDl+7dfqtXly6TD5WUlyudT6 9mZ+uAcRcY7/MPzpszpU7HTwJ7JB9BqSNM0Z1bBYqfUdCEaSPM1AHHiVpQpkVcrLEtUvAAAA//8D AFBLAQItABQABgAIAAAAIQC2gziS/gAAAOEBAAATAAAAAAAAAAAAAAAAAAAAAABbQ29udGVudF9U eXBlc10ueG1sUEsBAi0AFAAGAAgAAAAhADj9If/WAAAAlAEAAAsAAAAAAAAAAAAAAAAALwEAAF9y ZWxzLy5yZWxzUEsBAi0AFAAGAAgAAAAhAE76kA/yAQAAzAMAAA4AAAAAAAAAAAAAAAAALgIAAGRy cy9lMm9Eb2MueG1sUEsBAi0AFAAGAAgAAAAhAEeogXHgAAAADAEAAA8AAAAAAAAAAAAAAAAATAQA AGRycy9kb3ducmV2LnhtbFBLBQYAAAAABAAEAPMAAABZBQAAAAA= " filled="f" stroked="f">
                <v:textbox>
                  <w:txbxContent>
                    <w:p w14:paraId="1CF9DC80" w14:textId="2F6C2D39" w:rsidR="00795E5F" w:rsidRPr="003132E8" w:rsidRDefault="00795E5F">
                      <w:r>
                        <w:t>®</w:t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09B3BE37" w:rsidR="00EB3BA3" w:rsidRPr="003132E8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068A8411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>
        <w:rPr>
          <w:rFonts w:ascii="Aptos Display" w:hAnsi="Aptos Display"/>
          <w:b/>
          <w:spacing w:val="-34"/>
          <w:sz w:val="80"/>
          <w:szCs w:val="80"/>
        </w:rPr>
        <w:t>Una Suite.</w:t>
      </w:r>
    </w:p>
    <w:p w14:paraId="3E5B3B05" w14:textId="69A44191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Posibilidades Ilimitadas </w:t>
      </w:r>
    </w:p>
    <w:p w14:paraId="07F7894E" w14:textId="3AAF45A6" w:rsidR="00844FF6" w:rsidRPr="003132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C3FAD" wp14:editId="06B77332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DA576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cgnxgEAAOEDAAAOAAAAZHJzL2Uyb0RvYy54bWysU9uO0zAQfUfiHyy/01zoslXUdCW6Ki8I Vix8gOuMG0u+yTZN+veMnTRdAQIJ8eLYnjlnzhxPtg+jVuQMPkhrWlqtSkrAcNtJc2rpt6+HNxtK QmSmY8oaaOkFAn3YvX61HVwDte2t6sATJDGhGVxL+xhdUxSB96BZWFkHBoPCes0iHv2p6DwbkF2r oi7Ld8Vgfee85RAC3j5OQbrL/EIAj5+FCBCJailqi3n1eT2mtdhtWXPyzPWSzzLYP6jQTBosulA9 ssjIdy9/odKSexusiCtudWGFkBxyD9hNVf7UzXPPHORe0JzgFpvC/6Pln8578+TRhsGFJrgnn7oY hdfpi/rImM26LGbBGAnHy/V9td7g63IM1W83dbKyuEGdD/EDWE3SpqVKmtQJa9j5Y4hT6jUlXStD hpbe3Vd3ZU4LVsnuIJVKweBPx73y5MzwFav9+v3hMFd7kYa1lUEJtz7yLl4UTAW+gCCyQ+X1VCGN GCy0jHMwsZp5lcHsBBMoYQHO0v4EnPMTFPL4LeDq71UXRK5sTVzAWhrrf0cQx6tkMeVfHZj6ThYc bXfJL5ytwTnK7zTPfBrUl+cMv/2Zux8AAAD//wMAUEsDBBQABgAIAAAAIQDr0QyR2wAAAAMBAAAP AAAAZHJzL2Rvd25yZXYueG1sTI/BTsMwEETvSP0HaytxQdQpTUsIcaoKCQmBOLRw4ebGSxw1Xgfb bcPfs5zgOJrRzJtqPbpenDDEzpOC+SwDgdR401Gr4P3t8boAEZMmo3tPqOAbI6zryUWlS+PPtMXT LrWCSyiWWoFNaSiljI1Fp+PMD0jsffrgdGIZWmmCPnO56+VNlq2k0x3xgtUDPlhsDrujU3D1sSjy 4Mk8hcPz5tUuty/zL6vU5XTc3INIOKa/MPziMzrUzLT3RzJR9Ar4SFJwl4Ng8zZfgNizLEDWlfzP Xv8AAAD//wMAUEsBAi0AFAAGAAgAAAAhALaDOJL+AAAA4QEAABMAAAAAAAAAAAAAAAAAAAAAAFtD b250ZW50X1R5cGVzXS54bWxQSwECLQAUAAYACAAAACEAOP0h/9YAAACUAQAACwAAAAAAAAAAAAAA AAAvAQAAX3JlbHMvLnJlbHNQSwECLQAUAAYACAAAACEAXN3IJ8YBAADhAwAADgAAAAAAAAAAAAAA AAAuAgAAZHJzL2Uyb0RvYy54bWxQSwECLQAUAAYACAAAACEA69EMkdsAAAADAQAADwAAAAAAAAAA AAAAAAAgBAAAZHJzL2Rvd25yZXYueG1sUEsFBgAAAAAEAAQA8wAAACgFAAAAAA== 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75051625" w14:textId="77777777" w:rsidR="00674E6B" w:rsidRPr="003132E8" w:rsidRDefault="00674E6B" w:rsidP="00674E6B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w:t>Una plataforma integrada para acelerar el crecimiento, adoptar</w:t>
      </w:r>
    </w:p>
    <w:p w14:paraId="5E07DCED" w14:textId="3B6DB7E9" w:rsidR="007D10F3" w:rsidRPr="003132E8" w:rsidRDefault="00674E6B" w:rsidP="00674E6B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w:t>la mejor tecnología y mejorar la organización.</w:t>
      </w:r>
    </w:p>
    <w:p w14:paraId="63CBD871" w14:textId="2D12E878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>
        <w:rPr>
          <w:rFonts w:ascii="Aptos" w:hAnsi="Aptos"/>
          <w:color w:val="808080" w:themeColor="background1" w:themeShade="80"/>
          <w:szCs w:val="18"/>
        </w:rPr>
        <w:t xml:space="preserve">es una </w:t>
      </w:r>
    </w:p>
    <w:p w14:paraId="66AD4907" w14:textId="794CFF35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color w:val="808080" w:themeColor="background1" w:themeShade="80"/>
          <w:szCs w:val="18"/>
        </w:rPr>
        <w:t>plataforma completa, de código abierto, modular y extensible,</w:t>
      </w:r>
    </w:p>
    <w:p w14:paraId="049850C2" w14:textId="4DF3BE24" w:rsidR="007D10F3" w:rsidRPr="003132E8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color w:val="808080" w:themeColor="background1" w:themeShade="80"/>
          <w:szCs w:val="18"/>
        </w:rPr>
        <w:t>diseñada para dotar a las organizaciones de</w:t>
      </w:r>
      <w:r>
        <w:rPr>
          <w:rFonts w:ascii="Aptos" w:hAnsi="Aptos"/>
          <w:color w:val="808080" w:themeColor="background1" w:themeShade="80"/>
          <w:szCs w:val="18"/>
        </w:rPr>
        <w:br/>
        <w:t>las herramientas necesarias para innovar, colaborar y escalar en un mundo</w:t>
      </w:r>
    </w:p>
    <w:p w14:paraId="4DE38A16" w14:textId="265A4866" w:rsidR="007D10F3" w:rsidRPr="003132E8" w:rsidRDefault="007D10F3" w:rsidP="007D10F3">
      <w:pPr>
        <w:spacing w:after="0" w:line="240" w:lineRule="auto"/>
        <w:rPr>
          <w:color w:val="808080" w:themeColor="background1" w:themeShade="80"/>
          <w:sz w:val="18"/>
          <w:szCs w:val="18"/>
        </w:rPr>
      </w:pPr>
      <w:r>
        <w:rPr>
          <w:rFonts w:ascii="Aptos" w:hAnsi="Aptos"/>
          <w:color w:val="808080" w:themeColor="background1" w:themeShade="80"/>
          <w:szCs w:val="18"/>
        </w:rPr>
        <w:t>digital en constante evolución.</w:t>
      </w:r>
    </w:p>
    <w:p w14:paraId="234B9048" w14:textId="05A4ECFF" w:rsidR="007D10F3" w:rsidRPr="003132E8" w:rsidRDefault="00181AE8">
      <w:r>
        <w:drawing>
          <wp:anchor distT="0" distB="0" distL="114300" distR="114300" simplePos="0" relativeHeight="251664384" behindDoc="1" locked="0" layoutInCell="1" allowOverlap="1" wp14:anchorId="3F240FC4" wp14:editId="512D8AE3">
            <wp:simplePos x="0" y="0"/>
            <wp:positionH relativeFrom="margin">
              <wp:posOffset>88053</wp:posOffset>
            </wp:positionH>
            <wp:positionV relativeFrom="paragraph">
              <wp:posOffset>198332</wp:posOffset>
            </wp:positionV>
            <wp:extent cx="6755977" cy="3680212"/>
            <wp:effectExtent l="0" t="0" r="6985" b="0"/>
            <wp:wrapNone/>
            <wp:docPr id="10349155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5706" cy="368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20FF8" w14:textId="1D3E3CC2" w:rsidR="007D10F3" w:rsidRPr="003132E8" w:rsidRDefault="008A09D8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3E932DD" wp14:editId="5957A8B7">
                <wp:simplePos x="0" y="0"/>
                <wp:positionH relativeFrom="column">
                  <wp:posOffset>2808374</wp:posOffset>
                </wp:positionH>
                <wp:positionV relativeFrom="paragraph">
                  <wp:posOffset>101311</wp:posOffset>
                </wp:positionV>
                <wp:extent cx="1696453" cy="910390"/>
                <wp:effectExtent l="0" t="0" r="0" b="4445"/>
                <wp:wrapNone/>
                <wp:docPr id="11360888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453" cy="910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D3A86" w14:textId="77777777" w:rsidR="008A09D8" w:rsidRPr="003132E8" w:rsidRDefault="008A09D8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</w:t>
                            </w:r>
                          </w:p>
                          <w:p w14:paraId="4914244B" w14:textId="0313E678" w:rsidR="00E25E7D" w:rsidRPr="003132E8" w:rsidRDefault="00E25E7D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Portal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32DD" id="_x0000_s1027" type="#_x0000_t202" style="position:absolute;margin-left:221.15pt;margin-top:8pt;width:133.6pt;height:71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IE8R8QEAAMQDAAAOAAAAZHJzL2Uyb0RvYy54bWysU8tu2zAQvBfoPxC815Kd2ogFy0GaNEWB 9AGk/YA1RVlESS5L0pbcr++Skp2gvRXVgViK3Nmd2eHmZjCaHaUPCm3N57OSM2kFNsrua/7928Ob a85CBNuARitrfpKB32xfv9r0rpIL7FA30jMCsaHqXc27GF1VFEF00kCYoZOWDlv0BiJt/b5oPPSE bnSxKMtV0aNvnEchQ6C/9+Mh32b8tpUifmnbICPTNafeYl59XndpLbYbqPYeXKfE1Ab8QxcGlKWi F6h7iMAOXv0FZZTwGLCNM4GmwLZVQmYOxGZe/sHmqQMnMxcSJ7iLTOH/wYrPxyf31bM4vMOBBphJ BPeI4kdgFu86sHt56z32nYSGCs+TZEXvQjWlJqlDFRLIrv+EDQ0ZDhEz0NB6k1QhnozQaQCni+hy iEykkqv16u3yijNBZ+t5ebXOUymgOmc7H+IHiYaloOaehprR4fgYYuoGqvOVVMzig9I6D1Zb1hPo crHMCS9OjIrkO61Mza/L9I1OSCTf2yYnR1B6jKmAthPrRHSkHIfdwFQzSZJE2GFzIhk8jjajZ0FB h/4XZz1ZrObh5wG85Ex/tCRl8uM58Odgdw7ACkqteeRsDO9i9u1I8ZYkblVm/1x5apGskkWZbJ28 +HKfbz0/vu1vAAAA//8DAFBLAwQUAAYACAAAACEADGtbbd8AAAAKAQAADwAAAGRycy9kb3ducmV2 LnhtbEyPwU7DMBBE70j8g7VI3KhNSQMJcaoKwQkJkYYDRyd2E6vxOsRuG/6+2xMcd+ZpdqZYz25g RzMF61HC/UIAM9h6bbGT8FW/3T0BC1GhVoNHI+HXBFiX11eFyrU/YWWO29gxCsGQKwl9jGPOeWh7 41RY+NEgeTs/ORXpnDquJ3WicDfwpRApd8oifejVaF560+63Bydh843Vq/35aD6rXWXrOhP4nu6l vL2ZN8/AopnjHwyX+lQdSurU+APqwAYJSbJ8IJSMlDYR8CiyFbCGhFWWAC8L/n9CeQYAAP//AwBQ SwECLQAUAAYACAAAACEAtoM4kv4AAADhAQAAEwAAAAAAAAAAAAAAAAAAAAAAW0NvbnRlbnRfVHlw ZXNdLnhtbFBLAQItABQABgAIAAAAIQA4/SH/1gAAAJQBAAALAAAAAAAAAAAAAAAAAC8BAABfcmVs cy8ucmVsc1BLAQItABQABgAIAAAAIQDgIE8R8QEAAMQDAAAOAAAAAAAAAAAAAAAAAC4CAABkcnMv ZTJvRG9jLnhtbFBLAQItABQABgAIAAAAIQAMa1tt3wAAAAoBAAAPAAAAAAAAAAAAAAAAAEsEAABk cnMvZG93bnJldi54bWxQSwUGAAAAAAQABADzAAAAVwUAAAAA " filled="f" stroked="f">
                <v:textbox inset="0,0,0,0">
                  <w:txbxContent>
                    <w:p w14:paraId="2D7D3A86" w14:textId="77777777" w:rsidR="008A09D8" w:rsidRPr="003132E8" w:rsidRDefault="008A09D8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VOGO</w:t>
                      </w:r>
                    </w:p>
                    <w:p w14:paraId="4914244B" w14:textId="0313E678" w:rsidR="00E25E7D" w:rsidRPr="003132E8" w:rsidRDefault="00E25E7D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Portal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E803BC2" wp14:editId="59B65225">
                <wp:simplePos x="0" y="0"/>
                <wp:positionH relativeFrom="column">
                  <wp:posOffset>4755938</wp:posOffset>
                </wp:positionH>
                <wp:positionV relativeFrom="paragraph">
                  <wp:posOffset>51435</wp:posOffset>
                </wp:positionV>
                <wp:extent cx="1219200" cy="402772"/>
                <wp:effectExtent l="0" t="0" r="6350" b="0"/>
                <wp:wrapNone/>
                <wp:docPr id="16035866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AE45A" w14:textId="7D53E5A4" w:rsidR="00E25E7D" w:rsidRPr="003132E8" w:rsidRDefault="00EF3672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Identidad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03BC2" id="_x0000_s1028" type="#_x0000_t202" style="position:absolute;margin-left:374.5pt;margin-top:4.05pt;width:96pt;height:31.7pt;z-index:251670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2X7d7wEAAMIDAAAOAAAAZHJzL2Uyb0RvYy54bWysU9tu3CAQfa/Uf0C8d+21miaxlo3SpKkq pRcp7QewgNeowCAga2+/vgO2N1H7FsUPaDDMmTlnDpur0RpyUCFqcIyuVzUlygmQ2u0Z/fXz7t0F JTFxJ7kBpxg9qkivtm/fbAbfqgZ6MFIFgiAutoNntE/Jt1UVRa8sjyvwyuFhB8HyhNuwr2TgA6Jb UzV1/aEaIEgfQKgY8e/tdEi3Bb/rlEjfuy6qRAyj2FsqayjrLq/VdsPbfeC+12Jug7+gC8u1w6In qFueOHkM+j8oq0WACF1aCbAVdJ0WqnBANuv6HzYPPfeqcEFxoj/JFF8PVnw7PPgfgaTxI4w4wEIi +nsQvyNxcNNzt1fXIcDQKy6x8DpLVg0+tnNqljq2MYPshq8gccj8MUEBGrtgsyrIkyA6DuB4El2N iYhcsllf4iQpEXj2vm7Oz5tSgrdLtg8xfVZgSQ4YDTjUgs4P9zHlbni7XMnFHNxpY8pgjSMDo5dn zVlJeHZidULfGW0ZvajzNzkhk/zkZElOXJspxgLGzawz0YlyGncj0ZLR0m8WYQfyiDIEmGyGzwKD HsIfSga0GKMO3wAl5otDIbMblyAswW4JuBOYyGiiZApvUnHtRPAaBe504f5Ud24QjVIkmU2dnfh8 X249Pb3tXwAAAP//AwBQSwMEFAAGAAgAAAAhAI3SdjzcAAAACAEAAA8AAABkcnMvZG93bnJldi54 bWxMj8FOwzAQRO9I/IO1SNyoY1QgDXEqhOBIpRYu3Jx4m6SN15HttOHvWU70OHqr2TflenaDOGGI vScNapGBQGq87anV8PX5fpeDiMmQNYMn1PCDEdbV9VVpCuvPtMXTLrWCSygWRkOX0lhIGZsOnYkL PyIx2/vgTOIYWmmDOXO5G+R9lj1KZ3riD50Z8bXD5ribnIb9x+Z4eJu22aHNcvxWAedabbS+vZlf nkEknNP/MfzpszpU7FT7iWwUg4an5Yq3JA25AsF8tVScawbqAWRVyssB1S8AAAD//wMAUEsBAi0A FAAGAAgAAAAhALaDOJL+AAAA4QEAABMAAAAAAAAAAAAAAAAAAAAAAFtDb250ZW50X1R5cGVzXS54 bWxQSwECLQAUAAYACAAAACEAOP0h/9YAAACUAQAACwAAAAAAAAAAAAAAAAAvAQAAX3JlbHMvLnJl bHNQSwECLQAUAAYACAAAACEAFtl+3e8BAADCAwAADgAAAAAAAAAAAAAAAAAuAgAAZHJzL2Uyb0Rv Yy54bWxQSwECLQAUAAYACAAAACEAjdJ2PNwAAAAIAQAADwAAAAAAAAAAAAAAAABJBAAAZHJzL2Rv d25yZXYueG1sUEsFBgAAAAAEAAQA8wAAAFIFAAAAAA== " filled="f" stroked="f">
                <v:textbox inset="0,0,0,0">
                  <w:txbxContent>
                    <w:p w14:paraId="101AE45A" w14:textId="7D53E5A4" w:rsidR="00E25E7D" w:rsidRPr="003132E8" w:rsidRDefault="00EF3672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Identidad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70C0281" wp14:editId="356E806A">
                <wp:simplePos x="0" y="0"/>
                <wp:positionH relativeFrom="column">
                  <wp:posOffset>263253</wp:posOffset>
                </wp:positionH>
                <wp:positionV relativeFrom="paragraph">
                  <wp:posOffset>75111</wp:posOffset>
                </wp:positionV>
                <wp:extent cx="1219200" cy="402772"/>
                <wp:effectExtent l="0" t="0" r="6350" b="0"/>
                <wp:wrapNone/>
                <wp:docPr id="2769814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D6D9" w14:textId="4DF9E859" w:rsidR="00E25E7D" w:rsidRPr="003132E8" w:rsidRDefault="00E25E7D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Formularios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C0281" id="_x0000_s1029" type="#_x0000_t202" style="position:absolute;margin-left:20.75pt;margin-top:5.9pt;width:96pt;height:31.7pt;z-index:251666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gtfE7wEAAMIDAAAOAAAAZHJzL2Uyb0RvYy54bWysU8Fu1DAQvSPxD5bvbLKB0jZab1VaipBa QCp8gNd2Nha2x7LdTZavZ+wk2wpuiByscex5M+/N8+ZqtIYcVIgaHKPrVU2JcgKkdntGf3y/e3NB SUzcSW7AKUaPKtKr7etXm8G3qoEejFSBIIiL7eAZ7VPybVVF0SvL4wq8cnjYQbA84TbsKxn4gOjW VE1dv68GCNIHECpG/Hs7HdJtwe86JdLXrosqEcMo9pbKGsq6y2u13fB2H7jvtZjb4P/QheXaYdET 1C1PnDwF/ReU1SJAhC6tBNgKuk4LVTggm3X9B5vHnntVuKA40Z9kiv8PVnw5PPpvgaTxA4w4wEIi +nsQPyNxcNNzt1fXIcDQKy6x8DpLVg0+tnNqljq2MYPshgeQOGT+lKAAjV2wWRXkSRAdB3A8ia7G REQu2awvcZKUCDx7Vzfn500pwdsl24eYPimwJAeMBhxqQeeH+5hyN7xdruRiDu60MWWwxpGB0cuz 5qwkvDixOqHvjLaMXtT5m5yQSX50siQnrs0UYwHjZtaZ6EQ5jbuRaMno25ybRdiBPKIMASab4bPA oIfwi5IBLcaowzdAifnsUMjsxiUIS7BbAu4EJjKaKJnCm1RcOxG8RoE7Xbg/150bRKMUSWZTZye+ 3Jdbz09v+xsAAP//AwBQSwMEFAAGAAgAAAAhACX51/DcAAAACAEAAA8AAABkcnMvZG93bnJldi54 bWxMj8FOwzAQRO9I/IO1SNyo7ZRCFeJUCMGRSi1cuDnxNkkbr6PYacPfs5zguDOj2TfFZva9OOMY u0AG9EKBQKqD66gx8PnxdrcGEZMlZ/tAaOAbI2zK66vC5i5caIfnfWoEl1DMrYE2pSGXMtYtehsX YUBi7xBGbxOfYyPdaC9c7nuZKfUgve2IP7R2wJcW69N+8gYO79vT8XXaqWOj1vilR5wrvTXm9mZ+ fgKRcE5/YfjFZ3QomakKE7koegP3esVJ1jUvYD9bLlmoDDyuMpBlIf8PKH8AAAD//wMAUEsBAi0A FAAGAAgAAAAhALaDOJL+AAAA4QEAABMAAAAAAAAAAAAAAAAAAAAAAFtDb250ZW50X1R5cGVzXS54 bWxQSwECLQAUAAYACAAAACEAOP0h/9YAAACUAQAACwAAAAAAAAAAAAAAAAAvAQAAX3JlbHMvLnJl bHNQSwECLQAUAAYACAAAACEA84LXxO8BAADCAwAADgAAAAAAAAAAAAAAAAAuAgAAZHJzL2Uyb0Rv Yy54bWxQSwECLQAUAAYACAAAACEAJfnX8NwAAAAIAQAADwAAAAAAAAAAAAAAAABJBAAAZHJzL2Rv d25yZXYueG1sUEsFBgAAAAAEAAQA8wAAAFIFAAAAAA== " filled="f" stroked="f">
                <v:textbox inset="0,0,0,0">
                  <w:txbxContent>
                    <w:p w14:paraId="5FF8D6D9" w14:textId="4DF9E859" w:rsidR="00E25E7D" w:rsidRPr="003132E8" w:rsidRDefault="00E25E7D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Formularios</w:t>
                      </w:r>
                    </w:p>
                  </w:txbxContent>
                </v:textbox>
              </v:shape>
            </w:pict>
          </mc:Fallback>
        </mc:AlternateContent>
      </w:r>
    </w:p>
    <w:p w14:paraId="3B839233" w14:textId="316101D1" w:rsidR="007D10F3" w:rsidRPr="003132E8" w:rsidRDefault="00E8766B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A1CA87D" wp14:editId="2ACC3563">
                <wp:simplePos x="0" y="0"/>
                <wp:positionH relativeFrom="column">
                  <wp:posOffset>4764314</wp:posOffset>
                </wp:positionH>
                <wp:positionV relativeFrom="paragraph">
                  <wp:posOffset>47353</wp:posOffset>
                </wp:positionV>
                <wp:extent cx="1905000" cy="385010"/>
                <wp:effectExtent l="0" t="0" r="0" b="0"/>
                <wp:wrapNone/>
                <wp:docPr id="530691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0ED3D" w14:textId="70144254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&amp; Acceso de</w:t>
                            </w:r>
                          </w:p>
                          <w:p w14:paraId="224B7957" w14:textId="4149F3A2" w:rsidR="00E8766B" w:rsidRPr="003132E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Usuarios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CA87D" id="_x0000_s1030" type="#_x0000_t202" style="position:absolute;margin-left:375.15pt;margin-top:3.75pt;width:150pt;height:30.3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c0BB8AEAAMQDAAAOAAAAZHJzL2Uyb0RvYy54bWysU9uO0zAQfUfiHyy/06SFom5Ud7Xssghp uUgLHzB1nMbC9hjbbVK+nrHTdlfwhnixJhnPOXPOjNfXozXsoELU6ASfz2rOlJPYarcT/Pu3+1cr zmIC14JBpwQ/qsivNy9frAffqAX2aFoVGIG42Axe8D4l31RVlL2yEGfolaNkh8FCos+wq9oAA6Fb Uy3q+m01YGh9QKlipL93U5JvCn7XKZm+dF1UiRnBqbdUzlDObT6rzRqaXQDfa3lqA/6hCwvaEekF 6g4SsH3Qf0FZLQNG7NJMoq2w67RURQOpmdd/qHnswauihcyJ/mJT/H+w8vPh0X8NLI3vcKQBFhHR P6D8EZnD2x7cTt2EgEOvoCXiebasGnxsTqXZ6tjEDLIdPmFLQ4Z9wgI0dsFmV0gnI3QawPFiuhoT k5nyql7WNaUk5V6vlmRDoYDmXO1DTB8UWpYDwQMNtaDD4SGm3A005yuZzOG9NqYM1jg2CH61XCxL wbOM1Yn2zmgr+IrYib8UZJHvXVviBNpMMREYd1KdhU6S07gdmW4Ff5NrswlbbI9kQ8BpzehZUNBj +MXZQCsmePy5h6A4Mx8dWZn38RyEc7A9B+AklQqeOJvC21T2dpJ4QxZ3uqh/Yj61SKtSTDmtdd7F 59/l1tPj2/wGAAD//wMAUEsDBBQABgAIAAAAIQCkWa0z3QAAAAkBAAAPAAAAZHJzL2Rvd25yZXYu eG1sTI/BTsMwEETvSPyDtUjcqN0i0hLiVBWCExIiDQeOTrxNrMbrNHbb8Pc4XNrb7s5o9k22Hm3H Tjh440jCfCaAIdVOG2okfJfvDytgPijSqnOEEn7Rwzq/vclUqt2ZCjxtQ8NiCPlUSWhD6FPOfd2i VX7meqSo7dxgVYjr0HA9qHMMtx1fCJFwqwzFD63q8bXFer89WgmbHyrezOGz+ip2hSnLZ0EfyV7K +7tx8wIs4BguZpjwIzrkkalyR9KedRKWT+IxWqcB2KSL/0MlIVnNgecZv26Q/wEAAP//AwBQSwEC LQAUAAYACAAAACEAtoM4kv4AAADhAQAAEwAAAAAAAAAAAAAAAAAAAAAAW0NvbnRlbnRfVHlwZXNd LnhtbFBLAQItABQABgAIAAAAIQA4/SH/1gAAAJQBAAALAAAAAAAAAAAAAAAAAC8BAABfcmVscy8u cmVsc1BLAQItABQABgAIAAAAIQC7c0BB8AEAAMQDAAAOAAAAAAAAAAAAAAAAAC4CAABkcnMvZTJv RG9jLnhtbFBLAQItABQABgAIAAAAIQCkWa0z3QAAAAkBAAAPAAAAAAAAAAAAAAAAAEoEAABkcnMv ZG93bnJldi54bWxQSwUGAAAAAAQABADzAAAAVAUAAAAA " filled="f" stroked="f">
                <v:textbox inset="0,0,0,0">
                  <w:txbxContent>
                    <w:p w14:paraId="0270ED3D" w14:textId="70144254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&amp; Acceso de</w:t>
                      </w:r>
                    </w:p>
                    <w:p w14:paraId="224B7957" w14:textId="4149F3A2" w:rsidR="00E8766B" w:rsidRPr="003132E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Usuarios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5A4595E" wp14:editId="06E49CA2">
                <wp:simplePos x="0" y="0"/>
                <wp:positionH relativeFrom="column">
                  <wp:posOffset>264161</wp:posOffset>
                </wp:positionH>
                <wp:positionV relativeFrom="paragraph">
                  <wp:posOffset>77470</wp:posOffset>
                </wp:positionV>
                <wp:extent cx="1905000" cy="385010"/>
                <wp:effectExtent l="0" t="0" r="0" b="0"/>
                <wp:wrapNone/>
                <wp:docPr id="1221053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04B15" w14:textId="2B8F23B7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&amp; Diseñador </w:t>
                            </w:r>
                          </w:p>
                          <w:p w14:paraId="0D80E78B" w14:textId="690E29C4" w:rsidR="004F3AC7" w:rsidRPr="003132E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de Servicios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4595E" id="_x0000_s1031" type="#_x0000_t202" style="position:absolute;margin-left:20.8pt;margin-top:6.1pt;width:150pt;height:30.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5fCe8AEAAMQDAAAOAAAAZHJzL2Uyb0RvYy54bWysU8GO0zAQvSPxD5bvNGlRUTequ1p2WYS0 sEgLHzB1nMbC9hjbbVK+nrHTdldwQ1ysScbz3rw34/X1aA07qBA1OsHns5oz5SS22u0E//7t/s2K s5jAtWDQKcGPKvLrzetX68E3aoE9mlYFRiAuNoMXvE/JN1UVZa8sxBl65SjZYbCQ6DPsqjbAQOjW VIu6flcNGFofUKoY6e/dlOSbgt91SqbHrosqMSM49ZbKGcq5zWe1WUOzC+B7LU9twD90YUE7Ir1A 3UECtg/6LyirZcCIXZpJtBV2nZaqaCA18/oPNU89eFW0kDnRX2yK/w9Wfjk8+a+BpfE9jjTAIiL6 B5Q/InN424PbqZsQcOgVtEQ8z5ZVg4/NqTRbHZuYQbbDZ2xpyLBPWIDGLtjsCulkhE4DOF5MV2Ni MlNe1cu6ppSk3NvVkmwoFNCcq32I6aNCy3IgeKChFnQ4PMSUu4HmfCWTObzXxpTBGscGwa+Wi2Up eJGxOtHeGW0FXxE78ZeCLPKDa0ucQJspJgLjTqqz0ElyGrcj063gy1ybTdhieyQbAk5rRs+Cgh7D L84GWjHB4889BMWZ+eTIyryP5yCcg+05ACepVPDE2RTeprK3k8QbsrjTRf0z86lFWpViymmt8y6+ /C63nh/f5jcAAAD//wMAUEsDBBQABgAIAAAAIQCjQoFk3QAAAAgBAAAPAAAAZHJzL2Rvd25yZXYu eG1sTI/BTsMwEETvSPyDtUjcqNOAQglxqgrBCQmRhgNHJ94mVuN1iN02/D0Ll3LcmdHsm2I9u0Ec cQrWk4LlIgGB1HpjqVPwUb/crECEqMnowRMq+MYA6/LyotC58Seq8LiNneASCrlW0Mc45lKGtken w8KPSOzt/OR05HPqpJn0icvdINMkyaTTlvhDr0d86rHdbw9OweaTqmf79da8V7vK1vVDQq/ZXqnr q3nzCCLiHM9h+MVndCiZqfEHMkEMCu6WGSdZT1MQ7N/+CY2C+3QFsizk/wHlDwAAAP//AwBQSwEC LQAUAAYACAAAACEAtoM4kv4AAADhAQAAEwAAAAAAAAAAAAAAAAAAAAAAW0NvbnRlbnRfVHlwZXNd LnhtbFBLAQItABQABgAIAAAAIQA4/SH/1gAAAJQBAAALAAAAAAAAAAAAAAAAAC8BAABfcmVscy8u cmVsc1BLAQItABQABgAIAAAAIQDH5fCe8AEAAMQDAAAOAAAAAAAAAAAAAAAAAC4CAABkcnMvZTJv RG9jLnhtbFBLAQItABQABgAIAAAAIQCjQoFk3QAAAAgBAAAPAAAAAAAAAAAAAAAAAEoEAABkcnMv ZG93bnJldi54bWxQSwUGAAAAAAQABADzAAAAVAUAAAAA " filled="f" stroked="f">
                <v:textbox inset="0,0,0,0">
                  <w:txbxContent>
                    <w:p w14:paraId="49A04B15" w14:textId="2B8F23B7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&amp; Diseñador </w:t>
                      </w:r>
                    </w:p>
                    <w:p w14:paraId="0D80E78B" w14:textId="690E29C4" w:rsidR="004F3AC7" w:rsidRPr="003132E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de Servicios</w:t>
                      </w:r>
                    </w:p>
                  </w:txbxContent>
                </v:textbox>
              </v:shape>
            </w:pict>
          </mc:Fallback>
        </mc:AlternateContent>
      </w:r>
    </w:p>
    <w:p w14:paraId="44A66EDC" w14:textId="31E3A852" w:rsidR="007D10F3" w:rsidRPr="003132E8" w:rsidRDefault="00D757EC">
      <w:r>
        <w:rPr>
          <w:rFonts w:ascii="Arial" w:eastAsia="Arial" w:hAnsi="Arial" w:cs="Arial"/>
          <w:color w:val="555555"/>
          <w:sz w:val="18"/>
          <w:szCs w:val="18"/>
        </w:rPr>
        <w:drawing>
          <wp:anchor distT="0" distB="0" distL="114300" distR="114300" simplePos="0" relativeHeight="251714560" behindDoc="0" locked="0" layoutInCell="1" allowOverlap="1" wp14:anchorId="22B40C49" wp14:editId="44C3F6B9">
            <wp:simplePos x="0" y="0"/>
            <wp:positionH relativeFrom="column">
              <wp:posOffset>2412365</wp:posOffset>
            </wp:positionH>
            <wp:positionV relativeFrom="paragraph">
              <wp:posOffset>270722</wp:posOffset>
            </wp:positionV>
            <wp:extent cx="1016000" cy="889000"/>
            <wp:effectExtent l="0" t="0" r="0" b="0"/>
            <wp:wrapNone/>
            <wp:docPr id="517018298" name="Picture 17" descr="Are You Ready for Agentic AI? | The Canton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Are You Ready for Agentic AI? | The Canton Grou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alphaModFix amt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424C6" w14:textId="7EE6A207" w:rsidR="007D10F3" w:rsidRPr="003132E8" w:rsidRDefault="001C2DCD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1A2CD21" wp14:editId="0DE2499D">
                <wp:simplePos x="0" y="0"/>
                <wp:positionH relativeFrom="column">
                  <wp:posOffset>1992418</wp:posOffset>
                </wp:positionH>
                <wp:positionV relativeFrom="paragraph">
                  <wp:posOffset>41910</wp:posOffset>
                </wp:positionV>
                <wp:extent cx="1065530" cy="681990"/>
                <wp:effectExtent l="0" t="0" r="1270" b="3810"/>
                <wp:wrapNone/>
                <wp:docPr id="1116284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530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92F40" w14:textId="5E912A7F" w:rsidR="007C17B5" w:rsidRPr="003132E8" w:rsidRDefault="007C17B5" w:rsidP="007C17B5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2CD21" id="_x0000_s1032" type="#_x0000_t202" style="position:absolute;margin-left:156.9pt;margin-top:3.3pt;width:83.9pt;height:53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4SjI8QEAAMQDAAAOAAAAZHJzL2Uyb0RvYy54bWysU9uO0zAQfUfiHyy/06RFrdqo6WrZZRHS cpEWPsB1nMbC9pix26R8PWMn7a7gDZEHa5LJnJlz5nh7M1jDTgqDBlfz+azkTDkJjXaHmn//9vBm zVmIwjXCgFM1P6vAb3avX217X6kFdGAahYxAXKh6X/MuRl8VRZCdsiLMwCtHyRbQikiveCgaFD2h W1MsynJV9ICNR5AqBPp6Pyb5LuO3rZLxS9sGFZmpOc0W84n53Kez2G1FdUDhOy2nMcQ/TGGFdtT0 CnUvomBH1H9BWS0RArRxJsEW0LZaqsyB2MzLP9g8dcKrzIXECf4qU/h/sPLz6cl/RRaHdzDQAjOJ 4B9B/gjMwV0n3EHdIkLfKdFQ43mSrOh9qKbSJHWoQgLZ95+goSWLY4QMNLRokyrEkxE6LeB8FV0N kcnUslwtl28pJSm3Ws83m7yVQlSXao8hflBgWQpqjrTUjC5OjyGmaUR1+SU1c/CgjcmLNY71Nd8s F8tc8CJjdSTfGW1rvi7TMzohkXzvmlwchTZjTA2Mm1gnoiPlOOwHphsaOtUmEfbQnEkGhNFmdC0o 6AB/cdaTxWoefh4FKs7MR0dSJj9eArwE+0sgnKTSmkfOxvAuZt+OFG9J4lZn9s+dpxHJKlmUydbJ iy/f81/Pl2/3GwAA//8DAFBLAwQUAAYACAAAACEAJ1tMFN4AAAAJAQAADwAAAGRycy9kb3ducmV2 LnhtbEyPwU7DMBBE70j8g7WVuFEntIpKGqeqEJyQEGk4cHTibWI1XofYbcPfs5zgNqsZzbwtdrMb xAWnYD0pSJcJCKTWG0udgo/65X4DIkRNRg+eUME3BtiVtzeFzo2/UoWXQ+wEl1DItYI+xjGXMrQ9 Oh2WfkRi7+gnpyOfUyfNpK9c7gb5kCSZdNoSL/R6xKce29Ph7BTsP6l6tl9vzXt1rGxdPyb0mp2U ulvM+y2IiHP8C8MvPqNDyUyNP5MJYlCwSleMHhVkGQj215uURcPBdJ2ALAv5/4PyBwAA//8DAFBL AQItABQABgAIAAAAIQC2gziS/gAAAOEBAAATAAAAAAAAAAAAAAAAAAAAAABbQ29udGVudF9UeXBl c10ueG1sUEsBAi0AFAAGAAgAAAAhADj9If/WAAAAlAEAAAsAAAAAAAAAAAAAAAAALwEAAF9yZWxz Ly5yZWxzUEsBAi0AFAAGAAgAAAAhAKDhKMjxAQAAxAMAAA4AAAAAAAAAAAAAAAAALgIAAGRycy9l Mm9Eb2MueG1sUEsBAi0AFAAGAAgAAAAhACdbTBTeAAAACQEAAA8AAAAAAAAAAAAAAAAASwQAAGRy cy9kb3ducmV2LnhtbFBLBQYAAAAABAAEAPMAAABWBQAAAAA= " filled="f" stroked="f">
                <v:textbox inset="0,0,0,0">
                  <w:txbxContent>
                    <w:p w14:paraId="01292F40" w14:textId="5E912A7F" w:rsidR="007C17B5" w:rsidRPr="003132E8" w:rsidRDefault="007C17B5" w:rsidP="007C17B5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4316FEB" wp14:editId="6F8110F6">
                <wp:simplePos x="0" y="0"/>
                <wp:positionH relativeFrom="column">
                  <wp:posOffset>3634740</wp:posOffset>
                </wp:positionH>
                <wp:positionV relativeFrom="paragraph">
                  <wp:posOffset>73643</wp:posOffset>
                </wp:positionV>
                <wp:extent cx="1938338" cy="756852"/>
                <wp:effectExtent l="0" t="0" r="5080" b="5715"/>
                <wp:wrapNone/>
                <wp:docPr id="7155224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338" cy="756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C3716" w14:textId="3842E7CA" w:rsidR="004778E1" w:rsidRPr="003132E8" w:rsidRDefault="004778E1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Mobile</w:t>
                            </w:r>
                          </w:p>
                          <w:p w14:paraId="60092045" w14:textId="77777777" w:rsidR="004C6817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pplication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14:paraId="1875ABFA" w14:textId="766A1DE0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ramework</w:t>
                            </w:r>
                          </w:p>
                          <w:p w14:paraId="7DF06B72" w14:textId="75534D0A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E11E48D" w14:textId="77777777" w:rsidR="00902F14" w:rsidRPr="003132E8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16FEB" id="_x0000_s1033" type="#_x0000_t202" style="position:absolute;margin-left:286.2pt;margin-top:5.8pt;width:152.65pt;height:59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NCZc8wEAAMQDAAAOAAAAZHJzL2Uyb0RvYy54bWysU8tu2zAQvBfoPxC815JtOHUEy0GaNEWB 9AGk/YAVRVlESS5L0pbcr++Ssp2gvRXVgViK3Nmd2eHmZjSaHaQPCm3N57OSM2kFtsruav7928Ob NWchgm1Bo5U1P8rAb7avX20GV8kF9qhb6RmB2FANruZ9jK4qiiB6aSDM0ElLhx16A5G2fle0HgZC N7pYlOVVMaBvnUchQ6C/99Mh32b8rpMifum6ICPTNafeYl59Xpu0FtsNVDsPrlfi1Ab8QxcGlKWi F6h7iMD2Xv0FZZTwGLCLM4GmwK5TQmYOxGZe/sHmqQcnMxcSJ7iLTOH/wYrPhyf31bM4vsORBphJ BPeI4kdgFu96sDt56z0OvYSWCs+TZMXgQnVKTVKHKiSQZviELQ0Z9hEz0Nh5k1QhnozQaQDHi+hy jEykktfL9XJJNhF09nZ1tV4tcgmoztnOh/hBomEpqLmnoWZ0ODyGmLqB6nwlFbP4oLTOg9WWDTW/ Xi1WOeHFiVGRfKeVqfm6TN/khETyvW1zcgSlp5gKaHtinYhOlOPYjEy11HTKTSI02B5JBo+TzehZ UNCj/8XZQBarefi5By850x8tSZn8eA78OWjOAVhBqTWPnE3hXcy+nSjeksSdyuyfK59aJKtkUU62 Tl58uc+3nh/f9jcAAAD//wMAUEsDBBQABgAIAAAAIQAmrs+t3wAAAAoBAAAPAAAAZHJzL2Rvd25y ZXYueG1sTI/BTsMwDIbvSLxDZCRuLNmAtitNpwnBCQnRlcOOaZO10RqnNNlW3h5zgqP9f/r9udjM bmBnMwXrUcJyIYAZbL222En4rF/vMmAhKtRq8GgkfJsAm/L6qlC59heszHkXO0YlGHIloY9xzDkP bW+cCgs/GqTs4CenIo1Tx/WkLlTuBr4SIuFOWaQLvRrNc2/a4+7kJGz3WL3Yr/fmozpUtq7XAt+S o5S3N/P2CVg0c/yD4Vef1KEkp8afUAc2SHhMVw+EUrBMgBGQpWkKrKHFvciAlwX//0L5AwAA//8D AFBLAQItABQABgAIAAAAIQC2gziS/gAAAOEBAAATAAAAAAAAAAAAAAAAAAAAAABbQ29udGVudF9U eXBlc10ueG1sUEsBAi0AFAAGAAgAAAAhADj9If/WAAAAlAEAAAsAAAAAAAAAAAAAAAAALwEAAF9y ZWxzLy5yZWxzUEsBAi0AFAAGAAgAAAAhAHI0JlzzAQAAxAMAAA4AAAAAAAAAAAAAAAAALgIAAGRy cy9lMm9Eb2MueG1sUEsBAi0AFAAGAAgAAAAhACauz63fAAAACgEAAA8AAAAAAAAAAAAAAAAATQQA AGRycy9kb3ducmV2LnhtbFBLBQYAAAAABAAEAPMAAABZBQAAAAA= " filled="f" stroked="f">
                <v:textbox inset="0,0,0,0">
                  <w:txbxContent>
                    <w:p w14:paraId="3E3C3716" w14:textId="3842E7CA" w:rsidR="004778E1" w:rsidRPr="003132E8" w:rsidRDefault="004778E1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Mobile</w:t>
                      </w:r>
                    </w:p>
                    <w:p w14:paraId="60092045" w14:textId="77777777" w:rsidR="004C6817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A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pplication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 w14:paraId="1875ABFA" w14:textId="766A1DE0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ramework</w:t>
                      </w:r>
                    </w:p>
                    <w:p w14:paraId="7DF06B72" w14:textId="75534D0A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4E11E48D" w14:textId="77777777" w:rsidR="00902F14" w:rsidRPr="003132E8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CE8865C" wp14:editId="2C6CDFEC">
                <wp:simplePos x="0" y="0"/>
                <wp:positionH relativeFrom="column">
                  <wp:posOffset>5286163</wp:posOffset>
                </wp:positionH>
                <wp:positionV relativeFrom="paragraph">
                  <wp:posOffset>146897</wp:posOffset>
                </wp:positionV>
                <wp:extent cx="1219200" cy="939800"/>
                <wp:effectExtent l="0" t="0" r="6350" b="12700"/>
                <wp:wrapNone/>
                <wp:docPr id="7439339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B1E1" w14:textId="1823B1C7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Pedidos</w:t>
                            </w:r>
                          </w:p>
                          <w:p w14:paraId="2940DC62" w14:textId="0F996066" w:rsidR="0005644C" w:rsidRPr="003132E8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Usuarios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8865C" id="_x0000_s1034" type="#_x0000_t202" style="position:absolute;margin-left:416.25pt;margin-top:11.55pt;width:96pt;height:74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mdRG7AEAAMIDAAAOAAAAZHJzL2Uyb0RvYy54bWysU8tu2zAQvBfoPxC817JdpIgFy0GaNEWB 9AGk/QCapCyiJJdYMpbcr++SkpyguQXVgViK3Nmd2eH2anCWHTVGA77hq8WSM+0lKOMPDf/18+7d JWcxCa+EBa8bftKRX+3evtn2odZr6MAqjYxAfKz70PAupVBXVZSddiIuIGhPhy2gE4m2eKgUip7Q na3Wy+WHqgdUAUHqGOnv7XjIdwW/bbVM39s26sRsw6m3VFYs6z6v1W4r6gOK0Bk5tSFe0YUTxlPR M9StSII9onkB5YxEiNCmhQRXQdsaqQsHYrNa/sPmoRNBFy4kTgxnmeL/g5Xfjg/hB7I0fISBBlhI xHAP8ndkHm464Q/6GhH6TgtFhVdZsqoPsZ5Ss9Sxjhlk338FRUMWjwkK0NCiy6oQT0boNIDTWXQ9 JCZzyfVqQ5PkTNLZ5v3mkuJcQtRzdsCYPmtwLAcNRxpqQRfH+5jGq/OVXMzDnbG2DNZ61hPoxfqi JDw7cSaR76xxDaeC9I1OyCQ/eVWSkzB2jKkX6yfWmehIOQ37gRlFADk3i7AHdSIZEEab0bOgoAP8 w1lPFmu4pzfAmf3iScjsxjnAOdjPgfCSEhueOBvDm1RcOxK8JoFbU7g/1Z0aJKMU9SZTZyc+35db T09v9xcAAP//AwBQSwMEFAAGAAgAAAAhAOebuhzeAAAACwEAAA8AAABkcnMvZG93bnJldi54bWxM jz1PwzAQhnck/oN1SGzUdlogCnEqhGCkUgsLmxNfk7SxHdlOG/59rxNs9/HovefK9WwHdsIQe+8U yIUAhq7xpnetgu+vj4ccWEzaGT14hwp+McK6ur0pdWH82W3xtEstoxAXC62gS2ksOI9Nh1bHhR/R 0W7vg9WJ2tByE/SZwu3AMyGeuNW9owudHvGtw+a4m6yC/efmeHiftuLQihx/ZMC5lhul7u/m1xdg Cef0B8NVn9ShIqfaT85ENijIl9kjoQqypQR2BUS2oklN1bOUwKuS//+hugAAAP//AwBQSwECLQAU AAYACAAAACEAtoM4kv4AAADhAQAAEwAAAAAAAAAAAAAAAAAAAAAAW0NvbnRlbnRfVHlwZXNdLnht bFBLAQItABQABgAIAAAAIQA4/SH/1gAAAJQBAAALAAAAAAAAAAAAAAAAAC8BAABfcmVscy8ucmVs c1BLAQItABQABgAIAAAAIQAxmdRG7AEAAMIDAAAOAAAAAAAAAAAAAAAAAC4CAABkcnMvZTJvRG9j LnhtbFBLAQItABQABgAIAAAAIQDnm7oc3gAAAAsBAAAPAAAAAAAAAAAAAAAAAEYEAABkcnMvZG93 bnJldi54bWxQSwUGAAAAAAQABADzAAAAUQUAAAAA " filled="f" stroked="f">
                <v:textbox inset="0,0,0,0">
                  <w:txbxContent>
                    <w:p w14:paraId="2239B1E1" w14:textId="1823B1C7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Pedidos</w:t>
                      </w:r>
                    </w:p>
                    <w:p w14:paraId="2940DC62" w14:textId="0F996066" w:rsidR="0005644C" w:rsidRPr="003132E8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Usuarios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1715BE0" wp14:editId="18960C11">
                <wp:simplePos x="0" y="0"/>
                <wp:positionH relativeFrom="column">
                  <wp:posOffset>265430</wp:posOffset>
                </wp:positionH>
                <wp:positionV relativeFrom="paragraph">
                  <wp:posOffset>138854</wp:posOffset>
                </wp:positionV>
                <wp:extent cx="1065742" cy="681990"/>
                <wp:effectExtent l="0" t="0" r="1270" b="3810"/>
                <wp:wrapNone/>
                <wp:docPr id="1709629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42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4A1F9" w14:textId="3CF34951" w:rsidR="00052491" w:rsidRPr="003132E8" w:rsidRDefault="00EF3672" w:rsidP="00052491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GIS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5BE0" id="_x0000_s1035" type="#_x0000_t202" style="position:absolute;margin-left:20.9pt;margin-top:10.95pt;width:83.9pt;height:53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SYXe8gEAAMQDAAAOAAAAZHJzL2Uyb0RvYy54bWysU1Fv0zAQfkfiP1h+p0krWtqo6TQ2hpDG QBr7Aa7jNBa2z5zdJuXXc3baboK3iTxY59j33X3ffV5fDdawg8KgwdV8Oik5U05Co92u5k8/7t4t OQtRuEYYcKrmRxX41ebtm3XvKzWDDkyjkBGIC1Xva97F6KuiCLJTVoQJeOXosAW0ItIWd0WDoid0 a4pZWS6KHrDxCFKFQH9vx0O+yfhtq2T81rZBRWZqTr3FvGJet2ktNmtR7VD4TstTG+IVXVihHRW9 QN2KKNge9T9QVkuEAG2cSLAFtK2WKnMgNtPyLzaPnfAqcyFxgr/IFP4frHw4PPrvyOLwEQYaYCYR /D3In4E5uOmE26lrROg7JRoqPE2SFb0P1Sk1SR2qkEC2/VdoaMhiHyEDDS3apArxZIROAzheRFdD ZDKVLBfzD+9nnEk6Wyynq1WeSiGqc7bHED8rsCwFNUcaakYXh/sQUzeiOl9JxRzcaWPyYI1jfc1X 89k8J7w4sTqS74y2NV+W6RudkEh+ck1OjkKbMaYCxp1YJ6Ij5ThsB6Ybwk+5SYQtNEeSAWG0GT0L CjrA35z1ZLGah197gYoz88WRlMmP5wDPwfYcCCcpteaRszG8idm3I8VrkrjVmf1z5VOLZJUsysnW yYsv9/nW8+Pb/AEAAP//AwBQSwMEFAAGAAgAAAAhAKHlWMneAAAACQEAAA8AAABkcnMvZG93bnJl di54bWxMjzFPwzAUhHek/gfrVWKjdgKKSIhTVQgmJEQaBkYnfk2sxs8hdtvw7zETHU93uvuu3C52 ZGecvXEkIdkIYEid04Z6CZ/N690jMB8UaTU6Qgk/6GFbrW5KVWh3oRrP+9CzWEK+UBKGEKaCc98N aJXfuAkpegc3WxWinHuuZ3WJ5XbkqRAZt8pQXBjUhM8Ddsf9yUrYfVH9Yr7f24/6UJumyQW9ZUcp b9fL7glYwCX8h+EPP6JDFZladyLt2SjhIYnkQUKa5MCin4o8A9bGYJrfA69Kfv2g+gUAAP//AwBQ SwECLQAUAAYACAAAACEAtoM4kv4AAADhAQAAEwAAAAAAAAAAAAAAAAAAAAAAW0NvbnRlbnRfVHlw ZXNdLnhtbFBLAQItABQABgAIAAAAIQA4/SH/1gAAAJQBAAALAAAAAAAAAAAAAAAAAC8BAABfcmVs cy8ucmVsc1BLAQItABQABgAIAAAAIQAUSYXe8gEAAMQDAAAOAAAAAAAAAAAAAAAAAC4CAABkcnMv ZTJvRG9jLnhtbFBLAQItABQABgAIAAAAIQCh5VjJ3gAAAAkBAAAPAAAAAAAAAAAAAAAAAEwEAABk cnMvZG93bnJldi54bWxQSwUGAAAAAAQABADzAAAAVwUAAAAA " filled="f" stroked="f">
                <v:textbox inset="0,0,0,0">
                  <w:txbxContent>
                    <w:p w14:paraId="6284A1F9" w14:textId="3CF34951" w:rsidR="00052491" w:rsidRPr="003132E8" w:rsidRDefault="00EF3672" w:rsidP="00052491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GIS</w:t>
                      </w:r>
                    </w:p>
                  </w:txbxContent>
                </v:textbox>
              </v:shape>
            </w:pict>
          </mc:Fallback>
        </mc:AlternateContent>
      </w:r>
    </w:p>
    <w:p w14:paraId="6EA0827B" w14:textId="38E7D454" w:rsidR="007D10F3" w:rsidRPr="003132E8" w:rsidRDefault="00F675B1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D50AE41" wp14:editId="3937331D">
                <wp:simplePos x="0" y="0"/>
                <wp:positionH relativeFrom="column">
                  <wp:posOffset>1959187</wp:posOffset>
                </wp:positionH>
                <wp:positionV relativeFrom="paragraph">
                  <wp:posOffset>136948</wp:posOffset>
                </wp:positionV>
                <wp:extent cx="1507524" cy="541866"/>
                <wp:effectExtent l="0" t="0" r="0" b="10795"/>
                <wp:wrapNone/>
                <wp:docPr id="1163486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7524" cy="5418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B6879" w14:textId="77777777" w:rsidR="00AD7952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Soluciones </w:t>
                            </w:r>
                          </w:p>
                          <w:p w14:paraId="3F50759F" w14:textId="7935E1FC" w:rsidR="00F675B1" w:rsidRPr="003132E8" w:rsidRDefault="00AD7952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Agénticas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0AE41" id="_x0000_s1036" type="#_x0000_t202" style="position:absolute;margin-left:154.25pt;margin-top:10.8pt;width:118.7pt;height:42.6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F+808gEAAMUDAAAOAAAAZHJzL2Uyb0RvYy54bWysU8GO0zAQvSPxD5bvNGm1LSVqulp2WYS0 LEgLHzB1nMbC9hjbbVK+nrGTdldwQ+RgjWPPm3lvnjfXg9HsKH1QaGs+n5WcSSuwUXZf8+/f7t+s OQsRbAMaraz5SQZ+vX39atO7Si6wQ91IzwjEhqp3Ne9idFVRBNFJA2GGTlo6bNEbiLT1+6Lx0BO6 0cWiLFdFj75xHoUMgf7ejYd8m/HbVor4pW2DjEzXnHqLefV53aW12G6g2ntwnRJTG/APXRhQlope oO4gAjt49ReUUcJjwDbOBJoC21YJmTkQm3n5B5unDpzMXEic4C4yhf8HKx6PT+6rZ3F4jwMNMJMI 7gHFj8As3nZg9/LGe+w7CQ0VnifJit6FakpNUocqJJBd/xkbGjIcImagofUmqUI8GaHTAE4X0eUQ mUgll+Xb5eKKM0Fny6v5erXKJaA6Zzsf4keJhqWg5p6GmtHh+BBi6gaq85VUzOK90joPVlvW1/zd crHMCS9OjIrkO61Mzddl+kYnJJIfbJOTIyg9xlRA24l1IjpSjsNuYKohBjk5qbDD5kQ6eBx9Ru+C gg79L8568ljNw88DeMmZ/mRJy2TIc+DPwe4cgBWUWvPI2RjexmzckeMNadyqTP+58tQjeSWrMvk6 mfHlPt96fn3b3wAAAP//AwBQSwMEFAAGAAgAAAAhAJrCYMLgAAAACgEAAA8AAABkcnMvZG93bnJl di54bWxMj8FOwzAQRO9I/IO1SNyo3UKiJsSpKgQnpIo0HDg68TaxGq9D7Lbh72tOcFzN08zbYjPb gZ1x8saRhOVCAENqnTbUSfis3x7WwHxQpNXgCCX8oIdNeXtTqFy7C1V43oeOxRLyuZLQhzDmnPu2 R6v8wo1IMTu4yaoQz6njelKXWG4HvhIi5VYZigu9GvGlx/a4P1kJ2y+qXs33rvmoDpWp60zQe3qU 8v5u3j4DCziHPxh+9aM6lNGpcSfSng0SHsU6iaiE1TIFFoHkKcmANZEUaQa8LPj/F8orAAAA//8D AFBLAQItABQABgAIAAAAIQC2gziS/gAAAOEBAAATAAAAAAAAAAAAAAAAAAAAAABbQ29udGVudF9U eXBlc10ueG1sUEsBAi0AFAAGAAgAAAAhADj9If/WAAAAlAEAAAsAAAAAAAAAAAAAAAAALwEAAF9y ZWxzLy5yZWxzUEsBAi0AFAAGAAgAAAAhAFYX7zTyAQAAxQMAAA4AAAAAAAAAAAAAAAAALgIAAGRy cy9lMm9Eb2MueG1sUEsBAi0AFAAGAAgAAAAhAJrCYMLgAAAACgEAAA8AAAAAAAAAAAAAAAAATAQA AGRycy9kb3ducmV2LnhtbFBLBQYAAAAABAAEAPMAAABZBQAAAAA= " filled="f" stroked="f">
                <v:textbox inset="0,0,0,0">
                  <w:txbxContent>
                    <w:p w14:paraId="232B6879" w14:textId="77777777" w:rsidR="00AD7952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Soluciones </w:t>
                      </w:r>
                    </w:p>
                    <w:p w14:paraId="3F50759F" w14:textId="7935E1FC" w:rsidR="00F675B1" w:rsidRPr="003132E8" w:rsidRDefault="00AD7952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Agénticas</w:t>
                      </w:r>
                    </w:p>
                  </w:txbxContent>
                </v:textbox>
              </v:shape>
            </w:pict>
          </mc:Fallback>
        </mc:AlternateContent>
      </w:r>
    </w:p>
    <w:p w14:paraId="76DA5892" w14:textId="00C735C7" w:rsidR="007D10F3" w:rsidRPr="003132E8" w:rsidRDefault="007D10F3"/>
    <w:p w14:paraId="51A0050F" w14:textId="3AD6DEFE" w:rsidR="007D10F3" w:rsidRPr="003132E8" w:rsidRDefault="00982FCF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C401A6E" wp14:editId="02BE1083">
                <wp:simplePos x="0" y="0"/>
                <wp:positionH relativeFrom="column">
                  <wp:posOffset>4837430</wp:posOffset>
                </wp:positionH>
                <wp:positionV relativeFrom="paragraph">
                  <wp:posOffset>56726</wp:posOffset>
                </wp:positionV>
                <wp:extent cx="1219200" cy="939800"/>
                <wp:effectExtent l="0" t="0" r="6350" b="12700"/>
                <wp:wrapNone/>
                <wp:docPr id="13155066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143B1" w14:textId="61C43227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Recursos</w:t>
                            </w:r>
                          </w:p>
                          <w:p w14:paraId="6C5EE6F1" w14:textId="3A510A64" w:rsidR="00982FCF" w:rsidRPr="003132E8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Humanos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1A6E" id="_x0000_s1037" type="#_x0000_t202" style="position:absolute;margin-left:380.9pt;margin-top:4.45pt;width:96pt;height:74pt;z-index:2516869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c7tj7QEAAMMDAAAOAAAAZHJzL2Uyb0RvYy54bWysU8tu2zAQvBfoPxC817JdpIgFy0GaNEWB 9AGk/QCapCyiJJdYMpbcr++SkpyguQXVgViK3Nmd2eH2anCWHTVGA77hq8WSM+0lKOMPDf/18+7d JWcxCa+EBa8bftKRX+3evtn2odZr6MAqjYxAfKz70PAupVBXVZSddiIuIGhPhy2gE4m2eKgUip7Q na3Wy+WHqgdUAUHqGOnv7XjIdwW/bbVM39s26sRsw6m3VFYs6z6v1W4r6gOK0Bk5tSFe0YUTxlPR M9StSII9onkB5YxEiNCmhQRXQdsaqQsHYrNa/sPmoRNBFy4kTgxnmeL/g5Xfjg/hB7I0fISBBlhI xHAP8ndkHm464Q/6GhH6TgtFhVdZsqoPsZ5Ss9Sxjhlk338FRUMWjwkK0NCiy6oQT0boNIDTWXQ9 JCZzyfVqQ5PkTNLZ5v3mkuJcQtRzdsCYPmtwLAcNRxpqQRfH+5jGq/OVXMzDnbG2DNZ61hPoxfqi JDw7cSaR76xxDaeC9I1OyCQ/eVWSkzB2jKkX6yfWmehIOQ37gRlFDIomWYU9qBPpgDD6jN4FBR3g H8568ljDPT0CzuwXT0pmO84BzsF+DoSXlNjwxNkY3qRi25HhNSncmkL+qe7UITmlyDe5Olvx+b7c enp7u78AAAD//wMAUEsDBBQABgAIAAAAIQDnQqvY3QAAAAkBAAAPAAAAZHJzL2Rvd25yZXYueG1s TI/BTsMwEETvSPyDtUjcqB1QQxLiVAjBkUotXLg58TZJG6+j2GnD37Oc4Dia0cybcrO4QZxxCr0n DclKgUBqvO2p1fD58XaXgQjRkDWDJ9TwjQE21fVVaQrrL7TD8z62gksoFEZDF+NYSBmaDp0JKz8i sXfwkzOR5dRKO5kLl7tB3iuVSmd64oXOjPjSYXPaz07D4X17Or7OO3VsVYZfyYRLnWy1vr1Znp9A RFziXxh+8RkdKmaq/Uw2iEHDY5owetSQ5SDYz9cPrGsOrtMcZFXK/w+qHwAAAP//AwBQSwECLQAU AAYACAAAACEAtoM4kv4AAADhAQAAEwAAAAAAAAAAAAAAAAAAAAAAW0NvbnRlbnRfVHlwZXNdLnht bFBLAQItABQABgAIAAAAIQA4/SH/1gAAAJQBAAALAAAAAAAAAAAAAAAAAC8BAABfcmVscy8ucmVs c1BLAQItABQABgAIAAAAIQBUc7tj7QEAAMMDAAAOAAAAAAAAAAAAAAAAAC4CAABkcnMvZTJvRG9j LnhtbFBLAQItABQABgAIAAAAIQDnQqvY3QAAAAkBAAAPAAAAAAAAAAAAAAAAAEcEAABkcnMvZG93 bnJldi54bWxQSwUGAAAAAAQABADzAAAAUQUAAAAA " filled="f" stroked="f">
                <v:textbox inset="0,0,0,0">
                  <w:txbxContent>
                    <w:p w14:paraId="771143B1" w14:textId="61C43227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Recursos</w:t>
                      </w:r>
                    </w:p>
                    <w:p w14:paraId="6C5EE6F1" w14:textId="3A510A64" w:rsidR="00982FCF" w:rsidRPr="003132E8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Humanos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5CA72E9" wp14:editId="7DA6E679">
                <wp:simplePos x="0" y="0"/>
                <wp:positionH relativeFrom="column">
                  <wp:posOffset>2568364</wp:posOffset>
                </wp:positionH>
                <wp:positionV relativeFrom="paragraph">
                  <wp:posOffset>200660</wp:posOffset>
                </wp:positionV>
                <wp:extent cx="1219200" cy="402772"/>
                <wp:effectExtent l="0" t="0" r="6350" b="0"/>
                <wp:wrapNone/>
                <wp:docPr id="14745484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49EAE" w14:textId="64E5BD1D" w:rsidR="0017317F" w:rsidRPr="003132E8" w:rsidRDefault="0017317F" w:rsidP="0017317F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Facturación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72E9" id="_x0000_s1038" type="#_x0000_t202" style="position:absolute;margin-left:202.25pt;margin-top:15.8pt;width:96pt;height:31.7pt;z-index:2516848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Gyui7wEAAMMDAAAOAAAAZHJzL2Uyb0RvYy54bWysU9tu3CAQfa/Uf0C8d+21miax1hulSVNV Si9S2g9guaxRgUFA1t5+fQdsb6L2LYof0GCYM3POHDZXozXkIEPU4Dq6XtWUSMdBaLfv6K+fd+8u KImJOcEMONnRo4z0avv2zWbwrWygByNkIAjiYjv4jvYp+baqIu+lZXEFXjo8VBAsS7gN+0oENiC6 NVVT1x+qAYLwAbiMEf/eTod0W/CVkjx9VyrKRExHsbdU1lDWXV6r7Ya1+8B8r/ncBntBF5Zph0VP ULcsMfIY9H9QVvMAEVRacbAVKKW5LByQzbr+h81Dz7wsXFCc6E8yxdeD5d8OD/5HIGn8CCMOsJCI /h7470gc3PTM7eV1CDD0kgksvM6SVYOP7ZyapY5tzCC74SsIHDJ7TFCARhVsVgV5EkTHARxPossx EZ5LNutLnCQlHM/e1835eVNKsHbJ9iGmzxIsyUFHAw61oLPDfUy5G9YuV3IxB3famDJY48jQ0cuz 5qwkPDuxOqHvjLYdvajzNzkhk/zkRElOTJspxgLGzawz0YlyGncj0SIzyMlZhR2II+oQYPIZvgsM egh/KBnQYx11+AgoMV8cKpntuARhCXZLwBzHxI4mSqbwJhXbTgyvUWGlC/mnunOH6JSiyezqbMXn +3Lr6e1t/wIAAP//AwBQSwMEFAAGAAgAAAAhADKugYneAAAACQEAAA8AAABkcnMvZG93bnJldi54 bWxMj8FOwzAMhu9IvENkJG4sKazVVppOCMGRSRtcuKWN13ZrnKpJt/L2mBM72v70+/uLzex6ccYx dJ40JAsFAqn2tqNGw9fn+8MKRIiGrOk9oYYfDLApb28Kk1t/oR2e97ERHEIhNxraGIdcylC36ExY +AGJbwc/OhN5HBtpR3PhcNfLR6Uy6UxH/KE1A762WJ/2k9Nw+Niejm/TTh0btcLvZMS5SrZa39/N L88gIs7xH4Y/fVaHkp0qP5ENotewVMuUUQ1PSQaCgXSd8aLSsE4VyLKQ1w3KXwAAAP//AwBQSwEC LQAUAAYACAAAACEAtoM4kv4AAADhAQAAEwAAAAAAAAAAAAAAAAAAAAAAW0NvbnRlbnRfVHlwZXNd LnhtbFBLAQItABQABgAIAAAAIQA4/SH/1gAAAJQBAAALAAAAAAAAAAAAAAAAAC8BAABfcmVscy8u cmVsc1BLAQItABQABgAIAAAAIQBsGyui7wEAAMMDAAAOAAAAAAAAAAAAAAAAAC4CAABkcnMvZTJv RG9jLnhtbFBLAQItABQABgAIAAAAIQAyroGJ3gAAAAkBAAAPAAAAAAAAAAAAAAAAAEkEAABkcnMv ZG93bnJldi54bWxQSwUGAAAAAAQABADzAAAAVAUAAAAA " filled="f" stroked="f">
                <v:textbox inset="0,0,0,0">
                  <w:txbxContent>
                    <w:p w14:paraId="60149EAE" w14:textId="64E5BD1D" w:rsidR="0017317F" w:rsidRPr="003132E8" w:rsidRDefault="0017317F" w:rsidP="0017317F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Facturación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A9C98FD" wp14:editId="78F2EE44">
                <wp:simplePos x="0" y="0"/>
                <wp:positionH relativeFrom="column">
                  <wp:posOffset>306917</wp:posOffset>
                </wp:positionH>
                <wp:positionV relativeFrom="paragraph">
                  <wp:posOffset>200237</wp:posOffset>
                </wp:positionV>
                <wp:extent cx="1219200" cy="402772"/>
                <wp:effectExtent l="0" t="0" r="6350" b="0"/>
                <wp:wrapNone/>
                <wp:docPr id="3723580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BC7CA" w14:textId="6FF39D85" w:rsidR="00987164" w:rsidRPr="003132E8" w:rsidRDefault="00987164" w:rsidP="00987164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Proyectos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C98FD" id="_x0000_s1039" type="#_x0000_t202" style="position:absolute;margin-left:24.15pt;margin-top:15.75pt;width:96pt;height:31.7pt;z-index:251682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QIK78AEAAMMDAAAOAAAAZHJzL2Uyb0RvYy54bWysU8Fu1DAQvSPxD5bvbLKB0jZab1VaipBa QCp8gNd2Nha2x7LdTZavZ+wk2wpuiByscex5M+/N8+ZqtIYcVIgaHKPrVU2JcgKkdntGf3y/e3NB SUzcSW7AKUaPKtKr7etXm8G3qoEejFSBIIiL7eAZ7VPybVVF0SvL4wq8cnjYQbA84TbsKxn4gOjW VE1dv68GCNIHECpG/Hs7HdJtwe86JdLXrosqEcMo9pbKGsq6y2u13fB2H7jvtZjb4P/QheXaYdET 1C1PnDwF/ReU1SJAhC6tBNgKuk4LVTggm3X9B5vHnntVuKA40Z9kiv8PVnw5PPpvgaTxA4w4wEIi +nsQPyNxcNNzt1fXIcDQKy6x8DpLVg0+tnNqljq2MYPshgeQOGT+lKAAjV2wWRXkSRAdB3A8ia7G REQu2awvcZKUCDx7Vzfn500pwdsl24eYPimwJAeMBhxqQeeH+5hyN7xdruRiDu60MWWwxpGB0cuz 5qwkvDixOqHvjLaMXtT5m5yQSX50siQnrs0UYwHjZtaZ6EQ5jbuRaIkM3ubkrMIO5BF1CDD5DN8F Bj2EX5QM6DFGHT4CSsxnh0pmOy5BWILdEnAnMJHRRMkU3qRi24nhNSrc6UL+ue7cITqlaDK7Olvx 5b7cen57298AAAD//wMAUEsDBBQABgAIAAAAIQCsLgn+3QAAAAgBAAAPAAAAZHJzL2Rvd25yZXYu eG1sTI/BTsMwEETvSPyDtUjcqJ02oDRkUyEERyq1cOHmxNskbWxHsdOGv2c50ePsjGbeFpvZ9uJM Y+i8Q0gWCgS52pvONQhfn+8PGYgQtTO6944QfijApry9KXRu/MXt6LyPjeASF3KN0MY45FKGuiWr w8IP5Ng7+NHqyHJspBn1hcttL5dKPUmrO8cLrR7otaX6tJ8swuFjezq+TTt1bFRG38lIc5VsEe/v 5pdnEJHm+B+GP3xGh5KZKj85E0SPkGYrTiKskkcQ7C9TxYcKYZ2uQZaFvH6g/AUAAP//AwBQSwEC LQAUAAYACAAAACEAtoM4kv4AAADhAQAAEwAAAAAAAAAAAAAAAAAAAAAAW0NvbnRlbnRfVHlwZXNd LnhtbFBLAQItABQABgAIAAAAIQA4/SH/1gAAAJQBAAALAAAAAAAAAAAAAAAAAC8BAABfcmVscy8u cmVsc1BLAQItABQABgAIAAAAIQCJQIK78AEAAMMDAAAOAAAAAAAAAAAAAAAAAC4CAABkcnMvZTJv RG9jLnhtbFBLAQItABQABgAIAAAAIQCsLgn+3QAAAAgBAAAPAAAAAAAAAAAAAAAAAEoEAABkcnMv ZG93bnJldi54bWxQSwUGAAAAAAQABADzAAAAVAUAAAAA " filled="f" stroked="f">
                <v:textbox inset="0,0,0,0">
                  <w:txbxContent>
                    <w:p w14:paraId="0EDBC7CA" w14:textId="6FF39D85" w:rsidR="00987164" w:rsidRPr="003132E8" w:rsidRDefault="00987164" w:rsidP="00987164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Proyectos</w:t>
                      </w:r>
                    </w:p>
                  </w:txbxContent>
                </v:textbox>
              </v:shape>
            </w:pict>
          </mc:Fallback>
        </mc:AlternateContent>
      </w:r>
    </w:p>
    <w:p w14:paraId="237680DB" w14:textId="75145ABA" w:rsidR="007D10F3" w:rsidRPr="003132E8" w:rsidRDefault="007D10F3"/>
    <w:p w14:paraId="163B3542" w14:textId="071DB6CE" w:rsidR="007D10F3" w:rsidRPr="003132E8" w:rsidRDefault="004F62BB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8D436D7" wp14:editId="0BC8C7E3">
                <wp:simplePos x="0" y="0"/>
                <wp:positionH relativeFrom="column">
                  <wp:posOffset>270934</wp:posOffset>
                </wp:positionH>
                <wp:positionV relativeFrom="paragraph">
                  <wp:posOffset>246592</wp:posOffset>
                </wp:positionV>
                <wp:extent cx="1219200" cy="939800"/>
                <wp:effectExtent l="0" t="0" r="6350" b="12700"/>
                <wp:wrapNone/>
                <wp:docPr id="1935620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BA391" w14:textId="7B22BD63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eCommerce</w:t>
                            </w:r>
                          </w:p>
                          <w:p w14:paraId="5A0EEE35" w14:textId="2046AA98" w:rsidR="00B25EF4" w:rsidRPr="003132E8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Framework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436D7" id="_x0000_s1040" type="#_x0000_t202" style="position:absolute;margin-left:21.35pt;margin-top:19.4pt;width:96pt;height:74pt;z-index:251680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R7cc7QEAAMMDAAAOAAAAZHJzL2Uyb0RvYy54bWysU1Fv0zAQfkfiP1h+p2kLQ2vUdBobQ0hj IA1+gGs7jYXts85ek/LrOTtJN8EbIg/WOfZ9d993n7dXg7PsqDEa8A1fLZacaS9BGX9o+I/vd28u OYtJeCUseN3wk478avf61bYPtV5DB1ZpZATiY92Hhncphbqqouy0E3EBQXs6bAGdSLTFQ6VQ9ITu bLVeLt9XPaAKCFLHSH9vx0O+K/htq2X62rZRJ2YbTr2lsmJZ93mtdltRH1CEzsipDfEPXThhPBU9 Q92KJNgTmr+gnJEIEdq0kOAqaFsjdeFAbFbLP9g8diLowoXEieEsU/x/sPLh+Bi+IUvDBxhogIVE DPcgf0bm4aYT/qCvEaHvtFBUeJUlq/oQ6yk1Sx3rmEH2/RdQNGTxlKAADS26rArxZIROAzidRddD YjKXXK82NEnOJJ1t3m4uKc4lRD1nB4zpkwbHctBwpKEWdHG8j2m8Ol/JxTzcGWvLYK1nPYFerC9K wosTZxL5zhrXcCpI3+iETPKjVyU5CWPHmHqxfmKdiY6U07AfmFHE4F1OzirsQZ1IB4TRZ/QuKOgA f3HWk8ca7ukRcGY/e1Iy23EOcA72cyC8pMSGJ87G8CYV244Mr0nh1hTyz3WnDskpRb7J1dmKL/fl 1vPb2/0GAAD//wMAUEsDBBQABgAIAAAAIQD+yjaE3QAAAAkBAAAPAAAAZHJzL2Rvd25yZXYueG1s TI/BTsMwEETvSPyDtUjcqJ20KlaIUyEERyq1cOHmxNskbWxHttOGv2c5tcedeZqdKTezHdgZQ+y9 U5AtBDB0jTe9axV8f308SWAxaWf04B0q+MUIm+r+rtSF8Re3w/M+tYxCXCy0gi6lseA8Nh1aHRd+ REfewQerE52h5SboC4XbgedCrLnVvaMPnR7xrcPmtJ+sgsPn9nR8n3bi2AqJP1nAuc62Sj0+zK8v wBLO6QrDf32qDhV1qv3kTGSDglX+TKSCpaQF5OfLFQk1gXItgVclv11Q/QEAAP//AwBQSwECLQAU AAYACAAAACEAtoM4kv4AAADhAQAAEwAAAAAAAAAAAAAAAAAAAAAAW0NvbnRlbnRfVHlwZXNdLnht bFBLAQItABQABgAIAAAAIQA4/SH/1gAAAJQBAAALAAAAAAAAAAAAAAAAAC8BAABfcmVscy8ucmVs c1BLAQItABQABgAIAAAAIQAlR7cc7QEAAMMDAAAOAAAAAAAAAAAAAAAAAC4CAABkcnMvZTJvRG9j LnhtbFBLAQItABQABgAIAAAAIQD+yjaE3QAAAAkBAAAPAAAAAAAAAAAAAAAAAEcEAABkcnMvZG93 bnJldi54bWxQSwUGAAAAAAQABADzAAAAUQUAAAAA " filled="f" stroked="f">
                <v:textbox inset="0,0,0,0">
                  <w:txbxContent>
                    <w:p w14:paraId="7A8BA391" w14:textId="7B22BD63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eCommerce</w:t>
                      </w:r>
                    </w:p>
                    <w:p w14:paraId="5A0EEE35" w14:textId="2046AA98" w:rsidR="00B25EF4" w:rsidRPr="003132E8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Framework</w:t>
                      </w:r>
                    </w:p>
                  </w:txbxContent>
                </v:textbox>
              </v:shape>
            </w:pict>
          </mc:Fallback>
        </mc:AlternateContent>
      </w:r>
    </w:p>
    <w:p w14:paraId="054BC9EF" w14:textId="4FEF3FFB" w:rsidR="007D10F3" w:rsidRPr="003132E8" w:rsidRDefault="005122E9"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A7786B8" wp14:editId="2E7ADDAC">
                <wp:simplePos x="0" y="0"/>
                <wp:positionH relativeFrom="margin">
                  <wp:posOffset>4713772</wp:posOffset>
                </wp:positionH>
                <wp:positionV relativeFrom="paragraph">
                  <wp:posOffset>7954</wp:posOffset>
                </wp:positionV>
                <wp:extent cx="1905000" cy="685800"/>
                <wp:effectExtent l="0" t="0" r="0" b="0"/>
                <wp:wrapNone/>
                <wp:docPr id="1979262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B4DAA" w14:textId="77777777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006F3E11" w14:textId="4450A613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pacing w:val="20"/>
                                <w:sz w:val="24"/>
                                <w:szCs w:val="24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pacing w:val="20"/>
                                <w:sz w:val="40"/>
                                <w:szCs w:val="4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shopify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786B8" id="_x0000_s1041" type="#_x0000_t202" style="position:absolute;margin-left:371.15pt;margin-top:.65pt;width:150pt;height:5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i7mm7gEAAMUDAAAOAAAAZHJzL2Uyb0RvYy54bWysU8Fu2zAMvQ/YPwi6L3YCuEiNOEXXrsOA bivQ7QNkWY6FSaJGKbGzrx8lJ2mx3YZdhGdTfOR7pDY3kzXsoDBocA1fLkrOlJPQabdr+PdvD+/W nIUoXCcMONXwowr8Zvv2zWb0tVrBAKZTyIjEhXr0DR9i9HVRBDkoK8ICvHIU7AGtiPSJu6JDMRK7 NcWqLK+KEbDzCFKFQH/v5yDfZv6+VzJ+7fugIjMNp95iPjGfbTqL7UbUOxR+0PLUhviHLqzQjope qO5FFGyP+i8qqyVCgD4uJNgC+l5LlTWQmmX5h5rnQXiVtZA5wV9sCv+PVn45PPsnZHF6DxMNMIsI /hHkj8Ac3A3C7dQtIoyDEh0VXibLitGH+pSarA51SCTt+Bk6GrLYR8hEU482uUI6GbHTAI4X09UU mUwlr8uqLCkkKXa1rtaEUwlRn7M9hvhRgWUJNBxpqJldHB5DnK+er6RiDh60MXmwxrGx4dfVqsoJ ryJWR9o7o23DqWCqnxOSyA+uyzgKbWZMvRh3Up2EzpLj1E5Md6SgSsnJhRa6I/mAMO8ZvQsCA+Av zkbasYaHn3uBijPzyZGXaSHPAM+gPQPhJKU2PHI2w7uYF3fWeEse9zrLf6l86pF2JRt42uu0jK+/ 862X17f9DQAA//8DAFBLAwQUAAYACAAAACEAfQ1jPN0AAAAKAQAADwAAAGRycy9kb3ducmV2Lnht bEyPzU7DMBCE70i8g7VI3KhNiwoNcaoKwQkJkYYDRyfeJlHjdYjdNrx9N73AaX9mNPttuh5dJ444 hNaThvuZAoFUedtSreGreLt7AhGiIWs6T6jhFwOss+ur1CTWnyjH4zbWgkMoJEZDE2OfSBmqBp0J M98jsbbzgzORx6GWdjAnDnednCu1lM60xBca0+NLg9V+e3AaNt+Uv7Y/H+Vnvsvbolgpel/utb69 GTfPICKO8c8MEz6jQ8ZMpT+QDaLT8PgwX7CVBS6Tri6LcupWC5BZKv+/kJ0BAAD//wMAUEsBAi0A FAAGAAgAAAAhALaDOJL+AAAA4QEAABMAAAAAAAAAAAAAAAAAAAAAAFtDb250ZW50X1R5cGVzXS54 bWxQSwECLQAUAAYACAAAACEAOP0h/9YAAACUAQAACwAAAAAAAAAAAAAAAAAvAQAAX3JlbHMvLnJl bHNQSwECLQAUAAYACAAAACEASYu5pu4BAADFAwAADgAAAAAAAAAAAAAAAAAuAgAAZHJzL2Uyb0Rv Yy54bWxQSwECLQAUAAYACAAAACEAfQ1jPN0AAAAKAQAADwAAAAAAAAAAAAAAAABIBAAAZHJzL2Rv d25yZXYueG1sUEsFBgAAAAAEAAQA8wAAAFIFAAAAAA== " filled="f" stroked="f">
                <v:textbox inset="0,0,0,0">
                  <w:txbxContent>
                    <w:p w14:paraId="46CB4DAA" w14:textId="77777777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006F3E11" w14:textId="4450A613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pacing w:val="20"/>
                          <w:sz w:val="24"/>
                          <w:szCs w:val="24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pacing w:val="20"/>
                          <w:sz w:val="40"/>
                          <w:szCs w:val="4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shopify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B44055E" wp14:editId="647598DC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1905000" cy="685800"/>
                <wp:effectExtent l="0" t="0" r="0" b="0"/>
                <wp:wrapNone/>
                <wp:docPr id="1636486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7F5BE" w14:textId="1607A0B8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40692764" w14:textId="1788068C" w:rsidR="005122E9" w:rsidRPr="003132E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wooCommerce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4055E" id="_x0000_s1042" type="#_x0000_t202" style="position:absolute;margin-left:0;margin-top:.65pt;width:150pt;height:54pt;z-index:2516951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Nxkd7gEAAMUDAAAOAAAAZHJzL2Uyb0RvYy54bWysU8Fu2zAMvQ/YPwi6L3YCJEiNOEXXrsOA bivQ7QMUWY6FSaJGKbGzrx8lO2mx3YpehGdTfOR7pDbXgzXsqDBocDWfz0rOlJPQaLev+c8f9x/W nIUoXCMMOFXzkwr8evv+3ab3lVpAB6ZRyIjEhar3Ne9i9FVRBNkpK8IMvHIUbAGtiPSJ+6JB0RO7 NcWiLFdFD9h4BKlCoL93Y5BvM3/bKhm/t21QkZmaU28xn5jPXTqL7UZUexS+03JqQ7yiCyu0o6IX qjsRBTug/o/KaokQoI0zCbaAttVSZQ2kZl7+o+apE15lLWRO8BebwtvRym/HJ/+ILA4fYaABZhHB P4D8FZiD2064vbpBhL5ToqHC82RZ0ftQTanJ6lCFRLLrv0JDQxaHCJloaNEmV0gnI3YawOliuhoi k6nkVbksSwpJiq3WyzXhVEJU52yPIX5WYFkCNUcaamYXx4cQx6vnK6mYg3ttTB6scayv+dVyscwJ LyJWR9o7o23NqWCqnxOSyE+uyTgKbUZMvRg3qU5CR8lx2A1MN6RglZKTCztoTuQDwrhn9C4IdIB/ OOtpx2oefh8EKs7MF0depoU8AzyD3RkIJym15pGzEd7GvLijxhvyuNVZ/nPlqUfalWzgtNdpGV9+ 51vPr2/7FwAA//8DAFBLAwQUAAYACAAAACEAdLUztNoAAAAGAQAADwAAAGRycy9kb3ducmV2Lnht bEyPwU7DMAyG70i8Q2QkbiyBShMrTacJwQlpousOHNPGa6M1TmmyrXt7zAmOn3/r9+diPftBnHGK LpCGx4UCgdQG66jTsK/fH55BxGTImiEQarhihHV5e1OY3IYLVXjepU5wCcXcaOhTGnMpY9ujN3ER RiTODmHyJjFOnbSTuXC5H+STUkvpjSO+0JsRX3tsj7uT17D5ourNfW+bz+pQubpeKfpYHrW+v5s3 LyASzulvGX71WR1KdmrCiWwUgwZ+JPE0A8FhphRzw6xWGciykP/1yx8AAAD//wMAUEsBAi0AFAAG AAgAAAAhALaDOJL+AAAA4QEAABMAAAAAAAAAAAAAAAAAAAAAAFtDb250ZW50X1R5cGVzXS54bWxQ SwECLQAUAAYACAAAACEAOP0h/9YAAACUAQAACwAAAAAAAAAAAAAAAAAvAQAAX3JlbHMvLnJlbHNQ SwECLQAUAAYACAAAACEAjDcZHe4BAADFAwAADgAAAAAAAAAAAAAAAAAuAgAAZHJzL2Uyb0RvYy54 bWxQSwECLQAUAAYACAAAACEAdLUztNoAAAAGAQAADwAAAAAAAAAAAAAAAABIBAAAZHJzL2Rvd25y ZXYueG1sUEsFBgAAAAAEAAQA8wAAAE8FAAAAAA== " filled="f" stroked="f">
                <v:textbox inset="0,0,0,0">
                  <w:txbxContent>
                    <w:p w14:paraId="4347F5BE" w14:textId="1607A0B8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40692764" w14:textId="1788068C" w:rsidR="005122E9" w:rsidRPr="003132E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wooCommerce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33C5CF" w14:textId="05F4AC1D" w:rsidR="00673695" w:rsidRPr="003132E8" w:rsidRDefault="00673695"/>
    <w:p w14:paraId="19305B03" w14:textId="791813D0" w:rsidR="00B52A43" w:rsidRPr="003132E8" w:rsidRDefault="000608C4">
      <w:r>
        <w:drawing>
          <wp:anchor distT="0" distB="0" distL="114300" distR="114300" simplePos="0" relativeHeight="251657215" behindDoc="0" locked="0" layoutInCell="1" allowOverlap="1" wp14:anchorId="4F9DB1C4" wp14:editId="08D0FFCC">
            <wp:simplePos x="0" y="0"/>
            <wp:positionH relativeFrom="column">
              <wp:posOffset>121920</wp:posOffset>
            </wp:positionH>
            <wp:positionV relativeFrom="paragraph">
              <wp:posOffset>12700</wp:posOffset>
            </wp:positionV>
            <wp:extent cx="6670040" cy="899160"/>
            <wp:effectExtent l="0" t="0" r="0" b="0"/>
            <wp:wrapNone/>
            <wp:docPr id="981406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40648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7004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265BA18" wp14:editId="34351F84">
                <wp:simplePos x="0" y="0"/>
                <wp:positionH relativeFrom="margin">
                  <wp:posOffset>5288280</wp:posOffset>
                </wp:positionH>
                <wp:positionV relativeFrom="paragraph">
                  <wp:posOffset>113030</wp:posOffset>
                </wp:positionV>
                <wp:extent cx="1905000" cy="685800"/>
                <wp:effectExtent l="0" t="0" r="0" b="0"/>
                <wp:wrapNone/>
                <wp:docPr id="565275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81DCC" w14:textId="77777777" w:rsidR="000608C4" w:rsidRPr="003132E8" w:rsidRDefault="000608C4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28D0902F" w14:textId="586E163E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Saber</w:t>
                            </w:r>
                          </w:p>
                          <w:p w14:paraId="2A36B368" w14:textId="31C7F2CF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más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5BA18" id="_x0000_s1043" type="#_x0000_t202" style="position:absolute;margin-left:416.4pt;margin-top:8.9pt;width:150pt;height:54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oanC7wEAAMUDAAAOAAAAZHJzL2Uyb0RvYy54bWysU9tu2zAMfR+wfxD0vtgJkC414hRduw4D ugvQ7QMUWY6FSaJGKbGzrx8l22mxvQ17EY5N8ZDnkNreDNawk8KgwdV8uSg5U05Co92h5t+/PbzZ cBaicI0w4FTNzyrwm93rV9veV2oFHZhGISMSF6re17yL0VdFEWSnrAgL8MpRsAW0ItInHooGRU/s 1hSrsrwqesDGI0gVAv29H4N8l/nbVsn4pW2DiszUnHqL+cR87tNZ7LaiOqDwnZZTG+IfurBCOyp6 oboXUbAj6r+orJYIAdq4kGALaFstVdZAapblH2qeOuFV1kLmBH+xKfw/Wvn59OS/IovDOxhogFlE 8I8gfwTm4K4T7qBuEaHvlGio8DJZVvQ+VFNqsjpUIZHs+0/Q0JDFMUImGlq0yRXSyYidBnC+mK6G yGQqeV2uy5JCkmJXm/WGcCohqjnbY4gfFFiWQM2RhprZxekxxPHqfCUVc/CgjcmDNY71Nb9er9Y5 4UXE6kh7Z7StORVM9XNCEvneNRlHoc2IqRfjJtVJ6Cg5DvuB6YYUvE3JyYU9NGfyAWHcM3oXBDrA X5z1tGM1Dz+PAhVn5qMjL9NCzgBnsJ+BcJJSax45G+FdzIs7arwlj1ud5T9XnnqkXckGTnudlvHl d771/Pp2vwEAAP//AwBQSwMEFAAGAAgAAAAhAALk8AneAAAACwEAAA8AAABkcnMvZG93bnJldi54 bWxMj81OwzAQhO9IvIO1SNyo0yBKCHGqCsEJCZGGA0cn3iZW43WI3Ta8PVsucNqfGc1+W6xnN4gj TsF6UrBcJCCQWm8sdQo+6pebDESImowePKGCbwywLi8vCp0bf6IKj9vYCQ6hkGsFfYxjLmVoe3Q6 LPyIxNrOT05HHqdOmkmfONwNMk2SlXTaEl/o9YhPPbb77cEp2HxS9Wy/3pr3alfZun5I6HW1V+r6 at48gog4xz8znPEZHUpmavyBTBCDguw2ZfTIwj3Xs2H5u2m4S+8ykGUh//9Q/gAAAP//AwBQSwEC LQAUAAYACAAAACEAtoM4kv4AAADhAQAAEwAAAAAAAAAAAAAAAAAAAAAAW0NvbnRlbnRfVHlwZXNd LnhtbFBLAQItABQABgAIAAAAIQA4/SH/1gAAAJQBAAALAAAAAAAAAAAAAAAAAC8BAABfcmVscy8u cmVsc1BLAQItABQABgAIAAAAIQDwoanC7wEAAMUDAAAOAAAAAAAAAAAAAAAAAC4CAABkcnMvZTJv RG9jLnhtbFBLAQItABQABgAIAAAAIQAC5PAJ3gAAAAsBAAAPAAAAAAAAAAAAAAAAAEkEAABkcnMv ZG93bnJldi54bWxQSwUGAAAAAAQABADzAAAAVAUAAAAA " filled="f" stroked="f">
                <v:textbox inset="0,0,0,0">
                  <w:txbxContent>
                    <w:p w14:paraId="12581DCC" w14:textId="77777777" w:rsidR="000608C4" w:rsidRPr="003132E8" w:rsidRDefault="000608C4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28D0902F" w14:textId="586E163E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Saber</w:t>
                      </w:r>
                    </w:p>
                    <w:p w14:paraId="2A36B368" w14:textId="31C7F2CF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más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0EA5A8A" wp14:editId="63BCB270">
                <wp:simplePos x="0" y="0"/>
                <wp:positionH relativeFrom="margin">
                  <wp:posOffset>3647440</wp:posOffset>
                </wp:positionH>
                <wp:positionV relativeFrom="paragraph">
                  <wp:posOffset>163830</wp:posOffset>
                </wp:positionV>
                <wp:extent cx="1905000" cy="685800"/>
                <wp:effectExtent l="0" t="0" r="0" b="0"/>
                <wp:wrapNone/>
                <wp:docPr id="1373199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A3868" w14:textId="77777777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3032CDD7" w14:textId="1F77E5EA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Microsoft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A5A8A" id="_x0000_s1044" type="#_x0000_t202" style="position:absolute;margin-left:287.2pt;margin-top:12.9pt;width:150pt;height:54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5Bj67gEAAMUDAAAOAAAAZHJzL2Uyb0RvYy54bWysU8Fu2zAMvQ/YPwi6L3YCpEiNOEXXrsOA bivQ7QMUWY6FSaJGKbGzrx8l22mx3YZdhGdTfOR7pLY3gzXspDBocDVfLkrOlJPQaHeo+fdvD+82 nIUoXCMMOFXzswr8Zvf2zbb3lVpBB6ZRyIjEhar3Ne9i9FVRBNkpK8ICvHIUbAGtiPSJh6JB0RO7 NcWqLK+KHrDxCFKFQH/vxyDfZf62VTJ+bdugIjM1p95iPjGf+3QWu62oDih8p+XUhviHLqzQjope qO5FFOyI+i8qqyVCgDYuJNgC2lZLlTWQmmX5h5rnTniVtZA5wV9sCv+PVn45PfsnZHF4DwMNMIsI /hHkj8Ac3HXCHdQtIvSdEg0VXibLit6HakpNVocqJJJ9/xkaGrI4RshEQ4s2uUI6GbHTAM4X09UQ mUwlr8t1WVJIUuxqs94QTiVENWd7DPGjAssSqDnSUDO7OD2GOF6dr6RiDh60MXmwxrG+5tfr1Ton vIpYHWnvjLY1p4Kpfk5IIj+4JuMotBkx9WLcpDoJHSXHYT8w3ZCCTUpOLuyhOZMPCOOe0bsg0AH+ 4qynHat5+HkUqDgznxx5mRZyBjiD/QyEk5Ra88jZCO9iXtxR4y153Oos/6Xy1CPtSjZw2uu0jK+/ 862X17f7DQAA//8DAFBLAwQUAAYACAAAACEAguI7nt4AAAAKAQAADwAAAGRycy9kb3ducmV2Lnht bEyPTU/DMAyG70j8h8hI3FjKviil6TQhOCEhunLgmDZeG61xSpNt5d9juMDR9qPXz5tvJteLE47B elJwO0tAIDXeWGoVvFfPNymIEDUZ3XtCBV8YYFNcXuQ6M/5MJZ52sRUcQiHTCroYh0zK0HTodJj5 AYlvez86HXkcW2lGfeZw18t5kqyl05b4Q6cHfOywOeyOTsH2g8on+/lav5X70lbVfUIv64NS11fT 9gFExCn+wfCjz+pQsFPtj2SC6BWs7pZLRhXMV1yBgfR3UTO5WKQgi1z+r1B8AwAA//8DAFBLAQIt ABQABgAIAAAAIQC2gziS/gAAAOEBAAATAAAAAAAAAAAAAAAAAAAAAABbQ29udGVudF9UeXBlc10u eG1sUEsBAi0AFAAGAAgAAAAhADj9If/WAAAAlAEAAAsAAAAAAAAAAAAAAAAALwEAAF9yZWxzLy5y ZWxzUEsBAi0AFAAGAAgAAAAhAOLkGPruAQAAxQMAAA4AAAAAAAAAAAAAAAAALgIAAGRycy9lMm9E b2MueG1sUEsBAi0AFAAGAAgAAAAhAILiO57eAAAACgEAAA8AAAAAAAAAAAAAAAAASAQAAGRycy9k b3ducmV2LnhtbFBLBQYAAAAABAAEAPMAAABTBQAAAAA= " filled="f" stroked="f">
                <v:textbox inset="0,0,0,0">
                  <w:txbxContent>
                    <w:p w14:paraId="505A3868" w14:textId="77777777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3032CDD7" w14:textId="1F77E5EA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Microsoft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CE65651" wp14:editId="4D946101">
                <wp:simplePos x="0" y="0"/>
                <wp:positionH relativeFrom="margin">
                  <wp:posOffset>2037080</wp:posOffset>
                </wp:positionH>
                <wp:positionV relativeFrom="paragraph">
                  <wp:posOffset>109220</wp:posOffset>
                </wp:positionV>
                <wp:extent cx="1300480" cy="685800"/>
                <wp:effectExtent l="0" t="0" r="13970" b="0"/>
                <wp:wrapNone/>
                <wp:docPr id="16517198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048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AF5A4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424CDFD7" w14:textId="54F1FA44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1A3409DC" w14:textId="0D1BD6C3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ORACLE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65651" id="_x0000_s1045" type="#_x0000_t202" style="position:absolute;margin-left:160.4pt;margin-top:8.6pt;width:102.4pt;height:54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MGOe8gEAAMUDAAAOAAAAZHJzL2Uyb0RvYy54bWysU8Fu2zAMvQ/YPwi6L3aypUiNOEXXrsOA rhvQ9QMYWY6FSaImKbGzrx8lx2mx3Yr5INCm+cj3+LS+GoxmB+mDQlvz+azkTFqBjbK7mj/9uHu3 4ixEsA1otLLmRxn41ebtm3XvKrnADnUjPSMQG6re1byL0VVFEUQnDYQZOmkp2aI3EOnV74rGQ0/o RheLsrwoevSN8yhkCPT1dkzyTcZvWynit7YNMjJdc5ot5tPnc5vOYrOGaufBdUqcxoBXTGFAWWp6 hrqFCGzv1T9QRgmPAds4E2gKbFslZOZAbOblX2weO3AycyFxgjvLFP4frHg4PLrvnsXhIw60wEwi uHsUPwOzeNOB3clr77HvJDTUeJ4kK3oXqlNpkjpUIYFs+6/Y0JJhHzEDDa03SRXiyQidFnA8iy6H yERq+b4sP6woJSh3sVquyryVAqqp2vkQP0s0LAU197TUjA6H+xDTNFBNv6RmFu+U1nmx2rK+5pfL xTIXvMgYFcl3WpmaU0N6Rickkp9sk4sjKD3G1EDbE+tEdKQch+3AVEMMLlNxUmGLzZF08Dj6jO4F BR3635z15LGah1978JIz/cWSlsmQU+CnYDsFYAWV1jxyNoY3MRt35HhNGrcq03/ufJqRvJJVOfk6 mfHle/7r+fZt/gAAAP//AwBQSwMEFAAGAAgAAAAhAMga4UPeAAAACgEAAA8AAABkcnMvZG93bnJl di54bWxMj8FOwzAQRO9I/IO1SNyojVEChDhVheCEhEjDgaMTu4nVeB1itw1/z3Kix9kZzbwt14sf 2dHO0QVUcLsSwCx2wTjsFXw2rzcPwGLSaPQY0Cr4sRHW1eVFqQsTTljb4zb1jEowFlrBkNJUcB67 wXodV2GySN4uzF4nknPPzaxPVO5HLoXIudcOaWHQk30ebLffHryCzRfWL+77vf2od7VrmkeBb/le qeurZfMELNkl/YfhD5/QoSKmNhzQRDYquJOC0BMZ9xIYBTKZ5cBaOshMAq9Kfv5C9QsAAP//AwBQ SwECLQAUAAYACAAAACEAtoM4kv4AAADhAQAAEwAAAAAAAAAAAAAAAAAAAAAAW0NvbnRlbnRfVHlw ZXNdLnhtbFBLAQItABQABgAIAAAAIQA4/SH/1gAAAJQBAAALAAAAAAAAAAAAAAAAAC8BAABfcmVs cy8ucmVsc1BLAQItABQABgAIAAAAIQAQMGOe8gEAAMUDAAAOAAAAAAAAAAAAAAAAAC4CAABkcnMv ZTJvRG9jLnhtbFBLAQItABQABgAIAAAAIQDIGuFD3gAAAAoBAAAPAAAAAAAAAAAAAAAAAEwEAABk cnMvZG93bnJldi54bWxQSwUGAAAAAAQABADzAAAAVwUAAAAA " filled="f" stroked="f">
                <v:textbox inset="0,0,0,0">
                  <w:txbxContent>
                    <w:p w14:paraId="621AF5A4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424CDFD7" w14:textId="54F1FA44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1A3409DC" w14:textId="0D1BD6C3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ORACLE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64E0D16" wp14:editId="15DE9B6C">
                <wp:simplePos x="0" y="0"/>
                <wp:positionH relativeFrom="margin">
                  <wp:posOffset>182880</wp:posOffset>
                </wp:positionH>
                <wp:positionV relativeFrom="paragraph">
                  <wp:posOffset>118110</wp:posOffset>
                </wp:positionV>
                <wp:extent cx="1905000" cy="685800"/>
                <wp:effectExtent l="0" t="0" r="0" b="0"/>
                <wp:wrapNone/>
                <wp:docPr id="6252719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7E662" w14:textId="77777777" w:rsidR="000608C4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VOGO eBS </w:t>
                            </w:r>
                          </w:p>
                          <w:p w14:paraId="3E64AA6A" w14:textId="3F4E86D8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</w:t>
                            </w:r>
                          </w:p>
                          <w:p w14:paraId="36EA6758" w14:textId="267BB449" w:rsidR="00D979D1" w:rsidRPr="003132E8" w:rsidRDefault="00D979D1" w:rsidP="00D979D1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SAP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E0D16" id="_x0000_s1046" type="#_x0000_t202" style="position:absolute;margin-left:14.4pt;margin-top:9.3pt;width:150pt;height:5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3pxa7gEAAMUDAAAOAAAAZHJzL2Uyb0RvYy54bWysU8Fu2zAMvQ/YPwi6L3YCpEiNKEXXrsOA bivQ7QMUWY6FSaJGKbGzrx8lJ2mx3YZdhGdTfOR7pNY3o7PsoDEa8ILPZzVn2itojd8J/v3bw7sV ZzFJ30oLXgt+1JHfbN6+WQ+h0QvowbYaGZH42AxB8D6l0FRVVL12Ms4gaE/BDtDJRJ+4q1qUA7E7 Wy3q+qoaANuAoHSM9Pd+CvJN4e86rdLXros6MSs49ZbKieXc5rParGWzQxl6o05tyH/owknjqeiF 6l4myfZo/qJyRiFE6NJMgaug64zSRQOpmdd/qHnuZdBFC5kTw8Wm+P9o1ZfDc3hClsb3MNIAi4gY HkH9iMzDXS/9Tt8iwtBr2VLhebasGkJsTqnZ6tjETLIdPkNLQ5b7BIVo7NBlV0gnI3YawPFiuh4T U7nkdb2sawopil2tlivCuYRsztkBY/qowbEMBEcaamGXh8eYpqvnK7mYhwdjbRms9WwQ/Hq5WJaE VxFnEu2dNU5wKpjrl4Qs8oNvC07S2AlTL9afVGehk+Q0bkdmWsEXJTm7sIX2SD4gTHtG74JAD/iL s4F2TPD4cy9Rc2Y/efIyL+QZ4Blsz0B6RamCJ84meJfK4k4ab8njzhT5L5VPPdKuFANPe52X8fV3 ufXy+ja/AQAA//8DAFBLAwQUAAYACAAAACEAwaCZDNwAAAAJAQAADwAAAGRycy9kb3ducmV2Lnht bEyPwU7DMAyG70i8Q2QkbiylSFUpTacJwQkJ0ZUDx7Tx2miNU5ps695+hgsc/f3W78/lenGjOOIc rCcF96sEBFLnjaVewWfzepeDCFGT0aMnVHDGAOvq+qrUhfEnqvG4jb3gEgqFVjDEOBVShm5Ap8PK T0ic7fzsdORx7qWZ9YnL3SjTJMmk05b4wqAnfB6w228PTsHmi+oX+/3eftS72jbNY0Jv2V6p25tl 8wQi4hL/luFHn9WhYqfWH8gEMSpIczaPzPMMBOcPv6BlkGYZyKqU/z+oLgAAAP//AwBQSwECLQAU AAYACAAAACEAtoM4kv4AAADhAQAAEwAAAAAAAAAAAAAAAAAAAAAAW0NvbnRlbnRfVHlwZXNdLnht bFBLAQItABQABgAIAAAAIQA4/SH/1gAAAJQBAAALAAAAAAAAAAAAAAAAAC8BAABfcmVscy8ucmVs c1BLAQItABQABgAIAAAAIQDE3pxa7gEAAMUDAAAOAAAAAAAAAAAAAAAAAC4CAABkcnMvZTJvRG9j LnhtbFBLAQItABQABgAIAAAAIQDBoJkM3AAAAAkBAAAPAAAAAAAAAAAAAAAAAEgEAABkcnMvZG93 bnJldi54bWxQSwUGAAAAAAQABADzAAAAUQUAAAAA " filled="f" stroked="f">
                <v:textbox inset="0,0,0,0">
                  <w:txbxContent>
                    <w:p w14:paraId="4297E662" w14:textId="77777777" w:rsidR="000608C4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VOGO eBS </w:t>
                      </w:r>
                    </w:p>
                    <w:p w14:paraId="3E64AA6A" w14:textId="3F4E86D8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for</w:t>
                      </w:r>
                    </w:p>
                    <w:p w14:paraId="36EA6758" w14:textId="267BB449" w:rsidR="00D979D1" w:rsidRPr="003132E8" w:rsidRDefault="00D979D1" w:rsidP="00D979D1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SAP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D1B972" w14:textId="11815C85" w:rsidR="003E1881" w:rsidRPr="003132E8" w:rsidRDefault="003E1881"/>
    <w:p w14:paraId="3B941526" w14:textId="39223720" w:rsidR="003E1881" w:rsidRPr="003132E8" w:rsidRDefault="003E1881"/>
    <w:p w14:paraId="7953D4D0" w14:textId="3CB557F0" w:rsidR="000608C4" w:rsidRPr="003132E8" w:rsidRDefault="000608C4" w:rsidP="000608C4">
      <w:pPr>
        <w:tabs>
          <w:tab w:val="left" w:pos="2832"/>
        </w:tabs>
      </w:pPr>
    </w:p>
    <w:p w14:paraId="3A4EF84A" w14:textId="122EBF90" w:rsidR="003132E8" w:rsidRPr="000A741D" w:rsidRDefault="003132E8" w:rsidP="003132E8">
      <w:pPr>
        <w:spacing w:after="80"/>
        <w:rPr>
          <w:noProof w:val="0"/>
          <w:lang w:val="ro-RO"/>
        </w:rPr>
      </w:pPr>
      <w:r>
        <w:rPr>
          <w:rFonts w:ascii="Arial" w:eastAsia="Arial" w:hAnsi="Arial" w:cs="Arial"/>
          <w:b/>
          <w:bCs/>
          <w:noProof w:val="0"/>
          <w:color w:val="1B3F7F"/>
          <w:sz w:val="32"/>
          <w:szCs w:val="32"/>
          <w:lang w:val="ro-RO"/>
        </w:rPr>
        <w:lastRenderedPageBreak/>
        <w:t>Módulos de la Plataforma VOGO eBS</w:t>
      </w:r>
    </w:p>
    <w:p w14:paraId="02980CEC" w14:textId="577D72F0" w:rsidR="003132E8" w:rsidRPr="000A741D" w:rsidRDefault="0001000F" w:rsidP="003132E8">
      <w:pPr>
        <w:spacing w:after="240"/>
        <w:rPr>
          <w:noProof w:val="0"/>
          <w:lang w:val="ro-RO"/>
        </w:rPr>
      </w:pPr>
      <w:r>
        <w:rPr>
          <w:rFonts w:ascii="Arial" w:eastAsia="Arial" w:hAnsi="Arial" w:cs="Arial"/>
          <w:noProof w:val="0"/>
          <w:color w:val="555555"/>
          <w:sz w:val="20"/>
          <w:szCs w:val="20"/>
          <w:lang w:val="ro-RO"/>
        </w:rPr>
        <w:t>Cada módulo cubre un dominio empresarial específico. Juntos forman el ecosistema integrado que moderniza y optimiza la forma en que las organizaciones operan, crecen e innovan. La tecnología se ha convertido en un requisito indispensable para la adaptabilidad.</w:t>
      </w:r>
    </w:p>
    <w:tbl>
      <w:tblPr>
        <w:tblW w:w="10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2"/>
        <w:gridCol w:w="5583"/>
      </w:tblGrid>
      <w:tr w:rsidR="003132E8" w:rsidRPr="000A741D" w14:paraId="6611837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E346BA4" w14:textId="338306F1" w:rsidR="003132E8" w:rsidRPr="000A741D" w:rsidRDefault="00A933EB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708416" behindDoc="0" locked="0" layoutInCell="1" allowOverlap="1" wp14:anchorId="3DF7D02B" wp14:editId="512BB910">
                  <wp:simplePos x="0" y="0"/>
                  <wp:positionH relativeFrom="column">
                    <wp:posOffset>2868929</wp:posOffset>
                  </wp:positionH>
                  <wp:positionV relativeFrom="paragraph">
                    <wp:posOffset>-25823</wp:posOffset>
                  </wp:positionV>
                  <wp:extent cx="296333" cy="296333"/>
                  <wp:effectExtent l="0" t="0" r="8890" b="8890"/>
                  <wp:wrapNone/>
                  <wp:docPr id="1774345298" name="Picture 11" descr="Download Free Web form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Download Free Web form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945" cy="29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Formularios &amp; Diseñador de Servicios Digitales  </w:t>
            </w:r>
          </w:p>
          <w:p w14:paraId="5C122501" w14:textId="42666602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Cree y publique formularios y servicios digitales sin código. Elimine el papel, acelere las interacciones y ofrezca una experiencia moderna a sus clientes desde cualquier lugar.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Plataforma no-code para crear formularios web y móviles para servicios digitales dirigidos a ciudadanos y clientes. Aplicaciones Web &amp; Móviles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3F229192" w14:textId="02AF4931" w:rsidR="003132E8" w:rsidRPr="000A741D" w:rsidRDefault="00536F7B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709440" behindDoc="0" locked="0" layoutInCell="1" allowOverlap="1" wp14:anchorId="5C2914D1" wp14:editId="2B5EA14B">
                  <wp:simplePos x="0" y="0"/>
                  <wp:positionH relativeFrom="column">
                    <wp:posOffset>2972012</wp:posOffset>
                  </wp:positionH>
                  <wp:positionV relativeFrom="paragraph">
                    <wp:posOffset>-84878</wp:posOffset>
                  </wp:positionV>
                  <wp:extent cx="355600" cy="355600"/>
                  <wp:effectExtent l="0" t="0" r="6350" b="6350"/>
                  <wp:wrapNone/>
                  <wp:docPr id="870602655" name="Picture 12" descr="Captive Portal icon - Free Download PNG &amp; SVG | Stream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Captive Portal icon - Free Download PNG &amp; SVG | Stream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10DD6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VOGO Portal</w:t>
            </w:r>
          </w:p>
          <w:p w14:paraId="2C3771B2" w14:textId="7A7DE09D" w:rsidR="003132E8" w:rsidRPr="000A741D" w:rsidRDefault="00510DD6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Portal web corporativo para presentar la organización, sus servicios e interacción digital con clientes y ciudadanos. Un espacio digital unificado a través del cual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socios, clientes y equipos internos acceden a información, inician solicitudes y colaboran en tiempo real. Mantenimiento sencillo, administración y definición de nuevas páginas.</w:t>
            </w:r>
          </w:p>
        </w:tc>
      </w:tr>
      <w:tr w:rsidR="003132E8" w:rsidRPr="000A741D" w14:paraId="4126518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8ED6936" w14:textId="2E8FE06F" w:rsidR="003132E8" w:rsidRPr="000A741D" w:rsidRDefault="000E7AE9" w:rsidP="00C0346D">
            <w:pPr>
              <w:spacing w:before="50"/>
              <w:rPr>
                <w:noProof w:val="0"/>
                <w:lang w:val="ro-RO"/>
              </w:rPr>
            </w:pPr>
            <w:r>
              <w:drawing>
                <wp:anchor distT="0" distB="0" distL="114300" distR="114300" simplePos="0" relativeHeight="251710464" behindDoc="0" locked="0" layoutInCell="1" allowOverlap="1" wp14:anchorId="70979F01" wp14:editId="5C191250">
                  <wp:simplePos x="0" y="0"/>
                  <wp:positionH relativeFrom="column">
                    <wp:posOffset>2814109</wp:posOffset>
                  </wp:positionH>
                  <wp:positionV relativeFrom="paragraph">
                    <wp:posOffset>-41698</wp:posOffset>
                  </wp:positionV>
                  <wp:extent cx="372533" cy="372533"/>
                  <wp:effectExtent l="0" t="0" r="8890" b="8890"/>
                  <wp:wrapNone/>
                  <wp:docPr id="851564050" name="Picture 13" descr="User Access Management | Basics Explain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User Access Management | Basics Explain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251" cy="374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Identidad &amp; Gestión de Acceso de Usuarios</w:t>
            </w:r>
            <w:r>
              <w:t xml:space="preserve"> </w:t>
            </w:r>
          </w:p>
          <w:p w14:paraId="56EA158E" w14:textId="41047D6C" w:rsidR="003132E8" w:rsidRPr="000A741D" w:rsidRDefault="003132E8" w:rsidP="00F820ED">
            <w:pPr>
              <w:spacing w:before="80"/>
              <w:jc w:val="both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Controle quién accede a qué y cuándo. Seguridad enterprise con roles granulares, autenticación SSO y registros de auditoría completos — cumplimiento sin compromisos.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D49D9BA" w14:textId="7A6C1781" w:rsidR="003132E8" w:rsidRPr="00AC734E" w:rsidRDefault="00872848" w:rsidP="00C0346D">
            <w:pPr>
              <w:rPr>
                <w:noProof w:val="0"/>
                <w:sz w:val="28"/>
                <w:szCs w:val="28"/>
                <w:lang w:val="ro-RO"/>
              </w:rPr>
            </w:pPr>
            <w:r>
              <w:drawing>
                <wp:anchor distT="0" distB="0" distL="114300" distR="114300" simplePos="0" relativeHeight="251711488" behindDoc="0" locked="0" layoutInCell="1" allowOverlap="1" wp14:anchorId="5BF18EB4" wp14:editId="7A3D1FBA">
                  <wp:simplePos x="0" y="0"/>
                  <wp:positionH relativeFrom="column">
                    <wp:posOffset>2992967</wp:posOffset>
                  </wp:positionH>
                  <wp:positionV relativeFrom="paragraph">
                    <wp:posOffset>-117686</wp:posOffset>
                  </wp:positionV>
                  <wp:extent cx="437707" cy="482600"/>
                  <wp:effectExtent l="0" t="0" r="635" b="0"/>
                  <wp:wrapNone/>
                  <wp:docPr id="383280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28036" name=""/>
                          <pic:cNvPicPr/>
                        </pic:nvPicPr>
                        <pic:blipFill>
                          <a:blip r:embed="rId19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707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2E7D32"/>
              </w:rPr>
              <w:t>GIS</w:t>
            </w:r>
          </w:p>
          <w:p w14:paraId="4532990D" w14:textId="1D71ACC5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Visualice las operaciones en el mapa en tiempo real. Tome decisiones más rápidas en logística, entrega y ser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vicios de campo, basadas en datos geográficos precisos. GeoServer, Open Layers, PostGIS</w:t>
            </w:r>
          </w:p>
        </w:tc>
      </w:tr>
      <w:tr w:rsidR="003132E8" w:rsidRPr="000A741D" w14:paraId="2634833C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6127EA8" w14:textId="003AB4C8" w:rsidR="003132E8" w:rsidRPr="00AC734E" w:rsidRDefault="001002FF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1CDE4744" wp14:editId="0AA97C44">
                  <wp:simplePos x="0" y="0"/>
                  <wp:positionH relativeFrom="column">
                    <wp:posOffset>2691553</wp:posOffset>
                  </wp:positionH>
                  <wp:positionV relativeFrom="paragraph">
                    <wp:posOffset>-142663</wp:posOffset>
                  </wp:positionV>
                  <wp:extent cx="609600" cy="533400"/>
                  <wp:effectExtent l="0" t="0" r="0" b="0"/>
                  <wp:wrapNone/>
                  <wp:docPr id="962315950" name="Picture 17" descr="Are You Ready for Agentic AI? | The Canton Gr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Are You Ready for Agentic AI? | The Canton Gro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aturation sat="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975" cy="544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Soluciones IA Agénticas — Chatbots, Asistentes &amp; Automatización (LLM, RAG, LangChain y más)</w:t>
            </w:r>
          </w:p>
          <w:p w14:paraId="3E91F256" w14:textId="6BCF0689" w:rsidR="003132E8" w:rsidRPr="00F820ED" w:rsidRDefault="00E95BA4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Desarrollamos chatbots, asistentes y agentes de IA personalizados, integrados directamente en sus sistemas existentes — CRM, ERP, ticketing, procesamiento de documentos — utilizando las mejores APIs LLM (OpenAI, Anthropic, Google) o modelos de código abierto ejecutados localmente para total privacidad de datos. Desde bases de conocimiento inteligentes (RAG) y flujos multi-agente con memoria persistente y seguridad RGPD, hasta despliegue en la nube o on-premise — transformamos la IA de una herramienta genérica en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una ventaja competitiva real y medible para su organización.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00A981A" w14:textId="604CC66B" w:rsidR="003132E8" w:rsidRPr="00510DD6" w:rsidRDefault="00B948DF" w:rsidP="00C0346D">
            <w:pPr>
              <w:spacing w:before="50"/>
              <w:rPr>
                <w:noProof w:val="0"/>
                <w:sz w:val="20"/>
                <w:szCs w:val="20"/>
                <w:lang w:val="ro-RO"/>
              </w:rPr>
            </w:pPr>
            <w:r>
              <w:drawing>
                <wp:anchor distT="0" distB="0" distL="114300" distR="114300" simplePos="0" relativeHeight="251656190" behindDoc="0" locked="0" layoutInCell="1" allowOverlap="1" wp14:anchorId="5FCD8096" wp14:editId="0F06065F">
                  <wp:simplePos x="0" y="0"/>
                  <wp:positionH relativeFrom="column">
                    <wp:posOffset>2998470</wp:posOffset>
                  </wp:positionH>
                  <wp:positionV relativeFrom="paragraph">
                    <wp:posOffset>-49530</wp:posOffset>
                  </wp:positionV>
                  <wp:extent cx="533400" cy="533400"/>
                  <wp:effectExtent l="0" t="0" r="0" b="0"/>
                  <wp:wrapNone/>
                  <wp:docPr id="1831286070" name="Picture 18" descr="Mobile App Icon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Mobile App Icon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Framework de Aplicaciones Móviles (VOGO MAF)</w:t>
            </w:r>
          </w:p>
          <w:p w14:paraId="3179BC2B" w14:textId="301C16A3" w:rsidR="00B63532" w:rsidRPr="00E9561F" w:rsidRDefault="004E7F15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La biblioteca VOGO MAF cubre todo el ciclo de vida de la aplicación móvil — autenticación segura (Apple, Google, Facebook, OTP/PIN), mapas y rutas en tiempo real, facturas y pagos, notificaciones push Firebase, escaneo QR/código de barras, chat integrado, perfil de usuario, eCommerce, integración REST/XML. Una sola base de código, despliegue asistido en Apple Store y Google Play bajo su marca. Comercialización más rápida, costos y riesgos reducidos frente a una solución desarrollada desde cero. Todo integrado con VOGO Enterprise Business Suite. ¿Ya tiene un sitio eCommerce? Publíquelo rápidamente como app móvil mediante el plug-in VOGO para E-COMMERCE y VOGO MAF Essentials. </w:t>
            </w:r>
          </w:p>
        </w:tc>
      </w:tr>
      <w:tr w:rsidR="003132E8" w:rsidRPr="000A741D" w14:paraId="1DF961BE" w14:textId="77777777" w:rsidTr="00AF7201"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79B4C18" w14:textId="069EE66B" w:rsidR="003132E8" w:rsidRPr="00210C56" w:rsidRDefault="00B50B91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17632" behindDoc="0" locked="0" layoutInCell="1" allowOverlap="1" wp14:anchorId="4C7BBC08" wp14:editId="70EE3DA8">
                  <wp:simplePos x="0" y="0"/>
                  <wp:positionH relativeFrom="column">
                    <wp:posOffset>2590845</wp:posOffset>
                  </wp:positionH>
                  <wp:positionV relativeFrom="paragraph">
                    <wp:posOffset>-4868</wp:posOffset>
                  </wp:positionV>
                  <wp:extent cx="627917" cy="499533"/>
                  <wp:effectExtent l="0" t="0" r="1270" b="0"/>
                  <wp:wrapNone/>
                  <wp:docPr id="822505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50514" name=""/>
                          <pic:cNvPicPr/>
                        </pic:nvPicPr>
                        <pic:blipFill>
                          <a:blip r:embed="rId22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908" cy="50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2E7D32"/>
              </w:rPr>
              <w:t>Gestión de Pedidos — Gestión de Pedidos de Clientes</w:t>
            </w:r>
          </w:p>
          <w:p w14:paraId="2BC31082" w14:textId="605E875F" w:rsidR="003132E8" w:rsidRPr="000A741D" w:rsidRDefault="00231317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Gestione todo el ciclo de vida del pedido — desde la recepción del pedido, la asignación automática con pedidos de proveedores y la división inteligente por vendedor, hasta la gestión de estados, responsables, entregas y pagos, con notificaciones en tiempo real para cada parte implicada. Tres interfaces nativas sincronizadas — app cliente, app vendedor y backend de administración, disponibles en móvi</w:t>
            </w:r>
            <w:r w:rsidR="00536F7B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5D1241" w14:textId="1ECDEFE5" w:rsidR="003132E8" w:rsidRPr="00210C56" w:rsidRDefault="003140AD" w:rsidP="00C0346D">
            <w:pP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18656" behindDoc="0" locked="0" layoutInCell="1" allowOverlap="1" wp14:anchorId="36D67A5E" wp14:editId="4E7C2FF5">
                  <wp:simplePos x="0" y="0"/>
                  <wp:positionH relativeFrom="column">
                    <wp:posOffset>2905759</wp:posOffset>
                  </wp:positionH>
                  <wp:positionV relativeFrom="paragraph">
                    <wp:posOffset>-47202</wp:posOffset>
                  </wp:positionV>
                  <wp:extent cx="491067" cy="491067"/>
                  <wp:effectExtent l="0" t="0" r="4445" b="4445"/>
                  <wp:wrapNone/>
                  <wp:docPr id="964973863" name="Picture 20" descr="Project management - Free business and finan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Project management - Free business and finan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61" cy="493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BF6000"/>
              </w:rPr>
              <w:t>VOGO Enterprise Projects - Gestión de Proyectos</w:t>
            </w:r>
          </w:p>
          <w:p w14:paraId="0E924F50" w14:textId="67333DB5" w:rsidR="00186D9E" w:rsidRPr="00186D9E" w:rsidRDefault="002D7315" w:rsidP="00536F7B">
            <w:pPr>
              <w:spacing w:before="80"/>
              <w:rPr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Defina proyectos con estructuras EDT completas, equipos y roles, KPIs financieros y operativos, riesgos y medidas de mitigación — todo supervisado automáticamente en tiempo real, con vistas Gantt, Kanban e issues abiertos para cada fase. Integrado con sistemas ERP (contabilidad, fina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nzas, activos fijos y centros de coste, presupuestación, SIG), VOGO Projects transforma la gestión de proyectos de un proceso manual a un sistema de control completo, desde el inicio hasta el informe financiero final. </w:t>
            </w:r>
          </w:p>
        </w:tc>
      </w:tr>
      <w:tr w:rsidR="003132E8" w:rsidRPr="000A741D" w14:paraId="2DFEA675" w14:textId="77777777" w:rsidTr="00867DD0">
        <w:trPr>
          <w:trHeight w:hRule="exact" w:val="1584"/>
        </w:trPr>
        <w:tc>
          <w:tcPr>
            <w:tcW w:w="5222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32779EA" w14:textId="171B4167" w:rsidR="003132E8" w:rsidRPr="00210C56" w:rsidRDefault="00F02A8E" w:rsidP="00C0346D">
            <w:pPr>
              <w:rPr>
                <w:noProof w:val="0"/>
                <w:sz w:val="32"/>
                <w:szCs w:val="32"/>
                <w:lang w:val="ro-RO"/>
              </w:rPr>
            </w:pPr>
            <w:r>
              <w:lastRenderedPageBreak/>
              <w:drawing>
                <wp:anchor distT="0" distB="0" distL="114300" distR="114300" simplePos="0" relativeHeight="251719680" behindDoc="0" locked="0" layoutInCell="1" allowOverlap="1" wp14:anchorId="60E68C27" wp14:editId="4F9C4798">
                  <wp:simplePos x="0" y="0"/>
                  <wp:positionH relativeFrom="column">
                    <wp:posOffset>2767330</wp:posOffset>
                  </wp:positionH>
                  <wp:positionV relativeFrom="paragraph">
                    <wp:posOffset>-30903</wp:posOffset>
                  </wp:positionV>
                  <wp:extent cx="440267" cy="440267"/>
                  <wp:effectExtent l="0" t="0" r="0" b="0"/>
                  <wp:wrapNone/>
                  <wp:docPr id="1543611472" name="Picture 21" descr="Download Free Invoice Icons in PNG &amp;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Download Free Invoice Icons in PNG &amp; 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alphaModFix amt="3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267" cy="440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color w:val="BF6000"/>
                <w:sz w:val="24"/>
                <w:szCs w:val="24"/>
              </w:rPr>
              <w:t>Facturación Integrada</w:t>
            </w:r>
          </w:p>
          <w:p w14:paraId="1C7CA8DA" w14:textId="23FF6039" w:rsidR="003132E8" w:rsidRPr="000A741D" w:rsidRDefault="00FA7B1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Las facturas se emiten automáticamente en base a los pedidos. Opciones de emisión manual de facturas. Integración de factura electrónica. Opciones de pago de facturas integradas con procesadores de pago seguros y autorizados. Informes y rec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ordatorios automatizados.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566786E" w14:textId="15E84745" w:rsidR="003132E8" w:rsidRPr="00210C56" w:rsidRDefault="00353684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0704" behindDoc="0" locked="0" layoutInCell="1" allowOverlap="1" wp14:anchorId="134FC5C2" wp14:editId="2279F5F2">
                  <wp:simplePos x="0" y="0"/>
                  <wp:positionH relativeFrom="column">
                    <wp:posOffset>2726937</wp:posOffset>
                  </wp:positionH>
                  <wp:positionV relativeFrom="paragraph">
                    <wp:posOffset>-64981</wp:posOffset>
                  </wp:positionV>
                  <wp:extent cx="590961" cy="355600"/>
                  <wp:effectExtent l="0" t="0" r="0" b="6350"/>
                  <wp:wrapNone/>
                  <wp:docPr id="3995587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58706" name=""/>
                          <pic:cNvPicPr/>
                        </pic:nvPicPr>
                        <pic:blipFill>
                          <a:blip r:embed="rId27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59" cy="35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Recursos Humanos</w:t>
            </w:r>
            <w:r>
              <w:t xml:space="preserve"> </w:t>
            </w:r>
          </w:p>
          <w:p w14:paraId="7726FE82" w14:textId="5E3016A1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Gestione su personal de forma sencilla y conforme a la normativa, incluyendo el organigrama. Integración con los módulos de Proyectos, SIG y Gestión de Usuarios. Libere tiempo valioso para lo que importa: el rendimiento y la cultura organizacional.</w:t>
            </w:r>
          </w:p>
        </w:tc>
      </w:tr>
      <w:tr w:rsidR="003132E8" w:rsidRPr="000A741D" w14:paraId="25DB70C3" w14:textId="77777777" w:rsidTr="00867DD0">
        <w:trPr>
          <w:trHeight w:hRule="exact" w:val="2592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D449944" w14:textId="36DE9B92" w:rsidR="003132E8" w:rsidRPr="00210C56" w:rsidRDefault="00F54B45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1728" behindDoc="0" locked="0" layoutInCell="1" allowOverlap="1" wp14:anchorId="35AEE4F5" wp14:editId="5DAFD776">
                  <wp:simplePos x="0" y="0"/>
                  <wp:positionH relativeFrom="column">
                    <wp:posOffset>2734309</wp:posOffset>
                  </wp:positionH>
                  <wp:positionV relativeFrom="paragraph">
                    <wp:posOffset>-63288</wp:posOffset>
                  </wp:positionV>
                  <wp:extent cx="474133" cy="474133"/>
                  <wp:effectExtent l="0" t="0" r="2540" b="2540"/>
                  <wp:wrapNone/>
                  <wp:docPr id="1005951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951010" name=""/>
                          <pic:cNvPicPr/>
                        </pic:nvPicPr>
                        <pic:blipFill>
                          <a:blip r:embed="rId28">
                            <a:alphaModFix amt="2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072" cy="478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Framework de eCommerce Móvil</w:t>
            </w:r>
          </w:p>
          <w:p w14:paraId="6BB89978" w14:textId="2F504E75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Lance o escale su tienda online con un motor robusto y flexible — optimizado para el rendimiento. Construido para alto rendimiento, tasas de co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nversión superiores y crecimiento sostenible. Gestión de productos, tienda online y app móvil dedicada, pedidos de clientes, facturación, cobros (tarjeta, paypal, banco, Google Pay, Apple Pay), entregas, informes BI para la gestión empresarial. Integrado con sistemas ERP.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3E493A5" w14:textId="60332D34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2752" behindDoc="0" locked="0" layoutInCell="1" allowOverlap="1" wp14:anchorId="67541E24" wp14:editId="6B6ED910">
                  <wp:simplePos x="0" y="0"/>
                  <wp:positionH relativeFrom="column">
                    <wp:posOffset>2897717</wp:posOffset>
                  </wp:positionH>
                  <wp:positionV relativeFrom="paragraph">
                    <wp:posOffset>-46355</wp:posOffset>
                  </wp:positionV>
                  <wp:extent cx="431800" cy="431800"/>
                  <wp:effectExtent l="0" t="0" r="6350" b="6350"/>
                  <wp:wrapNone/>
                  <wp:docPr id="151818752" name="Picture 28" descr="Payment method - Free communications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Payment method - Free communications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04" cy="433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Cobros &amp; Pagos — Gestión de Pagos</w:t>
            </w:r>
          </w:p>
          <w:p w14:paraId="1300EEF2" w14:textId="4E038368" w:rsidR="003132E8" w:rsidRPr="000A741D" w:rsidRDefault="0069649E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Acepte cobros y realice pagos online a través de cualquier método moderno — tarjeta bancaria, transferencia IBAN, monederos digitales (Apple Pay, Google Pay) y pagos recurrentes con suscripciones automáticas — con procesamiento seguro, conf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ormidad con PCI DSS y soporte multi-divisa nativo integrado en su plataforma. Gestione operaciones completas, pagos divididos a múltiples vendedores, informes de flujo de caja en tiempo real y conciliación automática con los módulos de facturación y contabilidad.</w:t>
            </w:r>
          </w:p>
        </w:tc>
      </w:tr>
      <w:tr w:rsidR="003132E8" w:rsidRPr="000A741D" w14:paraId="6254583B" w14:textId="77777777" w:rsidTr="008A0131">
        <w:trPr>
          <w:trHeight w:hRule="exact" w:val="1584"/>
        </w:trPr>
        <w:tc>
          <w:tcPr>
            <w:tcW w:w="5222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E81C12E" w14:textId="42E3BC90" w:rsidR="003132E8" w:rsidRPr="00210C56" w:rsidRDefault="007E48BA" w:rsidP="00C0346D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3776" behindDoc="0" locked="0" layoutInCell="1" allowOverlap="1" wp14:anchorId="19D8B079" wp14:editId="0A4AAB2F">
                  <wp:simplePos x="0" y="0"/>
                  <wp:positionH relativeFrom="column">
                    <wp:posOffset>2598208</wp:posOffset>
                  </wp:positionH>
                  <wp:positionV relativeFrom="paragraph">
                    <wp:posOffset>-42545</wp:posOffset>
                  </wp:positionV>
                  <wp:extent cx="592667" cy="592667"/>
                  <wp:effectExtent l="0" t="0" r="0" b="0"/>
                  <wp:wrapNone/>
                  <wp:docPr id="405319311" name="Picture 30" descr="Shopify Icon SVG Vector &amp; PNG Free Download | UX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Shopify Icon SVG Vector &amp; PNG Free Download | UXW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06" cy="594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Shopify</w:t>
            </w:r>
          </w:p>
          <w:p w14:paraId="02DCE179" w14:textId="6248A292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Lleve la potencia enterprise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 a su tienda Shopify. Integre inventario, logística y CRM sin cambiar de plataforma.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Publicar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la app móvil de su tienda Shopify en la App Store y Google Play</w:t>
            </w:r>
          </w:p>
        </w:tc>
        <w:tc>
          <w:tcPr>
            <w:tcW w:w="5583" w:type="dxa"/>
            <w:tcBorders>
              <w:top w:val="single" w:sz="16" w:space="0" w:color="BF600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2DAF57A7" w14:textId="15D85BE4" w:rsidR="00C26A3E" w:rsidRPr="00210C56" w:rsidRDefault="000E0215" w:rsidP="00C26A3E">
            <w:pP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</w:pPr>
            <w:r>
              <w:drawing>
                <wp:anchor distT="0" distB="0" distL="114300" distR="114300" simplePos="0" relativeHeight="251724800" behindDoc="0" locked="0" layoutInCell="1" allowOverlap="1" wp14:anchorId="79DC5815" wp14:editId="4B02A819">
                  <wp:simplePos x="0" y="0"/>
                  <wp:positionH relativeFrom="column">
                    <wp:posOffset>2050415</wp:posOffset>
                  </wp:positionH>
                  <wp:positionV relativeFrom="paragraph">
                    <wp:posOffset>-59901</wp:posOffset>
                  </wp:positionV>
                  <wp:extent cx="1292225" cy="299522"/>
                  <wp:effectExtent l="0" t="0" r="3175" b="5715"/>
                  <wp:wrapNone/>
                  <wp:docPr id="9879218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921897" name=""/>
                          <pic:cNvPicPr/>
                        </pic:nvPicPr>
                        <pic:blipFill>
                          <a:blip r:embed="rId31">
                            <a:alphaModFix amt="2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colorTemperature colorTemp="62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29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2E7D32"/>
                <w:lang w:val="ro-RO"/>
              </w:rPr>
              <w:t>VOGO eBS for WooCommerce</w:t>
            </w:r>
          </w:p>
          <w:p w14:paraId="3A4774B0" w14:textId="4C593879" w:rsidR="003132E8" w:rsidRPr="00C26A3E" w:rsidRDefault="00C26A3E" w:rsidP="00C0346D">
            <w:pPr>
              <w:spacing w:before="80"/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Conecte su tienda WooCommerce al ecosistema completo VOGO eBS. Sincronización en tiempo real de pro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>
              <w:t xml:space="preserve"> 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ductos, pedidos y clientes, sin configuraciones complejas. Publique la app móvil de su tienda en la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App Store y Google Play.</w:t>
            </w:r>
          </w:p>
        </w:tc>
      </w:tr>
      <w:tr w:rsidR="00AF7201" w:rsidRPr="000A741D" w14:paraId="61A27700" w14:textId="77777777" w:rsidTr="00593A4B">
        <w:trPr>
          <w:trHeight w:hRule="exact" w:val="1728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708A4D68" w14:textId="6F162F49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drawing>
                <wp:anchor distT="0" distB="0" distL="114300" distR="114300" simplePos="0" relativeHeight="251725824" behindDoc="0" locked="0" layoutInCell="1" allowOverlap="1" wp14:anchorId="3D2D6804" wp14:editId="356A5869">
                  <wp:simplePos x="0" y="0"/>
                  <wp:positionH relativeFrom="column">
                    <wp:posOffset>2542540</wp:posOffset>
                  </wp:positionH>
                  <wp:positionV relativeFrom="paragraph">
                    <wp:posOffset>-51435</wp:posOffset>
                  </wp:positionV>
                  <wp:extent cx="646476" cy="363643"/>
                  <wp:effectExtent l="0" t="0" r="0" b="0"/>
                  <wp:wrapNone/>
                  <wp:docPr id="1138630420" name="Picture 38" descr="Oracle-Symbol – ASPLOS 2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Oracle-Symbol – ASPLOS 2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76" cy="363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B71C1C"/>
                <w:lang w:val="ro-RO"/>
              </w:rPr>
              <w:t>VOGO eBS for Oracle</w:t>
            </w:r>
          </w:p>
          <w:p w14:paraId="04C87C08" w14:textId="100A1D64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Conecte su infraestructura Oracle al ecosistema VOGO eBS. Intercambio de datos en tiempo real sin interrupciones operativas — su empresa como un todo coherente. Aplicaciones Móviles.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A4AEC17" w14:textId="68D62C7F" w:rsidR="00AF7201" w:rsidRPr="00210C56" w:rsidRDefault="00213EC9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6848" behindDoc="0" locked="0" layoutInCell="1" allowOverlap="1" wp14:anchorId="49E1CF6D" wp14:editId="35425C35">
                  <wp:simplePos x="0" y="0"/>
                  <wp:positionH relativeFrom="column">
                    <wp:posOffset>2287482</wp:posOffset>
                  </wp:positionH>
                  <wp:positionV relativeFrom="paragraph">
                    <wp:posOffset>-84243</wp:posOffset>
                  </wp:positionV>
                  <wp:extent cx="1075748" cy="377587"/>
                  <wp:effectExtent l="0" t="0" r="0" b="3810"/>
                  <wp:wrapNone/>
                  <wp:docPr id="70974279" name="Picture 39" descr="Microsoft Dynamics 365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Microsoft Dynamics 365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748" cy="377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VOGO eBS for Microsoft D365</w:t>
            </w:r>
            <w:r>
              <w:t xml:space="preserve"> </w:t>
            </w:r>
          </w:p>
          <w:p w14:paraId="474FF623" w14:textId="1F66D07D" w:rsidR="00AF7201" w:rsidRPr="000A741D" w:rsidRDefault="00AF7201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Integre Microsoft 365, Dynamics y Azure con VOGO eBS. Sus equipos trabajan con las herramientas que conocen — ahora amplificadas con funcionalidades enterprise completas </w:t>
            </w:r>
            <w:r>
              <w:rPr>
                <w:rFonts w:ascii="Arial" w:eastAsia="Arial" w:hAnsi="Arial" w:cs="Arial"/>
                <w:b/>
                <w:bCs/>
                <w:noProof w:val="0"/>
                <w:color w:val="555555"/>
                <w:sz w:val="18"/>
                <w:szCs w:val="18"/>
                <w:lang w:val="ro-RO"/>
              </w:rPr>
              <w:t>aplicación móvil</w:t>
            </w: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.</w:t>
            </w:r>
          </w:p>
        </w:tc>
      </w:tr>
      <w:tr w:rsidR="003132E8" w:rsidRPr="000A741D" w14:paraId="31079329" w14:textId="77777777" w:rsidTr="00593A4B">
        <w:trPr>
          <w:trHeight w:hRule="exact" w:val="1728"/>
        </w:trPr>
        <w:tc>
          <w:tcPr>
            <w:tcW w:w="5222" w:type="dxa"/>
            <w:tcBorders>
              <w:top w:val="single" w:sz="16" w:space="0" w:color="B71C1C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5ED2D625" w14:textId="1720D471" w:rsidR="00C26A3E" w:rsidRPr="00210C56" w:rsidRDefault="00317CE2" w:rsidP="00C26A3E">
            <w:pP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</w:pPr>
            <w:r>
              <w:drawing>
                <wp:anchor distT="0" distB="0" distL="114300" distR="114300" simplePos="0" relativeHeight="251727872" behindDoc="0" locked="0" layoutInCell="1" allowOverlap="1" wp14:anchorId="5FA24D80" wp14:editId="6FF8C07D">
                  <wp:simplePos x="0" y="0"/>
                  <wp:positionH relativeFrom="column">
                    <wp:posOffset>2499360</wp:posOffset>
                  </wp:positionH>
                  <wp:positionV relativeFrom="paragraph">
                    <wp:posOffset>-221615</wp:posOffset>
                  </wp:positionV>
                  <wp:extent cx="685800" cy="685800"/>
                  <wp:effectExtent l="0" t="0" r="0" b="0"/>
                  <wp:wrapNone/>
                  <wp:docPr id="549089516" name="Picture 40" descr="Free Sap Logo Icon - Download or Copy SVG, PN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Free Sap Logo Icon - Download or Copy SVG, PN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BF6000"/>
                <w:lang w:val="ro-RO"/>
              </w:rPr>
              <w:t>VOGO eBS for SAP</w:t>
            </w:r>
            <w:r>
              <w:t xml:space="preserve"> </w:t>
            </w:r>
          </w:p>
          <w:p w14:paraId="4D6C7D36" w14:textId="2D21D95D" w:rsidR="00C26A3E" w:rsidRPr="000A741D" w:rsidRDefault="00C26A3E" w:rsidP="00C26A3E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Optimice la integración entre SAP y los canales digitales. Datos sincronizados, procesos automatizados y una organización que funciona como una unidad, del ERP al front-end.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2B57D73" w14:textId="4BAF1FC6" w:rsidR="00D51CA9" w:rsidRDefault="000E7FF7" w:rsidP="00C0346D">
            <w:pPr>
              <w:spacing w:before="80"/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</w:pPr>
            <w:r>
              <w:drawing>
                <wp:anchor distT="0" distB="0" distL="114300" distR="114300" simplePos="0" relativeHeight="251729920" behindDoc="0" locked="0" layoutInCell="1" allowOverlap="1" wp14:anchorId="424D9640" wp14:editId="698ED4F1">
                  <wp:simplePos x="0" y="0"/>
                  <wp:positionH relativeFrom="column">
                    <wp:posOffset>2550372</wp:posOffset>
                  </wp:positionH>
                  <wp:positionV relativeFrom="paragraph">
                    <wp:posOffset>-43603</wp:posOffset>
                  </wp:positionV>
                  <wp:extent cx="412750" cy="412750"/>
                  <wp:effectExtent l="0" t="0" r="6350" b="6350"/>
                  <wp:wrapNone/>
                  <wp:docPr id="192204408" name="Picture 42" descr="Rest API icon in Material Design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Rest API icon in Material Design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5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drawing>
                <wp:anchor distT="0" distB="0" distL="114300" distR="114300" simplePos="0" relativeHeight="251728896" behindDoc="0" locked="0" layoutInCell="1" allowOverlap="1" wp14:anchorId="1E18A2B1" wp14:editId="363C3D35">
                  <wp:simplePos x="0" y="0"/>
                  <wp:positionH relativeFrom="column">
                    <wp:posOffset>2889250</wp:posOffset>
                  </wp:positionH>
                  <wp:positionV relativeFrom="paragraph">
                    <wp:posOffset>-102658</wp:posOffset>
                  </wp:positionV>
                  <wp:extent cx="490855" cy="490855"/>
                  <wp:effectExtent l="0" t="0" r="4445" b="4445"/>
                  <wp:wrapNone/>
                  <wp:docPr id="182919861" name="Picture 41" descr="Xml - Free interface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Xml - Free interface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090" cy="49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lang w:val="ro-RO"/>
              </w:rPr>
              <w:t>Conector Universal VOGO eBS</w:t>
            </w:r>
          </w:p>
          <w:p w14:paraId="32D1ADDC" w14:textId="517D799F" w:rsidR="003132E8" w:rsidRPr="000A741D" w:rsidRDefault="00D51CA9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Integre cualquier ERP, CRM o plataforma enterprise con VOGO eBS a través de servicios web REST o SOAP. Independientemente del sistema existente.</w:t>
            </w:r>
          </w:p>
        </w:tc>
      </w:tr>
      <w:tr w:rsidR="003132E8" w:rsidRPr="000A741D" w14:paraId="17422BAB" w14:textId="77777777" w:rsidTr="003A55E0">
        <w:trPr>
          <w:trHeight w:hRule="exact" w:val="1440"/>
        </w:trPr>
        <w:tc>
          <w:tcPr>
            <w:tcW w:w="10805" w:type="dxa"/>
            <w:gridSpan w:val="2"/>
            <w:tcBorders>
              <w:top w:val="single" w:sz="16" w:space="0" w:color="546E7A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AA55541" w14:textId="01C05CA7" w:rsidR="003132E8" w:rsidRPr="000A741D" w:rsidRDefault="003132E8" w:rsidP="003A55E0">
            <w:pPr>
              <w:spacing w:after="12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546E7A"/>
                <w:sz w:val="16"/>
                <w:szCs w:val="16"/>
                <w:lang w:val="ro-RO"/>
              </w:rPr>
              <w:t>Personalizado</w:t>
            </w:r>
          </w:p>
          <w:p w14:paraId="03C44B6D" w14:textId="2E93A3EC" w:rsidR="003132E8" w:rsidRPr="000A741D" w:rsidRDefault="003132E8" w:rsidP="00C0346D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Saber más — Módulos &amp; Conectores Personalizados</w:t>
            </w:r>
          </w:p>
          <w:p w14:paraId="1C8E398A" w14:textId="20F3B8D0" w:rsidR="003132E8" w:rsidRPr="000A741D" w:rsidRDefault="003132E8" w:rsidP="00C0346D">
            <w:pPr>
              <w:spacing w:before="8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¿No encuentra exactamente lo que necesita? Contáctenos para clarificar los requisitos específicos de su empresa. </w:t>
            </w:r>
          </w:p>
        </w:tc>
      </w:tr>
      <w:tr w:rsidR="003132E8" w:rsidRPr="000A741D" w14:paraId="3C6DEEBF" w14:textId="77777777" w:rsidTr="00AF7201">
        <w:tblPrEx>
          <w:shd w:val="clear" w:color="auto" w:fill="auto"/>
        </w:tblPrEx>
        <w:tc>
          <w:tcPr>
            <w:tcW w:w="1080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5917B4A2" w14:textId="7EAE5D77" w:rsidR="003132E8" w:rsidRPr="00C42B06" w:rsidRDefault="003132E8" w:rsidP="00E3453A">
            <w:pPr>
              <w:spacing w:before="8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Contacte al equipo VOGO para una discusión aplicada sobre los módulos relevantes para usted.</w:t>
            </w:r>
          </w:p>
          <w:p w14:paraId="7D79959F" w14:textId="76B3A9A9" w:rsidR="003132E8" w:rsidRPr="00C42B06" w:rsidRDefault="003132E8" w:rsidP="00E3453A">
            <w:pPr>
              <w:spacing w:before="10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vogo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>.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me/ebs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 xml:space="preserve">  |  </w:t>
            </w:r>
            <w:hyperlink r:id="rId38" w:history="1">
              <w:r>
                <w:rPr>
                  <w:rStyle w:val="Hyperlink"/>
                  <w:rFonts w:ascii="Arial" w:eastAsia="Arial" w:hAnsi="Arial" w:cs="Arial"/>
                  <w:b/>
                  <w:bCs/>
                  <w:color w:val="FFFFFF" w:themeColor="background1"/>
                  <w:lang w:val="ro-RO"/>
                </w:rPr>
                <w:t>ebs@vogo.family</w:t>
              </w:r>
            </w:hyperlink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| +40 742 203 383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Tel &amp;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WA)</w:t>
            </w:r>
          </w:p>
        </w:tc>
      </w:tr>
    </w:tbl>
    <w:p w14:paraId="1FE91CBF" w14:textId="77777777" w:rsidR="00257036" w:rsidRDefault="00257036" w:rsidP="00D51CA9"/>
    <w:sectPr w:rsidR="00257036" w:rsidSect="00057FEA">
      <w:headerReference w:type="default" r:id="rId39"/>
      <w:footerReference w:type="default" r:id="rId40"/>
      <w:footerReference w:type="first" r:id="rId41"/>
      <w:pgSz w:w="12240" w:h="15840"/>
      <w:pgMar w:top="504" w:right="648" w:bottom="504" w:left="64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988E7" w14:textId="77777777" w:rsidR="009E4CEC" w:rsidRPr="003132E8" w:rsidRDefault="009E4CEC" w:rsidP="00446F7C">
      <w:pPr>
        <w:spacing w:after="0" w:line="240" w:lineRule="auto"/>
      </w:pPr>
      <w:r w:rsidRPr="003132E8">
        <w:separator/>
      </w:r>
    </w:p>
  </w:endnote>
  <w:endnote w:type="continuationSeparator" w:id="0">
    <w:p w14:paraId="764FDCB0" w14:textId="77777777" w:rsidR="009E4CEC" w:rsidRPr="003132E8" w:rsidRDefault="009E4CEC" w:rsidP="00446F7C">
      <w:pPr>
        <w:spacing w:after="0" w:line="240" w:lineRule="auto"/>
      </w:pPr>
      <w:r w:rsidRPr="003132E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361F" w14:textId="569D2183" w:rsidR="00B45421" w:rsidRPr="00186D9E" w:rsidRDefault="00186D9E" w:rsidP="00186D9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3B36" w14:textId="09CB722D" w:rsidR="00057FEA" w:rsidRPr="00593A4B" w:rsidRDefault="00593A4B" w:rsidP="00593A4B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21A7B" w14:textId="77777777" w:rsidR="009E4CEC" w:rsidRPr="003132E8" w:rsidRDefault="009E4CEC" w:rsidP="00446F7C">
      <w:pPr>
        <w:spacing w:after="0" w:line="240" w:lineRule="auto"/>
      </w:pPr>
      <w:r w:rsidRPr="003132E8">
        <w:separator/>
      </w:r>
    </w:p>
  </w:footnote>
  <w:footnote w:type="continuationSeparator" w:id="0">
    <w:p w14:paraId="0AFBE73A" w14:textId="77777777" w:rsidR="009E4CEC" w:rsidRPr="003132E8" w:rsidRDefault="009E4CEC" w:rsidP="00446F7C">
      <w:pPr>
        <w:spacing w:after="0" w:line="240" w:lineRule="auto"/>
      </w:pPr>
      <w:r w:rsidRPr="003132E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152C7" w14:textId="0C47465D" w:rsidR="00A7763C" w:rsidRPr="003132E8" w:rsidRDefault="00A7763C" w:rsidP="00A7763C">
    <w:pPr>
      <w:pBdr>
        <w:bottom w:val="single" w:sz="6" w:space="0" w:color="E0E0E0"/>
      </w:pBdr>
      <w:tabs>
        <w:tab w:val="right" w:pos="10800"/>
      </w:tabs>
      <w:spacing w:after="160"/>
    </w:pPr>
    <w:r w:rsidRPr="003132E8">
      <w:rPr>
        <w:rFonts w:ascii="Arial" w:eastAsia="Arial" w:hAnsi="Arial" w:cs="Arial"/>
        <w:b/>
        <w:bCs/>
        <w:color w:val="1B3F7F"/>
        <w:sz w:val="24"/>
        <w:szCs w:val="24"/>
      </w:rPr>
      <w:t>VOGO</w:t>
    </w:r>
    <w:r w:rsidRPr="003132E8">
      <w:rPr>
        <w:rFonts w:ascii="Arial" w:eastAsia="Arial" w:hAnsi="Arial" w:cs="Arial"/>
        <w:color w:val="1B3F7F"/>
        <w:sz w:val="16"/>
        <w:szCs w:val="16"/>
      </w:rPr>
      <w:t>®</w:t>
    </w:r>
    <w:r w:rsidRPr="003132E8">
      <w:rPr>
        <w:rFonts w:ascii="Arial" w:eastAsia="Arial" w:hAnsi="Arial" w:cs="Arial"/>
        <w:b/>
        <w:bCs/>
        <w:color w:val="0070C0"/>
        <w:sz w:val="24"/>
        <w:szCs w:val="24"/>
      </w:rPr>
      <w:t>eBS</w:t>
    </w:r>
    <w:r w:rsidRPr="003132E8">
      <w:rPr>
        <w:rFonts w:ascii="Arial" w:eastAsia="Arial" w:hAnsi="Arial" w:cs="Arial"/>
        <w:color w:val="555555"/>
        <w:sz w:val="18"/>
        <w:szCs w:val="18"/>
      </w:rPr>
      <w:t xml:space="preserve">  Enterprise Business Suite</w:t>
    </w:r>
    <w:r w:rsidRPr="003132E8">
      <w:tab/>
    </w:r>
    <w:r w:rsidRPr="003132E8">
      <w:rPr>
        <w:rFonts w:ascii="Arial" w:eastAsia="Arial" w:hAnsi="Arial" w:cs="Arial"/>
        <w:color w:val="555555"/>
        <w:sz w:val="16"/>
        <w:szCs w:val="16"/>
      </w:rPr>
      <w:t>WHITE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000F"/>
    <w:rsid w:val="00034616"/>
    <w:rsid w:val="00052491"/>
    <w:rsid w:val="00053083"/>
    <w:rsid w:val="0005644C"/>
    <w:rsid w:val="00057FEA"/>
    <w:rsid w:val="0006063C"/>
    <w:rsid w:val="000608C4"/>
    <w:rsid w:val="00065106"/>
    <w:rsid w:val="000674A1"/>
    <w:rsid w:val="00075050"/>
    <w:rsid w:val="000B5863"/>
    <w:rsid w:val="000E0215"/>
    <w:rsid w:val="000E41EA"/>
    <w:rsid w:val="000E7AE9"/>
    <w:rsid w:val="000E7FF7"/>
    <w:rsid w:val="001002FF"/>
    <w:rsid w:val="0015074B"/>
    <w:rsid w:val="0017317F"/>
    <w:rsid w:val="00181AE8"/>
    <w:rsid w:val="00181C01"/>
    <w:rsid w:val="00186D9E"/>
    <w:rsid w:val="001B618B"/>
    <w:rsid w:val="001C0FE1"/>
    <w:rsid w:val="001C2DCD"/>
    <w:rsid w:val="001E7ADA"/>
    <w:rsid w:val="00213E2A"/>
    <w:rsid w:val="00213EC9"/>
    <w:rsid w:val="00231317"/>
    <w:rsid w:val="00240315"/>
    <w:rsid w:val="002418B7"/>
    <w:rsid w:val="00257036"/>
    <w:rsid w:val="0029639D"/>
    <w:rsid w:val="002A32B4"/>
    <w:rsid w:val="002D7315"/>
    <w:rsid w:val="003132E8"/>
    <w:rsid w:val="003140AD"/>
    <w:rsid w:val="00317CE2"/>
    <w:rsid w:val="00326F90"/>
    <w:rsid w:val="00353684"/>
    <w:rsid w:val="00357B19"/>
    <w:rsid w:val="003A4E39"/>
    <w:rsid w:val="003A55E0"/>
    <w:rsid w:val="003B7B1E"/>
    <w:rsid w:val="003C5F88"/>
    <w:rsid w:val="003E1881"/>
    <w:rsid w:val="003F0538"/>
    <w:rsid w:val="00404B66"/>
    <w:rsid w:val="00411E17"/>
    <w:rsid w:val="00446F7C"/>
    <w:rsid w:val="004778E1"/>
    <w:rsid w:val="004B0D0C"/>
    <w:rsid w:val="004C6817"/>
    <w:rsid w:val="004E7F15"/>
    <w:rsid w:val="004F3AC7"/>
    <w:rsid w:val="004F62BB"/>
    <w:rsid w:val="00510DD6"/>
    <w:rsid w:val="005122E9"/>
    <w:rsid w:val="00522CAB"/>
    <w:rsid w:val="00536F7B"/>
    <w:rsid w:val="00566A06"/>
    <w:rsid w:val="00593A4B"/>
    <w:rsid w:val="005A1E90"/>
    <w:rsid w:val="005B02C1"/>
    <w:rsid w:val="005B507E"/>
    <w:rsid w:val="005B5085"/>
    <w:rsid w:val="005D2A69"/>
    <w:rsid w:val="005D6BCD"/>
    <w:rsid w:val="006379BB"/>
    <w:rsid w:val="00641C59"/>
    <w:rsid w:val="00673695"/>
    <w:rsid w:val="00674E6B"/>
    <w:rsid w:val="00680918"/>
    <w:rsid w:val="0069649E"/>
    <w:rsid w:val="006A3917"/>
    <w:rsid w:val="006B1A54"/>
    <w:rsid w:val="006B4D09"/>
    <w:rsid w:val="006F7476"/>
    <w:rsid w:val="00704CA5"/>
    <w:rsid w:val="00707714"/>
    <w:rsid w:val="00712388"/>
    <w:rsid w:val="007174D3"/>
    <w:rsid w:val="007457B6"/>
    <w:rsid w:val="0074680D"/>
    <w:rsid w:val="00751EF9"/>
    <w:rsid w:val="00766811"/>
    <w:rsid w:val="00795E5F"/>
    <w:rsid w:val="007B4B8D"/>
    <w:rsid w:val="007C17B5"/>
    <w:rsid w:val="007C1C85"/>
    <w:rsid w:val="007D10F3"/>
    <w:rsid w:val="007D747F"/>
    <w:rsid w:val="007E0EC3"/>
    <w:rsid w:val="007E2283"/>
    <w:rsid w:val="007E48BA"/>
    <w:rsid w:val="007F6FE3"/>
    <w:rsid w:val="00822EA7"/>
    <w:rsid w:val="00825E2B"/>
    <w:rsid w:val="00832818"/>
    <w:rsid w:val="00844FF6"/>
    <w:rsid w:val="00852507"/>
    <w:rsid w:val="00867DD0"/>
    <w:rsid w:val="00872848"/>
    <w:rsid w:val="008A0131"/>
    <w:rsid w:val="008A09D8"/>
    <w:rsid w:val="008F52F1"/>
    <w:rsid w:val="00902F14"/>
    <w:rsid w:val="00982FCF"/>
    <w:rsid w:val="00987164"/>
    <w:rsid w:val="00991B9A"/>
    <w:rsid w:val="009E4CEC"/>
    <w:rsid w:val="00A11E1E"/>
    <w:rsid w:val="00A46528"/>
    <w:rsid w:val="00A7763C"/>
    <w:rsid w:val="00A933EB"/>
    <w:rsid w:val="00AA1D8D"/>
    <w:rsid w:val="00AA4DEF"/>
    <w:rsid w:val="00AD7952"/>
    <w:rsid w:val="00AF0CF2"/>
    <w:rsid w:val="00AF170F"/>
    <w:rsid w:val="00AF2908"/>
    <w:rsid w:val="00AF7201"/>
    <w:rsid w:val="00B25EF4"/>
    <w:rsid w:val="00B33282"/>
    <w:rsid w:val="00B4044D"/>
    <w:rsid w:val="00B45421"/>
    <w:rsid w:val="00B47730"/>
    <w:rsid w:val="00B50B91"/>
    <w:rsid w:val="00B50D9D"/>
    <w:rsid w:val="00B52A43"/>
    <w:rsid w:val="00B55CB8"/>
    <w:rsid w:val="00B63532"/>
    <w:rsid w:val="00B9050D"/>
    <w:rsid w:val="00B948DF"/>
    <w:rsid w:val="00BA1337"/>
    <w:rsid w:val="00BB4C92"/>
    <w:rsid w:val="00BF6624"/>
    <w:rsid w:val="00C26A3E"/>
    <w:rsid w:val="00C42B06"/>
    <w:rsid w:val="00C66B26"/>
    <w:rsid w:val="00C75749"/>
    <w:rsid w:val="00C8385A"/>
    <w:rsid w:val="00CB0664"/>
    <w:rsid w:val="00CF0981"/>
    <w:rsid w:val="00CF12A8"/>
    <w:rsid w:val="00D01B1E"/>
    <w:rsid w:val="00D32932"/>
    <w:rsid w:val="00D436FA"/>
    <w:rsid w:val="00D51CA9"/>
    <w:rsid w:val="00D57CA1"/>
    <w:rsid w:val="00D60CDA"/>
    <w:rsid w:val="00D757EC"/>
    <w:rsid w:val="00D9715C"/>
    <w:rsid w:val="00D979D1"/>
    <w:rsid w:val="00DD572C"/>
    <w:rsid w:val="00DF56F2"/>
    <w:rsid w:val="00E056DF"/>
    <w:rsid w:val="00E15E5D"/>
    <w:rsid w:val="00E24408"/>
    <w:rsid w:val="00E25E7D"/>
    <w:rsid w:val="00E26641"/>
    <w:rsid w:val="00E3453A"/>
    <w:rsid w:val="00E505B2"/>
    <w:rsid w:val="00E55123"/>
    <w:rsid w:val="00E8766B"/>
    <w:rsid w:val="00E9561F"/>
    <w:rsid w:val="00E95BA4"/>
    <w:rsid w:val="00EB3BA3"/>
    <w:rsid w:val="00ED21EB"/>
    <w:rsid w:val="00EE3064"/>
    <w:rsid w:val="00EE543A"/>
    <w:rsid w:val="00EF3672"/>
    <w:rsid w:val="00F02A8E"/>
    <w:rsid w:val="00F319D4"/>
    <w:rsid w:val="00F40573"/>
    <w:rsid w:val="00F54B45"/>
    <w:rsid w:val="00F675B1"/>
    <w:rsid w:val="00F757CD"/>
    <w:rsid w:val="00F820ED"/>
    <w:rsid w:val="00F8339F"/>
    <w:rsid w:val="00F932D8"/>
    <w:rsid w:val="00FA2BA7"/>
    <w:rsid w:val="00FA7B18"/>
    <w:rsid w:val="00FC693F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F4628"/>
  <w14:defaultImageDpi w14:val="33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A4B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uiPriority w:val="99"/>
    <w:unhideWhenUsed/>
    <w:rsid w:val="003132E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microsoft.com/office/2007/relationships/hdphoto" Target="media/hdphoto3.wdp"/><Relationship Id="rId39" Type="http://schemas.openxmlformats.org/officeDocument/2006/relationships/header" Target="header1.xml"/><Relationship Id="rId21" Type="http://schemas.openxmlformats.org/officeDocument/2006/relationships/image" Target="media/image13.jpeg"/><Relationship Id="rId34" Type="http://schemas.openxmlformats.org/officeDocument/2006/relationships/image" Target="media/image23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9.pn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07/relationships/hdphoto" Target="media/hdphoto2.wdp"/><Relationship Id="rId32" Type="http://schemas.microsoft.com/office/2007/relationships/hdphoto" Target="media/hdphoto4.wdp"/><Relationship Id="rId37" Type="http://schemas.openxmlformats.org/officeDocument/2006/relationships/image" Target="media/image26.png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8.png"/><Relationship Id="rId36" Type="http://schemas.openxmlformats.org/officeDocument/2006/relationships/image" Target="media/image25.jpe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2.png"/><Relationship Id="rId38" Type="http://schemas.openxmlformats.org/officeDocument/2006/relationships/hyperlink" Target="mailto:ebs@vogo.fami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30</cp:revision>
  <cp:lastPrinted>2026-05-23T09:38:00Z</cp:lastPrinted>
  <dcterms:created xsi:type="dcterms:W3CDTF">2026-05-28T21:43:00Z</dcterms:created>
  <dcterms:modified xsi:type="dcterms:W3CDTF">2026-05-28T23:18:00Z</dcterms:modified>
  <cp:category/>
</cp:coreProperties>
</file>