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:rsidRPr="003132E8" w14:paraId="3C10A580" w14:textId="77777777" w:rsidTr="00446F7C">
        <w:tc>
          <w:tcPr>
            <w:tcW w:w="985" w:type="dxa"/>
            <w:vAlign w:val="center"/>
          </w:tcPr>
          <w:p w14:paraId="7AF9F939" w14:textId="04D5A4CC" w:rsidR="00852507" w:rsidRPr="003132E8" w:rsidRDefault="00991B9A" w:rsidP="00991B9A">
            <w:r w:rsidRPr="003132E8">
              <w:drawing>
                <wp:inline distT="0" distB="0" distL="0" distR="0" wp14:anchorId="1A4F4F4E" wp14:editId="1412C463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7A9D76E9" w:rsidR="00852507" w:rsidRPr="003132E8" w:rsidRDefault="00642498" w:rsidP="00446F7C">
            <w:pPr>
              <w:jc w:val="both"/>
            </w:pPr>
            <w:r>
              <mc:AlternateContent>
                <mc:Choice Requires="wpg">
                  <w:drawing>
                    <wp:anchor distT="0" distB="0" distL="114300" distR="114300" simplePos="0" relativeHeight="251731968" behindDoc="0" locked="0" layoutInCell="1" allowOverlap="1" wp14:anchorId="2AAD6310" wp14:editId="2F7BE656">
                      <wp:simplePos x="0" y="0"/>
                      <wp:positionH relativeFrom="column">
                        <wp:posOffset>2513330</wp:posOffset>
                      </wp:positionH>
                      <wp:positionV relativeFrom="paragraph">
                        <wp:posOffset>-10160</wp:posOffset>
                      </wp:positionV>
                      <wp:extent cx="2018665" cy="694690"/>
                      <wp:effectExtent l="0" t="0" r="635" b="0"/>
                      <wp:wrapNone/>
                      <wp:docPr id="171434397" name="Group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18665" cy="694690"/>
                                <a:chOff x="0" y="0"/>
                                <a:chExt cx="2018665" cy="694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92298211" name="Picture 2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0480"/>
                                  <a:ext cx="625475" cy="640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15694756" name="Picture 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>
                                  <a:alphaModFix amt="70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55320" y="60960"/>
                                  <a:ext cx="613410" cy="633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41395151" name="Picture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>
                                  <a:alphaModFix amt="70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48740" y="0"/>
                                  <a:ext cx="669925" cy="6565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C579CB" id="Group 26" o:spid="_x0000_s1026" style="position:absolute;margin-left:197.9pt;margin-top:-.8pt;width:158.95pt;height:54.7pt;z-index:251731968;mso-width-relative:margin;mso-height-relative:margin" coordsize="20186,6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3" o:spid="_x0000_s1027" type="#_x0000_t75" style="position:absolute;top:304;width:6254;height:6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">
                        <v:imagedata r:id="rId12" o:title=""/>
                      </v:shape>
                      <v:shape id="Picture 25" o:spid="_x0000_s1028" type="#_x0000_t75" style="position:absolute;left:6553;top:609;width:6134;height: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">
                        <v:imagedata r:id="rId13" o:title=""/>
                      </v:shape>
                      <v:shape id="Picture 1" o:spid="_x0000_s1029" type="#_x0000_t75" style="position:absolute;left:13487;width:6699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">
                        <v:imagedata r:id="rId14" o:title=""/>
                      </v:shape>
                    </v:group>
                  </w:pict>
                </mc:Fallback>
              </mc:AlternateContent>
            </w:r>
            <w:r w:rsidR="00991B9A" w:rsidRPr="003132E8">
              <w:drawing>
                <wp:inline distT="0" distB="0" distL="0" distR="0" wp14:anchorId="37C93508" wp14:editId="0CE860FB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4C091C1F" w:rsidR="00852507" w:rsidRPr="003132E8" w:rsidRDefault="00991B9A">
            <w:pPr>
              <w:jc w:val="right"/>
            </w:pPr>
            <w:r w:rsidRPr="003132E8">
              <w:drawing>
                <wp:inline distT="0" distB="0" distL="0" distR="0" wp14:anchorId="4DD0D106" wp14:editId="00C20D66">
                  <wp:extent cx="1087211" cy="350899"/>
                  <wp:effectExtent l="0" t="0" r="0" b="0"/>
                  <wp:docPr id="1100497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497739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914" cy="353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DA01F9" w14:textId="502D15AB" w:rsidR="00852507" w:rsidRPr="003132E8" w:rsidRDefault="007E0EC3">
      <w:pPr>
        <w:jc w:val="right"/>
      </w:pPr>
      <w:r w:rsidRPr="003132E8">
        <w:drawing>
          <wp:anchor distT="0" distB="0" distL="114300" distR="114300" simplePos="0" relativeHeight="251656192" behindDoc="1" locked="0" layoutInCell="1" allowOverlap="1" wp14:anchorId="373578D0" wp14:editId="7F2B725D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E5F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CB3F9E7" wp14:editId="532B1031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Pr="003132E8" w:rsidRDefault="00795E5F">
                            <w:r w:rsidRPr="003132E8">
                              <w:t>®</w:t>
                            </w:r>
                            <w:r w:rsidRPr="003132E8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B3F9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7.95pt;margin-top:-52.35pt;width:19.85pt;height:19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" filled="f" stroked="f">
                <v:textbox>
                  <w:txbxContent>
                    <w:p w14:paraId="1CF9DC80" w14:textId="2F6C2D39" w:rsidR="00795E5F" w:rsidRPr="003132E8" w:rsidRDefault="00795E5F">
                      <w:r w:rsidRPr="003132E8">
                        <w:t>®</w:t>
                      </w:r>
                      <w:r w:rsidRPr="003132E8"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66AB6F4A" w:rsidR="00EB3BA3" w:rsidRPr="003132E8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06BCA3E2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 w:rsidRPr="003132E8">
        <w:rPr>
          <w:rFonts w:ascii="Aptos Display" w:hAnsi="Aptos Display"/>
          <w:b/>
          <w:spacing w:val="-34"/>
          <w:sz w:val="80"/>
          <w:szCs w:val="80"/>
        </w:rPr>
        <w:t>One Suite.</w:t>
      </w:r>
    </w:p>
    <w:p w14:paraId="3E5B3B05" w14:textId="1FBC7F80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 w:rsidRPr="003132E8"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Unlimited Possibilities </w:t>
      </w:r>
    </w:p>
    <w:p w14:paraId="07F7894E" w14:textId="1AA6D44A" w:rsidR="00844FF6" w:rsidRPr="003132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 w:rsidRPr="003132E8"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8C3FAD" wp14:editId="3F27267D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429CD" id="Straight Connector 3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75051625" w14:textId="28880DF4" w:rsidR="00674E6B" w:rsidRPr="003132E8" w:rsidRDefault="00674E6B" w:rsidP="00674E6B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3132E8">
        <w:rPr>
          <w:rFonts w:ascii="Aptos Display" w:hAnsi="Aptos Display"/>
          <w:b/>
          <w:color w:val="1C4BFF"/>
          <w:sz w:val="28"/>
          <w:szCs w:val="6"/>
        </w:rPr>
        <w:t xml:space="preserve">An integrated platform for accelerating growth, adopting </w:t>
      </w:r>
    </w:p>
    <w:p w14:paraId="5E07DCED" w14:textId="4E36A68D" w:rsidR="007D10F3" w:rsidRPr="003132E8" w:rsidRDefault="00674E6B" w:rsidP="00674E6B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3132E8">
        <w:rPr>
          <w:rFonts w:ascii="Aptos Display" w:hAnsi="Aptos Display"/>
          <w:b/>
          <w:color w:val="1C4BFF"/>
          <w:sz w:val="28"/>
          <w:szCs w:val="6"/>
        </w:rPr>
        <w:t>top technology and improving the organization.</w:t>
      </w:r>
    </w:p>
    <w:p w14:paraId="63CBD871" w14:textId="250FB2CA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3132E8"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 w:rsidRPr="003132E8">
        <w:rPr>
          <w:rFonts w:ascii="Aptos" w:hAnsi="Aptos"/>
          <w:color w:val="808080" w:themeColor="background1" w:themeShade="80"/>
          <w:szCs w:val="18"/>
        </w:rPr>
        <w:t xml:space="preserve">is a </w:t>
      </w:r>
    </w:p>
    <w:p w14:paraId="66AD4907" w14:textId="02ECABD9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3132E8">
        <w:rPr>
          <w:rFonts w:ascii="Aptos" w:hAnsi="Aptos"/>
          <w:color w:val="808080" w:themeColor="background1" w:themeShade="80"/>
          <w:szCs w:val="18"/>
        </w:rPr>
        <w:t>comprehensive, open source, modular and extensible</w:t>
      </w:r>
    </w:p>
    <w:p w14:paraId="049850C2" w14:textId="67A50117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3132E8">
        <w:rPr>
          <w:rFonts w:ascii="Aptos" w:hAnsi="Aptos"/>
          <w:color w:val="808080" w:themeColor="background1" w:themeShade="80"/>
          <w:szCs w:val="18"/>
        </w:rPr>
        <w:t>platform designed to empower organizations with</w:t>
      </w:r>
      <w:r w:rsidRPr="003132E8">
        <w:rPr>
          <w:rFonts w:ascii="Aptos" w:hAnsi="Aptos"/>
          <w:color w:val="808080" w:themeColor="background1" w:themeShade="80"/>
          <w:szCs w:val="18"/>
        </w:rPr>
        <w:br/>
        <w:t>the tools they need to innovate, collaborate and scale in a</w:t>
      </w:r>
    </w:p>
    <w:p w14:paraId="4DE38A16" w14:textId="3DFFFDEE" w:rsidR="007D10F3" w:rsidRPr="003132E8" w:rsidRDefault="007D10F3" w:rsidP="007D10F3">
      <w:pPr>
        <w:spacing w:after="0" w:line="240" w:lineRule="auto"/>
        <w:rPr>
          <w:color w:val="808080" w:themeColor="background1" w:themeShade="80"/>
          <w:sz w:val="18"/>
          <w:szCs w:val="18"/>
        </w:rPr>
      </w:pPr>
      <w:r w:rsidRPr="003132E8">
        <w:rPr>
          <w:rFonts w:ascii="Aptos" w:hAnsi="Aptos"/>
          <w:color w:val="808080" w:themeColor="background1" w:themeShade="80"/>
          <w:szCs w:val="18"/>
        </w:rPr>
        <w:t>digital-first world.</w:t>
      </w:r>
    </w:p>
    <w:p w14:paraId="234B9048" w14:textId="11F42563" w:rsidR="007D10F3" w:rsidRPr="003132E8" w:rsidRDefault="00181AE8">
      <w:r w:rsidRPr="003132E8">
        <w:drawing>
          <wp:anchor distT="0" distB="0" distL="114300" distR="114300" simplePos="0" relativeHeight="251662336" behindDoc="1" locked="0" layoutInCell="1" allowOverlap="1" wp14:anchorId="3F240FC4" wp14:editId="5B7CBDA1">
            <wp:simplePos x="0" y="0"/>
            <wp:positionH relativeFrom="margin">
              <wp:posOffset>88053</wp:posOffset>
            </wp:positionH>
            <wp:positionV relativeFrom="paragraph">
              <wp:posOffset>198332</wp:posOffset>
            </wp:positionV>
            <wp:extent cx="6755977" cy="3680212"/>
            <wp:effectExtent l="0" t="0" r="6985" b="0"/>
            <wp:wrapNone/>
            <wp:docPr id="10349155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977" cy="368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20FF8" w14:textId="55CF9612" w:rsidR="007D10F3" w:rsidRPr="003132E8" w:rsidRDefault="008A09D8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3E932DD" wp14:editId="48971E71">
                <wp:simplePos x="0" y="0"/>
                <wp:positionH relativeFrom="column">
                  <wp:posOffset>2808374</wp:posOffset>
                </wp:positionH>
                <wp:positionV relativeFrom="paragraph">
                  <wp:posOffset>101311</wp:posOffset>
                </wp:positionV>
                <wp:extent cx="1696453" cy="910390"/>
                <wp:effectExtent l="0" t="0" r="0" b="4445"/>
                <wp:wrapNone/>
                <wp:docPr id="11360888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453" cy="910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D3A86" w14:textId="77777777" w:rsidR="008A09D8" w:rsidRPr="003132E8" w:rsidRDefault="008A09D8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</w:t>
                            </w:r>
                          </w:p>
                          <w:p w14:paraId="4914244B" w14:textId="0313E678" w:rsidR="00E25E7D" w:rsidRPr="003132E8" w:rsidRDefault="00E25E7D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Portal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32DD" id="_x0000_s1027" type="#_x0000_t202" style="position:absolute;margin-left:221.15pt;margin-top:8pt;width:133.6pt;height:71.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" filled="f" stroked="f">
                <v:textbox inset="0,0,0,0">
                  <w:txbxContent>
                    <w:p w14:paraId="2D7D3A86" w14:textId="77777777" w:rsidR="008A09D8" w:rsidRPr="003132E8" w:rsidRDefault="008A09D8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VOGO</w:t>
                      </w:r>
                    </w:p>
                    <w:p w14:paraId="4914244B" w14:textId="0313E678" w:rsidR="00E25E7D" w:rsidRPr="003132E8" w:rsidRDefault="00E25E7D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Portal</w:t>
                      </w:r>
                    </w:p>
                  </w:txbxContent>
                </v:textbox>
              </v:shape>
            </w:pict>
          </mc:Fallback>
        </mc:AlternateContent>
      </w:r>
      <w:r w:rsidR="00E25E7D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E803BC2" wp14:editId="6877A1DA">
                <wp:simplePos x="0" y="0"/>
                <wp:positionH relativeFrom="column">
                  <wp:posOffset>4755938</wp:posOffset>
                </wp:positionH>
                <wp:positionV relativeFrom="paragraph">
                  <wp:posOffset>51435</wp:posOffset>
                </wp:positionV>
                <wp:extent cx="1219200" cy="402772"/>
                <wp:effectExtent l="0" t="0" r="6350" b="0"/>
                <wp:wrapNone/>
                <wp:docPr id="16035866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AE45A" w14:textId="7D53E5A4" w:rsidR="00E25E7D" w:rsidRPr="003132E8" w:rsidRDefault="00EF3672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Identity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03BC2" id="_x0000_s1028" type="#_x0000_t202" style="position:absolute;margin-left:374.5pt;margin-top:4.05pt;width:96pt;height:31.7pt;z-index:2516684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" filled="f" stroked="f">
                <v:textbox inset="0,0,0,0">
                  <w:txbxContent>
                    <w:p w14:paraId="101AE45A" w14:textId="7D53E5A4" w:rsidR="00E25E7D" w:rsidRPr="003132E8" w:rsidRDefault="00EF3672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Identity</w:t>
                      </w:r>
                    </w:p>
                  </w:txbxContent>
                </v:textbox>
              </v:shape>
            </w:pict>
          </mc:Fallback>
        </mc:AlternateContent>
      </w:r>
      <w:r w:rsidR="00E25E7D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70C0281" wp14:editId="50890901">
                <wp:simplePos x="0" y="0"/>
                <wp:positionH relativeFrom="column">
                  <wp:posOffset>263253</wp:posOffset>
                </wp:positionH>
                <wp:positionV relativeFrom="paragraph">
                  <wp:posOffset>75111</wp:posOffset>
                </wp:positionV>
                <wp:extent cx="1219200" cy="402772"/>
                <wp:effectExtent l="0" t="0" r="6350" b="0"/>
                <wp:wrapNone/>
                <wp:docPr id="2769814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D6D9" w14:textId="4DF9E859" w:rsidR="00E25E7D" w:rsidRPr="003132E8" w:rsidRDefault="00E25E7D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Forms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C0281" id="_x0000_s1029" type="#_x0000_t202" style="position:absolute;margin-left:20.75pt;margin-top:5.9pt;width:96pt;height:31.7pt;z-index:2516643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" filled="f" stroked="f">
                <v:textbox inset="0,0,0,0">
                  <w:txbxContent>
                    <w:p w14:paraId="5FF8D6D9" w14:textId="4DF9E859" w:rsidR="00E25E7D" w:rsidRPr="003132E8" w:rsidRDefault="00E25E7D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Forms</w:t>
                      </w:r>
                    </w:p>
                  </w:txbxContent>
                </v:textbox>
              </v:shape>
            </w:pict>
          </mc:Fallback>
        </mc:AlternateContent>
      </w:r>
    </w:p>
    <w:p w14:paraId="3B839233" w14:textId="3CEE88A4" w:rsidR="007D10F3" w:rsidRPr="003132E8" w:rsidRDefault="00E8766B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A1CA87D" wp14:editId="342B38EA">
                <wp:simplePos x="0" y="0"/>
                <wp:positionH relativeFrom="column">
                  <wp:posOffset>4764314</wp:posOffset>
                </wp:positionH>
                <wp:positionV relativeFrom="paragraph">
                  <wp:posOffset>47353</wp:posOffset>
                </wp:positionV>
                <wp:extent cx="1905000" cy="385010"/>
                <wp:effectExtent l="0" t="0" r="0" b="0"/>
                <wp:wrapNone/>
                <wp:docPr id="530691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0ED3D" w14:textId="70144254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&amp; User Access</w:t>
                            </w:r>
                          </w:p>
                          <w:p w14:paraId="224B7957" w14:textId="4149F3A2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CA87D" id="_x0000_s1030" type="#_x0000_t202" style="position:absolute;margin-left:375.15pt;margin-top:3.75pt;width:150pt;height:30.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" filled="f" stroked="f">
                <v:textbox inset="0,0,0,0">
                  <w:txbxContent>
                    <w:p w14:paraId="0270ED3D" w14:textId="70144254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&amp; User Access</w:t>
                      </w:r>
                    </w:p>
                    <w:p w14:paraId="224B7957" w14:textId="4149F3A2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 w:rsidR="004F3AC7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5A4595E" wp14:editId="793342C5">
                <wp:simplePos x="0" y="0"/>
                <wp:positionH relativeFrom="column">
                  <wp:posOffset>264161</wp:posOffset>
                </wp:positionH>
                <wp:positionV relativeFrom="paragraph">
                  <wp:posOffset>77470</wp:posOffset>
                </wp:positionV>
                <wp:extent cx="1905000" cy="385010"/>
                <wp:effectExtent l="0" t="0" r="0" b="0"/>
                <wp:wrapNone/>
                <wp:docPr id="1221053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04B15" w14:textId="2B8F23B7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&amp; Digital </w:t>
                            </w:r>
                          </w:p>
                          <w:p w14:paraId="0D80E78B" w14:textId="690E29C4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Services Designer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4595E" id="_x0000_s1031" type="#_x0000_t202" style="position:absolute;margin-left:20.8pt;margin-top:6.1pt;width:150pt;height:30.3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" filled="f" stroked="f">
                <v:textbox inset="0,0,0,0">
                  <w:txbxContent>
                    <w:p w14:paraId="49A04B15" w14:textId="2B8F23B7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&amp; Digital </w:t>
                      </w:r>
                    </w:p>
                    <w:p w14:paraId="0D80E78B" w14:textId="690E29C4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Services Designer</w:t>
                      </w:r>
                    </w:p>
                  </w:txbxContent>
                </v:textbox>
              </v:shape>
            </w:pict>
          </mc:Fallback>
        </mc:AlternateContent>
      </w:r>
    </w:p>
    <w:p w14:paraId="44A66EDC" w14:textId="31E3A852" w:rsidR="007D10F3" w:rsidRPr="003132E8" w:rsidRDefault="00D757EC">
      <w:r w:rsidRPr="00D757EC">
        <w:rPr>
          <w:rFonts w:ascii="Arial" w:eastAsia="Arial" w:hAnsi="Arial" w:cs="Arial"/>
          <w:color w:val="555555"/>
          <w:sz w:val="18"/>
          <w:szCs w:val="18"/>
        </w:rPr>
        <w:drawing>
          <wp:anchor distT="0" distB="0" distL="114300" distR="114300" simplePos="0" relativeHeight="251712512" behindDoc="0" locked="0" layoutInCell="1" allowOverlap="1" wp14:anchorId="22B40C49" wp14:editId="3E9570A2">
            <wp:simplePos x="0" y="0"/>
            <wp:positionH relativeFrom="column">
              <wp:posOffset>2412365</wp:posOffset>
            </wp:positionH>
            <wp:positionV relativeFrom="paragraph">
              <wp:posOffset>270722</wp:posOffset>
            </wp:positionV>
            <wp:extent cx="1016000" cy="889000"/>
            <wp:effectExtent l="0" t="0" r="0" b="0"/>
            <wp:wrapNone/>
            <wp:docPr id="517018298" name="Picture 17" descr="Are You Ready for Agentic AI? | The Canton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Are You Ready for Agentic AI? | The Canton Grou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alphaModFix amt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424C6" w14:textId="011AAF50" w:rsidR="007D10F3" w:rsidRPr="003132E8" w:rsidRDefault="001C2DCD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1A2CD21" wp14:editId="060ED471">
                <wp:simplePos x="0" y="0"/>
                <wp:positionH relativeFrom="column">
                  <wp:posOffset>1992418</wp:posOffset>
                </wp:positionH>
                <wp:positionV relativeFrom="paragraph">
                  <wp:posOffset>41910</wp:posOffset>
                </wp:positionV>
                <wp:extent cx="1065530" cy="681990"/>
                <wp:effectExtent l="0" t="0" r="1270" b="3810"/>
                <wp:wrapNone/>
                <wp:docPr id="1116284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530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92F40" w14:textId="5E912A7F" w:rsidR="007C17B5" w:rsidRPr="003132E8" w:rsidRDefault="007C17B5" w:rsidP="007C17B5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2CD21" id="_x0000_s1032" type="#_x0000_t202" style="position:absolute;margin-left:156.9pt;margin-top:3.3pt;width:83.9pt;height:53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" filled="f" stroked="f">
                <v:textbox inset="0,0,0,0">
                  <w:txbxContent>
                    <w:p w14:paraId="01292F40" w14:textId="5E912A7F" w:rsidR="007C17B5" w:rsidRPr="003132E8" w:rsidRDefault="007C17B5" w:rsidP="007C17B5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AI</w:t>
                      </w:r>
                    </w:p>
                  </w:txbxContent>
                </v:textbox>
              </v:shape>
            </w:pict>
          </mc:Fallback>
        </mc:AlternateContent>
      </w:r>
      <w:r w:rsidR="00902F14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4316FEB" wp14:editId="01F8A183">
                <wp:simplePos x="0" y="0"/>
                <wp:positionH relativeFrom="column">
                  <wp:posOffset>3634740</wp:posOffset>
                </wp:positionH>
                <wp:positionV relativeFrom="paragraph">
                  <wp:posOffset>73643</wp:posOffset>
                </wp:positionV>
                <wp:extent cx="1938338" cy="756852"/>
                <wp:effectExtent l="0" t="0" r="5080" b="5715"/>
                <wp:wrapNone/>
                <wp:docPr id="7155224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338" cy="756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C3716" w14:textId="3842E7CA" w:rsidR="004778E1" w:rsidRPr="003132E8" w:rsidRDefault="004778E1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Mobile</w:t>
                            </w:r>
                          </w:p>
                          <w:p w14:paraId="60092045" w14:textId="77777777" w:rsidR="004C6817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</w:t>
                            </w: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pplication</w:t>
                            </w: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14:paraId="1875ABFA" w14:textId="766A1DE0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</w:t>
                            </w: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ramework</w:t>
                            </w:r>
                          </w:p>
                          <w:p w14:paraId="7DF06B72" w14:textId="75534D0A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E11E48D" w14:textId="77777777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16FEB" id="_x0000_s1033" type="#_x0000_t202" style="position:absolute;margin-left:286.2pt;margin-top:5.8pt;width:152.65pt;height:59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" filled="f" stroked="f">
                <v:textbox inset="0,0,0,0">
                  <w:txbxContent>
                    <w:p w14:paraId="3E3C3716" w14:textId="3842E7CA" w:rsidR="004778E1" w:rsidRPr="003132E8" w:rsidRDefault="004778E1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Mobile</w:t>
                      </w:r>
                    </w:p>
                    <w:p w14:paraId="60092045" w14:textId="77777777" w:rsidR="004C6817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A</w:t>
                      </w: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pplication</w:t>
                      </w: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 w14:paraId="1875ABFA" w14:textId="766A1DE0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</w:t>
                      </w: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ramework</w:t>
                      </w:r>
                    </w:p>
                    <w:p w14:paraId="7DF06B72" w14:textId="75534D0A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4E11E48D" w14:textId="77777777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5644C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CE8865C" wp14:editId="3A58C361">
                <wp:simplePos x="0" y="0"/>
                <wp:positionH relativeFrom="column">
                  <wp:posOffset>5286163</wp:posOffset>
                </wp:positionH>
                <wp:positionV relativeFrom="paragraph">
                  <wp:posOffset>146897</wp:posOffset>
                </wp:positionV>
                <wp:extent cx="1219200" cy="939800"/>
                <wp:effectExtent l="0" t="0" r="6350" b="12700"/>
                <wp:wrapNone/>
                <wp:docPr id="7439339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B1E1" w14:textId="1823B1C7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Order</w:t>
                            </w:r>
                          </w:p>
                          <w:p w14:paraId="2940DC62" w14:textId="0F996066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8865C" id="_x0000_s1034" type="#_x0000_t202" style="position:absolute;margin-left:416.25pt;margin-top:11.55pt;width:96pt;height:74pt;z-index:2516766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" filled="f" stroked="f">
                <v:textbox inset="0,0,0,0">
                  <w:txbxContent>
                    <w:p w14:paraId="2239B1E1" w14:textId="1823B1C7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Order</w:t>
                      </w:r>
                    </w:p>
                    <w:p w14:paraId="2940DC62" w14:textId="0F996066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 w:rsidR="00EF3672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1715BE0" wp14:editId="7A4C4132">
                <wp:simplePos x="0" y="0"/>
                <wp:positionH relativeFrom="column">
                  <wp:posOffset>265430</wp:posOffset>
                </wp:positionH>
                <wp:positionV relativeFrom="paragraph">
                  <wp:posOffset>138854</wp:posOffset>
                </wp:positionV>
                <wp:extent cx="1065742" cy="681990"/>
                <wp:effectExtent l="0" t="0" r="1270" b="3810"/>
                <wp:wrapNone/>
                <wp:docPr id="1709629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42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4A1F9" w14:textId="3CF34951" w:rsidR="00052491" w:rsidRPr="003132E8" w:rsidRDefault="00EF3672" w:rsidP="00052491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GIS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5BE0" id="_x0000_s1035" type="#_x0000_t202" style="position:absolute;margin-left:20.9pt;margin-top:10.95pt;width:83.9pt;height:53.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" filled="f" stroked="f">
                <v:textbox inset="0,0,0,0">
                  <w:txbxContent>
                    <w:p w14:paraId="6284A1F9" w14:textId="3CF34951" w:rsidR="00052491" w:rsidRPr="003132E8" w:rsidRDefault="00EF3672" w:rsidP="00052491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GIS</w:t>
                      </w:r>
                    </w:p>
                  </w:txbxContent>
                </v:textbox>
              </v:shape>
            </w:pict>
          </mc:Fallback>
        </mc:AlternateContent>
      </w:r>
    </w:p>
    <w:p w14:paraId="6EA0827B" w14:textId="38E7D454" w:rsidR="007D10F3" w:rsidRPr="003132E8" w:rsidRDefault="00F675B1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50AE41" wp14:editId="5A6E0DA7">
                <wp:simplePos x="0" y="0"/>
                <wp:positionH relativeFrom="column">
                  <wp:posOffset>1959187</wp:posOffset>
                </wp:positionH>
                <wp:positionV relativeFrom="paragraph">
                  <wp:posOffset>136948</wp:posOffset>
                </wp:positionV>
                <wp:extent cx="1507524" cy="541866"/>
                <wp:effectExtent l="0" t="0" r="0" b="10795"/>
                <wp:wrapNone/>
                <wp:docPr id="1163486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7524" cy="5418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B6879" w14:textId="77777777" w:rsidR="00AD7952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AD7952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Agentic </w:t>
                            </w:r>
                          </w:p>
                          <w:p w14:paraId="3F50759F" w14:textId="7935E1FC" w:rsidR="00F675B1" w:rsidRPr="003132E8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AD7952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Solutions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0AE41" id="_x0000_s1036" type="#_x0000_t202" style="position:absolute;margin-left:154.25pt;margin-top:10.8pt;width:118.7pt;height:42.6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" filled="f" stroked="f">
                <v:textbox inset="0,0,0,0">
                  <w:txbxContent>
                    <w:p w14:paraId="232B6879" w14:textId="77777777" w:rsidR="00AD7952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AD7952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Agentic </w:t>
                      </w:r>
                    </w:p>
                    <w:p w14:paraId="3F50759F" w14:textId="7935E1FC" w:rsidR="00F675B1" w:rsidRPr="003132E8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AD7952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Solutions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76DA5892" w14:textId="3D732352" w:rsidR="007D10F3" w:rsidRPr="003132E8" w:rsidRDefault="007D10F3"/>
    <w:p w14:paraId="51A0050F" w14:textId="2A8C10A8" w:rsidR="007D10F3" w:rsidRPr="003132E8" w:rsidRDefault="00982FCF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C401A6E" wp14:editId="4B0EAE7D">
                <wp:simplePos x="0" y="0"/>
                <wp:positionH relativeFrom="column">
                  <wp:posOffset>4837430</wp:posOffset>
                </wp:positionH>
                <wp:positionV relativeFrom="paragraph">
                  <wp:posOffset>56726</wp:posOffset>
                </wp:positionV>
                <wp:extent cx="1219200" cy="939800"/>
                <wp:effectExtent l="0" t="0" r="6350" b="12700"/>
                <wp:wrapNone/>
                <wp:docPr id="13155066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143B1" w14:textId="61C43227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Human</w:t>
                            </w:r>
                          </w:p>
                          <w:p w14:paraId="6C5EE6F1" w14:textId="3A510A64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Resources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1A6E" id="_x0000_s1037" type="#_x0000_t202" style="position:absolute;margin-left:380.9pt;margin-top:4.45pt;width:96pt;height:74pt;z-index:2516848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" filled="f" stroked="f">
                <v:textbox inset="0,0,0,0">
                  <w:txbxContent>
                    <w:p w14:paraId="771143B1" w14:textId="61C43227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Human</w:t>
                      </w:r>
                    </w:p>
                    <w:p w14:paraId="6C5EE6F1" w14:textId="3A510A64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Resources</w:t>
                      </w:r>
                    </w:p>
                  </w:txbxContent>
                </v:textbox>
              </v:shape>
            </w:pict>
          </mc:Fallback>
        </mc:AlternateContent>
      </w:r>
      <w:r w:rsidR="0017317F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A72E9" wp14:editId="0D48BDB1">
                <wp:simplePos x="0" y="0"/>
                <wp:positionH relativeFrom="column">
                  <wp:posOffset>2568364</wp:posOffset>
                </wp:positionH>
                <wp:positionV relativeFrom="paragraph">
                  <wp:posOffset>200660</wp:posOffset>
                </wp:positionV>
                <wp:extent cx="1219200" cy="402772"/>
                <wp:effectExtent l="0" t="0" r="6350" b="0"/>
                <wp:wrapNone/>
                <wp:docPr id="14745484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49EAE" w14:textId="64E5BD1D" w:rsidR="0017317F" w:rsidRPr="003132E8" w:rsidRDefault="0017317F" w:rsidP="0017317F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Invoices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72E9" id="_x0000_s1038" type="#_x0000_t202" style="position:absolute;margin-left:202.25pt;margin-top:15.8pt;width:96pt;height:31.7pt;z-index:251682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" filled="f" stroked="f">
                <v:textbox inset="0,0,0,0">
                  <w:txbxContent>
                    <w:p w14:paraId="60149EAE" w14:textId="64E5BD1D" w:rsidR="0017317F" w:rsidRPr="003132E8" w:rsidRDefault="0017317F" w:rsidP="0017317F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Invoices</w:t>
                      </w:r>
                    </w:p>
                  </w:txbxContent>
                </v:textbox>
              </v:shape>
            </w:pict>
          </mc:Fallback>
        </mc:AlternateContent>
      </w:r>
      <w:r w:rsidR="00987164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A9C98FD" wp14:editId="3AA1DF55">
                <wp:simplePos x="0" y="0"/>
                <wp:positionH relativeFrom="column">
                  <wp:posOffset>306917</wp:posOffset>
                </wp:positionH>
                <wp:positionV relativeFrom="paragraph">
                  <wp:posOffset>200237</wp:posOffset>
                </wp:positionV>
                <wp:extent cx="1219200" cy="402772"/>
                <wp:effectExtent l="0" t="0" r="6350" b="0"/>
                <wp:wrapNone/>
                <wp:docPr id="3723580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BC7CA" w14:textId="6FF39D85" w:rsidR="00987164" w:rsidRPr="003132E8" w:rsidRDefault="00987164" w:rsidP="00987164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Projects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C98FD" id="_x0000_s1039" type="#_x0000_t202" style="position:absolute;margin-left:24.15pt;margin-top:15.75pt;width:96pt;height:31.7pt;z-index:251680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" filled="f" stroked="f">
                <v:textbox inset="0,0,0,0">
                  <w:txbxContent>
                    <w:p w14:paraId="0EDBC7CA" w14:textId="6FF39D85" w:rsidR="00987164" w:rsidRPr="003132E8" w:rsidRDefault="00987164" w:rsidP="00987164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Projects</w:t>
                      </w:r>
                    </w:p>
                  </w:txbxContent>
                </v:textbox>
              </v:shape>
            </w:pict>
          </mc:Fallback>
        </mc:AlternateContent>
      </w:r>
    </w:p>
    <w:p w14:paraId="237680DB" w14:textId="7474F607" w:rsidR="007D10F3" w:rsidRPr="003132E8" w:rsidRDefault="007D10F3"/>
    <w:p w14:paraId="163B3542" w14:textId="66F7591E" w:rsidR="007D10F3" w:rsidRPr="003132E8" w:rsidRDefault="004F62BB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8D436D7" wp14:editId="6F0183E9">
                <wp:simplePos x="0" y="0"/>
                <wp:positionH relativeFrom="column">
                  <wp:posOffset>270934</wp:posOffset>
                </wp:positionH>
                <wp:positionV relativeFrom="paragraph">
                  <wp:posOffset>246592</wp:posOffset>
                </wp:positionV>
                <wp:extent cx="1219200" cy="939800"/>
                <wp:effectExtent l="0" t="0" r="6350" b="12700"/>
                <wp:wrapNone/>
                <wp:docPr id="1935620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BA391" w14:textId="7B22BD63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eCom</w:t>
                            </w:r>
                            <w:r w:rsidR="001B618B"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</w:t>
                            </w: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erce</w:t>
                            </w:r>
                          </w:p>
                          <w:p w14:paraId="5A0EEE35" w14:textId="2046AA98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Framework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436D7" id="_x0000_s1040" type="#_x0000_t202" style="position:absolute;margin-left:21.35pt;margin-top:19.4pt;width:96pt;height:74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" filled="f" stroked="f">
                <v:textbox inset="0,0,0,0">
                  <w:txbxContent>
                    <w:p w14:paraId="7A8BA391" w14:textId="7B22BD63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eCom</w:t>
                      </w:r>
                      <w:r w:rsidR="001B618B"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</w:t>
                      </w: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erce</w:t>
                      </w:r>
                    </w:p>
                    <w:p w14:paraId="5A0EEE35" w14:textId="2046AA98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Framework</w:t>
                      </w:r>
                    </w:p>
                  </w:txbxContent>
                </v:textbox>
              </v:shape>
            </w:pict>
          </mc:Fallback>
        </mc:AlternateContent>
      </w:r>
    </w:p>
    <w:p w14:paraId="054BC9EF" w14:textId="2E38CEB9" w:rsidR="007D10F3" w:rsidRPr="003132E8" w:rsidRDefault="005122E9"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A7786B8" wp14:editId="282E7F27">
                <wp:simplePos x="0" y="0"/>
                <wp:positionH relativeFrom="margin">
                  <wp:posOffset>4713772</wp:posOffset>
                </wp:positionH>
                <wp:positionV relativeFrom="paragraph">
                  <wp:posOffset>7954</wp:posOffset>
                </wp:positionV>
                <wp:extent cx="1905000" cy="685800"/>
                <wp:effectExtent l="0" t="0" r="0" b="0"/>
                <wp:wrapNone/>
                <wp:docPr id="1979262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B4DAA" w14:textId="77777777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006F3E11" w14:textId="4450A613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pacing w:val="20"/>
                                <w:sz w:val="24"/>
                                <w:szCs w:val="24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pacing w:val="20"/>
                                <w:sz w:val="40"/>
                                <w:szCs w:val="4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shopify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786B8" id="_x0000_s1041" type="#_x0000_t202" style="position:absolute;margin-left:371.15pt;margin-top:.65pt;width:150pt;height:54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" filled="f" stroked="f">
                <v:textbox inset="0,0,0,0">
                  <w:txbxContent>
                    <w:p w14:paraId="46CB4DAA" w14:textId="77777777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006F3E11" w14:textId="4450A613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pacing w:val="20"/>
                          <w:sz w:val="24"/>
                          <w:szCs w:val="24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pacing w:val="20"/>
                          <w:sz w:val="40"/>
                          <w:szCs w:val="4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shopify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B44055E" wp14:editId="1AD0B83D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1905000" cy="685800"/>
                <wp:effectExtent l="0" t="0" r="0" b="0"/>
                <wp:wrapNone/>
                <wp:docPr id="1636486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7F5BE" w14:textId="1607A0B8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40692764" w14:textId="1788068C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wooCommerce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4055E" id="_x0000_s1042" type="#_x0000_t202" style="position:absolute;margin-left:0;margin-top:.65pt;width:150pt;height:54pt;z-index:2516930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" filled="f" stroked="f">
                <v:textbox inset="0,0,0,0">
                  <w:txbxContent>
                    <w:p w14:paraId="4347F5BE" w14:textId="1607A0B8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40692764" w14:textId="1788068C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wooCommerce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33C5CF" w14:textId="4C3C9AA2" w:rsidR="00673695" w:rsidRPr="003132E8" w:rsidRDefault="00673695"/>
    <w:p w14:paraId="19305B03" w14:textId="0E08B84C" w:rsidR="00B52A43" w:rsidRPr="003132E8" w:rsidRDefault="000608C4">
      <w:r w:rsidRPr="003132E8">
        <w:drawing>
          <wp:anchor distT="0" distB="0" distL="114300" distR="114300" simplePos="0" relativeHeight="251655167" behindDoc="0" locked="0" layoutInCell="1" allowOverlap="1" wp14:anchorId="4F9DB1C4" wp14:editId="64E11664">
            <wp:simplePos x="0" y="0"/>
            <wp:positionH relativeFrom="column">
              <wp:posOffset>121920</wp:posOffset>
            </wp:positionH>
            <wp:positionV relativeFrom="paragraph">
              <wp:posOffset>12700</wp:posOffset>
            </wp:positionV>
            <wp:extent cx="6670040" cy="899160"/>
            <wp:effectExtent l="0" t="0" r="0" b="0"/>
            <wp:wrapNone/>
            <wp:docPr id="981406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40648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7004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79D1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265BA18" wp14:editId="5E53FD5E">
                <wp:simplePos x="0" y="0"/>
                <wp:positionH relativeFrom="margin">
                  <wp:posOffset>5288280</wp:posOffset>
                </wp:positionH>
                <wp:positionV relativeFrom="paragraph">
                  <wp:posOffset>113030</wp:posOffset>
                </wp:positionV>
                <wp:extent cx="1905000" cy="685800"/>
                <wp:effectExtent l="0" t="0" r="0" b="0"/>
                <wp:wrapNone/>
                <wp:docPr id="565275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81DCC" w14:textId="77777777" w:rsidR="000608C4" w:rsidRPr="003132E8" w:rsidRDefault="000608C4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28D0902F" w14:textId="586E163E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Ask for</w:t>
                            </w:r>
                          </w:p>
                          <w:p w14:paraId="2A36B368" w14:textId="31C7F2CF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5BA18" id="_x0000_s1043" type="#_x0000_t202" style="position:absolute;margin-left:416.4pt;margin-top:8.9pt;width:150pt;height:54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" filled="f" stroked="f">
                <v:textbox inset="0,0,0,0">
                  <w:txbxContent>
                    <w:p w14:paraId="12581DCC" w14:textId="77777777" w:rsidR="000608C4" w:rsidRPr="003132E8" w:rsidRDefault="000608C4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28D0902F" w14:textId="586E163E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Ask for</w:t>
                      </w:r>
                    </w:p>
                    <w:p w14:paraId="2A36B368" w14:textId="31C7F2CF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more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79D1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00EA5A8A" wp14:editId="35E2F168">
                <wp:simplePos x="0" y="0"/>
                <wp:positionH relativeFrom="margin">
                  <wp:posOffset>3647440</wp:posOffset>
                </wp:positionH>
                <wp:positionV relativeFrom="paragraph">
                  <wp:posOffset>163830</wp:posOffset>
                </wp:positionV>
                <wp:extent cx="1905000" cy="685800"/>
                <wp:effectExtent l="0" t="0" r="0" b="0"/>
                <wp:wrapNone/>
                <wp:docPr id="1373199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A3868" w14:textId="77777777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3032CDD7" w14:textId="1F77E5EA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Microsoft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A5A8A" id="_x0000_s1044" type="#_x0000_t202" style="position:absolute;margin-left:287.2pt;margin-top:12.9pt;width:150pt;height:54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" filled="f" stroked="f">
                <v:textbox inset="0,0,0,0">
                  <w:txbxContent>
                    <w:p w14:paraId="505A3868" w14:textId="77777777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3032CDD7" w14:textId="1F77E5EA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Microsoft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79D1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CE65651" wp14:editId="7002C8EC">
                <wp:simplePos x="0" y="0"/>
                <wp:positionH relativeFrom="margin">
                  <wp:posOffset>2037080</wp:posOffset>
                </wp:positionH>
                <wp:positionV relativeFrom="paragraph">
                  <wp:posOffset>109220</wp:posOffset>
                </wp:positionV>
                <wp:extent cx="1300480" cy="685800"/>
                <wp:effectExtent l="0" t="0" r="13970" b="0"/>
                <wp:wrapNone/>
                <wp:docPr id="16517198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048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AF5A4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424CDFD7" w14:textId="54F1FA44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1A3409DC" w14:textId="0D1BD6C3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ORACLE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65651" id="_x0000_s1045" type="#_x0000_t202" style="position:absolute;margin-left:160.4pt;margin-top:8.6pt;width:102.4pt;height:5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" filled="f" stroked="f">
                <v:textbox inset="0,0,0,0">
                  <w:txbxContent>
                    <w:p w14:paraId="621AF5A4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424CDFD7" w14:textId="54F1FA44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1A3409DC" w14:textId="0D1BD6C3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ORACLE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79D1" w:rsidRPr="003132E8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64E0D16" wp14:editId="39118407">
                <wp:simplePos x="0" y="0"/>
                <wp:positionH relativeFrom="margin">
                  <wp:posOffset>182880</wp:posOffset>
                </wp:positionH>
                <wp:positionV relativeFrom="paragraph">
                  <wp:posOffset>118110</wp:posOffset>
                </wp:positionV>
                <wp:extent cx="1905000" cy="685800"/>
                <wp:effectExtent l="0" t="0" r="0" b="0"/>
                <wp:wrapNone/>
                <wp:docPr id="6252719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7E662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3E64AA6A" w14:textId="3F4E86D8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36EA6758" w14:textId="267BB449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132E8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SAP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E0D16" id="_x0000_s1046" type="#_x0000_t202" style="position:absolute;margin-left:14.4pt;margin-top:9.3pt;width:150pt;height:54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" filled="f" stroked="f">
                <v:textbox inset="0,0,0,0">
                  <w:txbxContent>
                    <w:p w14:paraId="4297E662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3E64AA6A" w14:textId="3F4E86D8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36EA6758" w14:textId="267BB449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3132E8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SAP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D1B972" w14:textId="282A2B4E" w:rsidR="003E1881" w:rsidRPr="003132E8" w:rsidRDefault="003E1881"/>
    <w:p w14:paraId="3B941526" w14:textId="3A92FDF7" w:rsidR="003E1881" w:rsidRPr="003132E8" w:rsidRDefault="003E1881"/>
    <w:p w14:paraId="7953D4D0" w14:textId="344C2E35" w:rsidR="000608C4" w:rsidRPr="003132E8" w:rsidRDefault="000608C4" w:rsidP="000608C4">
      <w:pPr>
        <w:tabs>
          <w:tab w:val="left" w:pos="2832"/>
        </w:tabs>
      </w:pPr>
    </w:p>
    <w:p w14:paraId="3A4EF84A" w14:textId="122EBF90" w:rsidR="003132E8" w:rsidRPr="000A741D" w:rsidRDefault="003132E8" w:rsidP="003132E8">
      <w:pPr>
        <w:spacing w:after="80"/>
        <w:rPr>
          <w:noProof w:val="0"/>
          <w:lang w:val="ro-RO"/>
        </w:rPr>
      </w:pPr>
      <w:r w:rsidRPr="000A741D">
        <w:rPr>
          <w:rFonts w:ascii="Arial" w:eastAsia="Arial" w:hAnsi="Arial" w:cs="Arial"/>
          <w:b/>
          <w:bCs/>
          <w:noProof w:val="0"/>
          <w:color w:val="1B3F7F"/>
          <w:sz w:val="32"/>
          <w:szCs w:val="32"/>
          <w:lang w:val="ro-RO"/>
        </w:rPr>
        <w:lastRenderedPageBreak/>
        <w:t>Modulele platformei VOGO eBS</w:t>
      </w:r>
    </w:p>
    <w:p w14:paraId="02980CEC" w14:textId="201467DC" w:rsidR="003132E8" w:rsidRPr="000A741D" w:rsidRDefault="0001000F" w:rsidP="003132E8">
      <w:pPr>
        <w:spacing w:after="240"/>
        <w:rPr>
          <w:noProof w:val="0"/>
          <w:lang w:val="ro-RO"/>
        </w:rPr>
      </w:pPr>
      <w:r>
        <w:drawing>
          <wp:anchor distT="0" distB="0" distL="114300" distR="114300" simplePos="0" relativeHeight="251707392" behindDoc="0" locked="0" layoutInCell="1" allowOverlap="1" wp14:anchorId="5C2914D1" wp14:editId="4BA86B9F">
            <wp:simplePos x="0" y="0"/>
            <wp:positionH relativeFrom="column">
              <wp:posOffset>6470227</wp:posOffset>
            </wp:positionH>
            <wp:positionV relativeFrom="paragraph">
              <wp:posOffset>502073</wp:posOffset>
            </wp:positionV>
            <wp:extent cx="355600" cy="355600"/>
            <wp:effectExtent l="0" t="0" r="6350" b="6350"/>
            <wp:wrapNone/>
            <wp:docPr id="870602655" name="Picture 12" descr="Captive Portal icon - Free Download PNG &amp; SVG | Stream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aptive Portal icon - Free Download PNG &amp; SVG | Streaml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28" cy="35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6A06" w:rsidRPr="00566A06">
        <w:rPr>
          <w:rFonts w:ascii="Arial" w:eastAsia="Arial" w:hAnsi="Arial" w:cs="Arial"/>
          <w:noProof w:val="0"/>
          <w:color w:val="555555"/>
          <w:sz w:val="20"/>
          <w:szCs w:val="20"/>
          <w:lang w:val="ro-RO"/>
        </w:rPr>
        <w:t xml:space="preserve">Fiecare modul acoperă un domeniu concret al afacerii. Împreună formează ecosistemul integrat care modernizează și eficientizează modul în care organizațiile operează, cresc și inovează. Tehnologia </w:t>
      </w:r>
      <w:r w:rsidR="005B507E">
        <w:rPr>
          <w:rFonts w:ascii="Arial" w:eastAsia="Arial" w:hAnsi="Arial" w:cs="Arial"/>
          <w:noProof w:val="0"/>
          <w:color w:val="555555"/>
          <w:sz w:val="20"/>
          <w:szCs w:val="20"/>
          <w:lang w:val="ro-RO"/>
        </w:rPr>
        <w:t>a devenit</w:t>
      </w:r>
      <w:r w:rsidR="00566A06" w:rsidRPr="00566A06">
        <w:rPr>
          <w:rFonts w:ascii="Arial" w:eastAsia="Arial" w:hAnsi="Arial" w:cs="Arial"/>
          <w:noProof w:val="0"/>
          <w:color w:val="555555"/>
          <w:sz w:val="20"/>
          <w:szCs w:val="20"/>
          <w:lang w:val="ro-RO"/>
        </w:rPr>
        <w:t xml:space="preserve"> un „must" pentru adaptabilitate.</w:t>
      </w:r>
    </w:p>
    <w:tbl>
      <w:tblPr>
        <w:tblW w:w="10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2"/>
        <w:gridCol w:w="5583"/>
      </w:tblGrid>
      <w:tr w:rsidR="003132E8" w:rsidRPr="000A741D" w14:paraId="6611837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E346BA4" w14:textId="338306F1" w:rsidR="003132E8" w:rsidRPr="000A741D" w:rsidRDefault="00A933EB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706368" behindDoc="0" locked="0" layoutInCell="1" allowOverlap="1" wp14:anchorId="3DF7D02B" wp14:editId="572BF024">
                  <wp:simplePos x="0" y="0"/>
                  <wp:positionH relativeFrom="column">
                    <wp:posOffset>2868929</wp:posOffset>
                  </wp:positionH>
                  <wp:positionV relativeFrom="paragraph">
                    <wp:posOffset>-25823</wp:posOffset>
                  </wp:positionV>
                  <wp:extent cx="296333" cy="296333"/>
                  <wp:effectExtent l="0" t="0" r="8890" b="8890"/>
                  <wp:wrapNone/>
                  <wp:docPr id="1774345298" name="Picture 11" descr="Download Free Web form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Download Free Web form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5" cy="29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132E8" w:rsidRPr="000A741D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Forms &amp; Digital Services Designer</w:t>
            </w:r>
            <w:r w:rsidR="006379BB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  </w:t>
            </w:r>
          </w:p>
          <w:p w14:paraId="5C122501" w14:textId="42666602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Creați și publicați formulare și servicii digitale fără cod. Eliminați hârtia, accelerați interacțiunile și oferiți clienților o experiență modernă, de oriunde.</w:t>
            </w:r>
            <w:r w:rsidR="00DF56F2">
              <w:t xml:space="preserve"> </w:t>
            </w:r>
            <w:r w:rsidR="00DF56F2" w:rsidRPr="00DF56F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Platformă </w:t>
            </w:r>
            <w:r w:rsidR="00DF56F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no</w:t>
            </w:r>
            <w:r w:rsidR="00DF56F2" w:rsidRPr="00DF56F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-code pentru crearea de formulare web și mobile destinate serviciilor digitale către cetățeni și clienți.</w:t>
            </w:r>
            <w:r w:rsidR="00DF56F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Web &amp; Mobile Apps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3F229192" w14:textId="63FD222B" w:rsidR="003132E8" w:rsidRPr="000A741D" w:rsidRDefault="00510DD6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VOGO Portal</w:t>
            </w:r>
          </w:p>
          <w:p w14:paraId="2C3771B2" w14:textId="7A7DE09D" w:rsidR="003132E8" w:rsidRPr="000A741D" w:rsidRDefault="00510DD6" w:rsidP="00C0346D">
            <w:pPr>
              <w:spacing w:before="80"/>
              <w:rPr>
                <w:noProof w:val="0"/>
                <w:lang w:val="ro-RO"/>
              </w:rPr>
            </w:pPr>
            <w:r w:rsidRPr="00510DD6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Portal web al companiei pentru prezentarea organizației, a serviciilor oferite și interacțiunea digitală cu clienți și cetățeni. Un spațiu digital unificat prin</w:t>
            </w:r>
            <w:r w:rsidR="00A933EB">
              <w:t xml:space="preserve"> </w:t>
            </w:r>
            <w:r w:rsidRPr="00510DD6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care partenerii, clienții și echipele interne accesează informații, inițiază cereri și colaborează în timp real.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Mentenanță facila, administrare si definire pagini noi.</w:t>
            </w:r>
          </w:p>
        </w:tc>
      </w:tr>
      <w:tr w:rsidR="003132E8" w:rsidRPr="000A741D" w14:paraId="4126518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8ED6936" w14:textId="2E8FE06F" w:rsidR="003132E8" w:rsidRPr="000A741D" w:rsidRDefault="000E7AE9" w:rsidP="00C0346D">
            <w:pPr>
              <w:spacing w:before="50"/>
              <w:rPr>
                <w:noProof w:val="0"/>
                <w:lang w:val="ro-RO"/>
              </w:rPr>
            </w:pPr>
            <w:r>
              <w:drawing>
                <wp:anchor distT="0" distB="0" distL="114300" distR="114300" simplePos="0" relativeHeight="251708416" behindDoc="0" locked="0" layoutInCell="1" allowOverlap="1" wp14:anchorId="70979F01" wp14:editId="173584BC">
                  <wp:simplePos x="0" y="0"/>
                  <wp:positionH relativeFrom="column">
                    <wp:posOffset>2814109</wp:posOffset>
                  </wp:positionH>
                  <wp:positionV relativeFrom="paragraph">
                    <wp:posOffset>-41698</wp:posOffset>
                  </wp:positionV>
                  <wp:extent cx="372533" cy="372533"/>
                  <wp:effectExtent l="0" t="0" r="8890" b="8890"/>
                  <wp:wrapNone/>
                  <wp:docPr id="851564050" name="Picture 13" descr="User Access Management | Basics Explain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User Access Management | Basics Explain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51" cy="374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132E8" w:rsidRPr="000A741D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Identity &amp; User Access Management</w:t>
            </w:r>
            <w:r>
              <w:t xml:space="preserve"> </w:t>
            </w:r>
          </w:p>
          <w:p w14:paraId="56EA158E" w14:textId="41047D6C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Controlați cine accesează ce și când. Securitate enterprise cu roluri granulare, autentificare SSO și jurnale complete de audit — conformitate fără compromisuri.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D49D9BA" w14:textId="7A6C1781" w:rsidR="003132E8" w:rsidRPr="00AC734E" w:rsidRDefault="00872848" w:rsidP="00C0346D">
            <w:pPr>
              <w:rPr>
                <w:noProof w:val="0"/>
                <w:sz w:val="28"/>
                <w:szCs w:val="28"/>
                <w:lang w:val="ro-RO"/>
              </w:rPr>
            </w:pPr>
            <w:r>
              <w:drawing>
                <wp:anchor distT="0" distB="0" distL="114300" distR="114300" simplePos="0" relativeHeight="251709440" behindDoc="0" locked="0" layoutInCell="1" allowOverlap="1" wp14:anchorId="5BF18EB4" wp14:editId="4D0E2E0F">
                  <wp:simplePos x="0" y="0"/>
                  <wp:positionH relativeFrom="column">
                    <wp:posOffset>2992755</wp:posOffset>
                  </wp:positionH>
                  <wp:positionV relativeFrom="paragraph">
                    <wp:posOffset>-98425</wp:posOffset>
                  </wp:positionV>
                  <wp:extent cx="437707" cy="482600"/>
                  <wp:effectExtent l="0" t="0" r="635" b="0"/>
                  <wp:wrapNone/>
                  <wp:docPr id="383280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28036" name=""/>
                          <pic:cNvPicPr/>
                        </pic:nvPicPr>
                        <pic:blipFill>
                          <a:blip r:embed="rId25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707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32E8" w:rsidRPr="00AC734E">
              <w:rPr>
                <w:rFonts w:ascii="Arial" w:eastAsia="Arial" w:hAnsi="Arial" w:cs="Arial"/>
                <w:b/>
                <w:bCs/>
                <w:color w:val="2E7D32"/>
              </w:rPr>
              <w:t>GIS</w:t>
            </w:r>
          </w:p>
          <w:p w14:paraId="4532990D" w14:textId="1D71ACC5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Vizualizați operațiunile pe hartă în timp real. Luați decizii mai rapide în logistică, livrare și ser</w:t>
            </w:r>
            <w:r w:rsidR="00872848"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vicii de teren, bazate pe date geografice precise.</w:t>
            </w:r>
            <w:r w:rsidR="003F053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GeoServer, Layere</w:t>
            </w:r>
            <w:r w:rsidR="00F820E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open</w:t>
            </w:r>
            <w:r w:rsidR="003F053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Post GIS</w:t>
            </w:r>
          </w:p>
        </w:tc>
      </w:tr>
      <w:tr w:rsidR="003132E8" w:rsidRPr="000A741D" w14:paraId="2634833C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6127EA8" w14:textId="003AB4C8" w:rsidR="003132E8" w:rsidRPr="00AC734E" w:rsidRDefault="001002FF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 w:rsidRPr="00D757EC"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4560" behindDoc="0" locked="0" layoutInCell="1" allowOverlap="1" wp14:anchorId="1CDE4744" wp14:editId="60B26551">
                  <wp:simplePos x="0" y="0"/>
                  <wp:positionH relativeFrom="column">
                    <wp:posOffset>2691553</wp:posOffset>
                  </wp:positionH>
                  <wp:positionV relativeFrom="paragraph">
                    <wp:posOffset>-142663</wp:posOffset>
                  </wp:positionV>
                  <wp:extent cx="609600" cy="533400"/>
                  <wp:effectExtent l="0" t="0" r="0" b="0"/>
                  <wp:wrapNone/>
                  <wp:docPr id="962315950" name="Picture 17" descr="Are You Ready for Agentic AI? | The Canton Gr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Are You Ready for Agentic AI? | The Canton Gr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975" cy="544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379BB" w:rsidRPr="006379BB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AI Agentic Solutions</w:t>
            </w:r>
            <w:r w:rsidR="00E95BA4" w:rsidRPr="00E95BA4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 — Chatbot, Asistenți &amp; Automatizare</w:t>
            </w:r>
            <w:r w:rsidR="006379BB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 (LLM, RAG, LangChain and more)</w:t>
            </w:r>
          </w:p>
          <w:p w14:paraId="3E91F256" w14:textId="6BCF0689" w:rsidR="003132E8" w:rsidRPr="00F820ED" w:rsidRDefault="00E95BA4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 w:rsidRPr="00E95BA4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Construim chatboți, asistenți și agenți AI personalizați, integrați direct în sistemele dvs. existente — CRM, ERP, ticketing, procesare documente — folosind </w:t>
            </w:r>
            <w:r w:rsidR="00F820ED" w:rsidRPr="00F820E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E95BA4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API-uri LLM de top (OpenAI, Anthropic, Google) sau modele open-source rulate local pentru confidențialitate totală a datelor. De la baze de cunoștințe inteligente (RAG), fluxuri multi-agent cu memorie persistentă și securitate GDPR, până la deployment cloud sau on-premise — transformăm AI-ul dintr-un instrument generic într-un a</w:t>
            </w:r>
            <w:r w:rsidR="00D757EC" w:rsidRPr="00D757EC">
              <w:t xml:space="preserve"> </w:t>
            </w:r>
            <w:r w:rsidR="00D757EC" w:rsidRPr="00D757EC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</w:t>
            </w:r>
            <w:r w:rsidRPr="00E95BA4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vantaj competitiv </w:t>
            </w:r>
            <w:r w:rsidR="00F820E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       </w:t>
            </w:r>
            <w:r w:rsidRPr="00E95BA4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real și măsurabil pentru organizația dvs.</w:t>
            </w:r>
            <w:r w:rsidR="003132E8"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00A981A" w14:textId="604CC66B" w:rsidR="003132E8" w:rsidRPr="00510DD6" w:rsidRDefault="00B948DF" w:rsidP="00C0346D">
            <w:pPr>
              <w:spacing w:before="50"/>
              <w:rPr>
                <w:noProof w:val="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654142" behindDoc="0" locked="0" layoutInCell="1" allowOverlap="1" wp14:anchorId="5FCD8096" wp14:editId="512F2590">
                  <wp:simplePos x="0" y="0"/>
                  <wp:positionH relativeFrom="column">
                    <wp:posOffset>2998470</wp:posOffset>
                  </wp:positionH>
                  <wp:positionV relativeFrom="paragraph">
                    <wp:posOffset>-49530</wp:posOffset>
                  </wp:positionV>
                  <wp:extent cx="533400" cy="533400"/>
                  <wp:effectExtent l="0" t="0" r="0" b="0"/>
                  <wp:wrapNone/>
                  <wp:docPr id="1831286070" name="Picture 18" descr="Mobile App Icon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Mobile App Icon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32E8" w:rsidRPr="00510DD6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Mobile Application Framework</w:t>
            </w:r>
            <w:r w:rsidR="00B63532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 (VOGO MAF)</w:t>
            </w:r>
          </w:p>
          <w:p w14:paraId="3179BC2B" w14:textId="301C16A3" w:rsidR="00B63532" w:rsidRPr="00E9561F" w:rsidRDefault="004E7F15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Biblioteca de librarii a </w:t>
            </w:r>
            <w:r w:rsidR="00A11E1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Framework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-ului VOGO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MAF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acoperă întregul ciclu de viață al aplicației mobile — autentificare securizată (Apple, Google, Facebook, OTP/PIN), hărți și trasee în timp real,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facturi si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plăți, notificări push Firebase, QR/barcode scanning, chat integrat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user profile, eCommerce, REST/XML integration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. Un singur codebase, deployment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asistat pe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Apple Store si Google Play,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sub brandul dvs.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T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ime-to-market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costuri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si riscuri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redus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e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față de o soluție dezvoltată de la zero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Totul integrat cu VOGO Enterprise Business Suite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Ai 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deja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un site de eCommerce?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Îl publici rapid in aplicatia mobila prin VOGO plug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-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 for E-COMMERCE si VOGO MAF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Essentials</w:t>
            </w:r>
            <w:r w:rsidR="00B63532" w:rsidRP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  <w:r w:rsidR="00B6353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</w:tr>
      <w:tr w:rsidR="003132E8" w:rsidRPr="000A741D" w14:paraId="1DF961BE" w14:textId="77777777" w:rsidTr="003F2064">
        <w:trPr>
          <w:trHeight w:hRule="exact" w:val="3888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79B4C18" w14:textId="069EE66B" w:rsidR="003132E8" w:rsidRPr="00210C56" w:rsidRDefault="00B50B91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15584" behindDoc="0" locked="0" layoutInCell="1" allowOverlap="1" wp14:anchorId="4C7BBC08" wp14:editId="36E5B8AE">
                  <wp:simplePos x="0" y="0"/>
                  <wp:positionH relativeFrom="column">
                    <wp:posOffset>2590845</wp:posOffset>
                  </wp:positionH>
                  <wp:positionV relativeFrom="paragraph">
                    <wp:posOffset>-4868</wp:posOffset>
                  </wp:positionV>
                  <wp:extent cx="627917" cy="499533"/>
                  <wp:effectExtent l="0" t="0" r="1270" b="0"/>
                  <wp:wrapNone/>
                  <wp:docPr id="822505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50514" name=""/>
                          <pic:cNvPicPr/>
                        </pic:nvPicPr>
                        <pic:blipFill>
                          <a:blip r:embed="rId28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908" cy="50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1317" w:rsidRPr="00231317">
              <w:rPr>
                <w:rFonts w:ascii="Arial" w:eastAsia="Arial" w:hAnsi="Arial" w:cs="Arial"/>
                <w:b/>
                <w:bCs/>
                <w:color w:val="2E7D32"/>
              </w:rPr>
              <w:t>Order Management — Managementul Comenzilor Clienților</w:t>
            </w:r>
          </w:p>
          <w:p w14:paraId="2BC31082" w14:textId="65BB2797" w:rsidR="003132E8" w:rsidRPr="000A741D" w:rsidRDefault="00231317" w:rsidP="00C0346D">
            <w:pPr>
              <w:spacing w:before="80"/>
              <w:rPr>
                <w:noProof w:val="0"/>
                <w:lang w:val="ro-RO"/>
              </w:rPr>
            </w:pPr>
            <w:r w:rsidRPr="00231317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Gestionați întregul ciclu de viață al comenzii — de la recepția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comenzii</w:t>
            </w:r>
            <w:r w:rsidRPr="00231317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maparea automată cu comenzile furnizorilor și split-ul inteligent pe vendori, până la managementul statusurilor, responsabililor, livrărilor și plăților, cu notificări în timp real pentru fiecare parte implicată. Trei interfețe native sincronizate — aplicație client, aplicație vendor și backend de administrare, disponibile atât mobile cât și web — plus raportare BI completă pentru decizii bazate pe date reale.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3132E8"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Gestionați fiecare comandă de la plasare până la livrare cu precizie. Reduceți erorile, accelerați onorarea comenzilor și creșteți satisfacția clienților.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5D1241" w14:textId="1ECDEFE5" w:rsidR="003132E8" w:rsidRPr="00210C56" w:rsidRDefault="003140AD" w:rsidP="00C0346D">
            <w:pP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</w:pPr>
            <w:r w:rsidRPr="003140AD"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36D67A5E" wp14:editId="25EAC667">
                  <wp:simplePos x="0" y="0"/>
                  <wp:positionH relativeFrom="column">
                    <wp:posOffset>2905759</wp:posOffset>
                  </wp:positionH>
                  <wp:positionV relativeFrom="paragraph">
                    <wp:posOffset>-47202</wp:posOffset>
                  </wp:positionV>
                  <wp:extent cx="491067" cy="491067"/>
                  <wp:effectExtent l="0" t="0" r="4445" b="4445"/>
                  <wp:wrapNone/>
                  <wp:docPr id="964973863" name="Picture 20" descr="Project management - Free business and finan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Project management - Free business and finan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61" cy="493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D7315">
              <w:rPr>
                <w:rFonts w:ascii="Arial" w:eastAsia="Arial" w:hAnsi="Arial" w:cs="Arial"/>
                <w:b/>
                <w:bCs/>
                <w:color w:val="BF6000"/>
              </w:rPr>
              <w:t xml:space="preserve">VOGO Enterprise Projects - </w:t>
            </w:r>
            <w:r w:rsidR="002D7315" w:rsidRPr="002D7315">
              <w:rPr>
                <w:rFonts w:ascii="Arial" w:eastAsia="Arial" w:hAnsi="Arial" w:cs="Arial"/>
                <w:b/>
                <w:bCs/>
                <w:color w:val="BF6000"/>
              </w:rPr>
              <w:t>Managementul Proiectelor</w:t>
            </w:r>
          </w:p>
          <w:p w14:paraId="38A83D7F" w14:textId="77777777" w:rsidR="003132E8" w:rsidRDefault="002D7315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 w:rsidRPr="002D73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Definiți proiecte cu structuri WBS complete, echipe și roluri, indicatori financiari și operaționali, riscuri și măsuri de mitigare — totul monitorizat automat în timp real, cu vizualizări Gantt, Kanban și open issues pentru fiecare etapă. Integrat cu </w:t>
            </w:r>
            <w:r w:rsidR="00053083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sistemele ERP (modulele de contabilitate</w:t>
            </w:r>
            <w:r w:rsidRPr="002D73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, </w:t>
            </w:r>
            <w:r w:rsidR="00053083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fina</w:t>
            </w:r>
            <w:r w:rsidR="003140AD" w:rsidRPr="003140AD">
              <w:t xml:space="preserve"> </w:t>
            </w:r>
            <w:r w:rsidR="003140AD" w:rsidRPr="003140A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053083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nciar, fixed assets </w:t>
            </w:r>
            <w:r w:rsidRPr="002D73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și centre de cost</w:t>
            </w:r>
            <w:r w:rsidR="00053083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, budgeting, GIS) </w:t>
            </w:r>
            <w:r w:rsidRPr="002D73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VOGO Projects transformă managementul proiectelor dintr-un proces manual într-un sistem de control complet, de la inițiere până la raportare financiară finală.</w:t>
            </w:r>
            <w:r w:rsidR="00053083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3132E8"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Planificați, executați și monitorizați proiecte în întreaga organizație. Echipe aliniate, termene respectate și bugete sub control — vizibilitate totală în timp real.</w:t>
            </w:r>
          </w:p>
          <w:p w14:paraId="0E924F50" w14:textId="1F4114F6" w:rsidR="00186D9E" w:rsidRPr="00186D9E" w:rsidRDefault="00186D9E" w:rsidP="00186D9E">
            <w:pPr>
              <w:jc w:val="center"/>
              <w:rPr>
                <w:lang w:val="ro-RO"/>
              </w:rPr>
            </w:pPr>
          </w:p>
        </w:tc>
      </w:tr>
      <w:tr w:rsidR="003132E8" w:rsidRPr="000A741D" w14:paraId="2DFEA675" w14:textId="77777777" w:rsidTr="00867DD0">
        <w:trPr>
          <w:trHeight w:hRule="exact" w:val="1584"/>
        </w:trPr>
        <w:tc>
          <w:tcPr>
            <w:tcW w:w="5222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32779EA" w14:textId="45E302BF" w:rsidR="003132E8" w:rsidRPr="00210C56" w:rsidRDefault="00F02A8E" w:rsidP="00C0346D">
            <w:pPr>
              <w:rPr>
                <w:noProof w:val="0"/>
                <w:sz w:val="32"/>
                <w:szCs w:val="32"/>
                <w:lang w:val="ro-RO"/>
              </w:rPr>
            </w:pPr>
            <w:r>
              <w:lastRenderedPageBreak/>
              <w:drawing>
                <wp:anchor distT="0" distB="0" distL="114300" distR="114300" simplePos="0" relativeHeight="251717632" behindDoc="0" locked="0" layoutInCell="1" allowOverlap="1" wp14:anchorId="60E68C27" wp14:editId="3ACA1311">
                  <wp:simplePos x="0" y="0"/>
                  <wp:positionH relativeFrom="column">
                    <wp:posOffset>2767330</wp:posOffset>
                  </wp:positionH>
                  <wp:positionV relativeFrom="paragraph">
                    <wp:posOffset>-30903</wp:posOffset>
                  </wp:positionV>
                  <wp:extent cx="440267" cy="440267"/>
                  <wp:effectExtent l="0" t="0" r="0" b="0"/>
                  <wp:wrapNone/>
                  <wp:docPr id="1543611472" name="Picture 21" descr="Download Free Invoice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Download Free Invoice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alphaModFix amt="3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267" cy="440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32E8">
              <w:rPr>
                <w:rFonts w:ascii="Arial" w:eastAsia="Arial" w:hAnsi="Arial" w:cs="Arial"/>
                <w:b/>
                <w:bCs/>
                <w:color w:val="BF6000"/>
                <w:sz w:val="24"/>
                <w:szCs w:val="24"/>
              </w:rPr>
              <w:t>Facturare</w:t>
            </w:r>
            <w:r w:rsidR="00FA7B18">
              <w:rPr>
                <w:rFonts w:ascii="Arial" w:eastAsia="Arial" w:hAnsi="Arial" w:cs="Arial"/>
                <w:b/>
                <w:bCs/>
                <w:color w:val="BF6000"/>
                <w:sz w:val="24"/>
                <w:szCs w:val="24"/>
              </w:rPr>
              <w:t xml:space="preserve"> integrata</w:t>
            </w:r>
          </w:p>
          <w:p w14:paraId="1C7CA8DA" w14:textId="23FF6039" w:rsidR="003132E8" w:rsidRPr="000A741D" w:rsidRDefault="00FA7B1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Facturile se emit automat in baza comenzilor. Opțiuni de emitere manuala facturi. Integrare e-Factura. Opțiuni integrata de plata a facturilor cu procesatori de plăti securizați si autorizați. Rapoarte si rem</w:t>
            </w:r>
            <w:r w:rsidR="00F02A8E"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indere automate.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66786E" w14:textId="15E84745" w:rsidR="003132E8" w:rsidRPr="00210C56" w:rsidRDefault="00353684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18656" behindDoc="0" locked="0" layoutInCell="1" allowOverlap="1" wp14:anchorId="134FC5C2" wp14:editId="754A4F1C">
                  <wp:simplePos x="0" y="0"/>
                  <wp:positionH relativeFrom="column">
                    <wp:posOffset>2726937</wp:posOffset>
                  </wp:positionH>
                  <wp:positionV relativeFrom="paragraph">
                    <wp:posOffset>-64981</wp:posOffset>
                  </wp:positionV>
                  <wp:extent cx="590961" cy="355600"/>
                  <wp:effectExtent l="0" t="0" r="0" b="6350"/>
                  <wp:wrapNone/>
                  <wp:docPr id="3995587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58706" name=""/>
                          <pic:cNvPicPr/>
                        </pic:nvPicPr>
                        <pic:blipFill>
                          <a:blip r:embed="rId33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59" cy="35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32E8" w:rsidRPr="00210C56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Human Resources</w:t>
            </w:r>
            <w:r w:rsidR="00F319D4">
              <w:t xml:space="preserve"> </w:t>
            </w:r>
          </w:p>
          <w:p w14:paraId="7726FE82" w14:textId="5E3016A1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Gestionați </w:t>
            </w:r>
            <w:r w:rsidR="00C7574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personalul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simplu și conform, </w:t>
            </w:r>
            <w:r w:rsidR="00C7574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organigrama unității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. </w:t>
            </w:r>
            <w:r w:rsidR="00C7574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Integrare cu modulele Projects, GIS, User management.</w:t>
            </w:r>
            <w:r w:rsidR="00C75749"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Eliberați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timp prețios pentru ceea ce contează: performanța și cultura organizației.</w:t>
            </w:r>
          </w:p>
        </w:tc>
      </w:tr>
      <w:tr w:rsidR="003132E8" w:rsidRPr="000A741D" w14:paraId="25DB70C3" w14:textId="77777777" w:rsidTr="00867DD0">
        <w:trPr>
          <w:trHeight w:hRule="exact" w:val="2592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D449944" w14:textId="242CE7D5" w:rsidR="003132E8" w:rsidRPr="00210C56" w:rsidRDefault="00F54B45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19680" behindDoc="0" locked="0" layoutInCell="1" allowOverlap="1" wp14:anchorId="35AEE4F5" wp14:editId="3EC9E081">
                  <wp:simplePos x="0" y="0"/>
                  <wp:positionH relativeFrom="column">
                    <wp:posOffset>2734309</wp:posOffset>
                  </wp:positionH>
                  <wp:positionV relativeFrom="paragraph">
                    <wp:posOffset>-63288</wp:posOffset>
                  </wp:positionV>
                  <wp:extent cx="474133" cy="474133"/>
                  <wp:effectExtent l="0" t="0" r="2540" b="2540"/>
                  <wp:wrapNone/>
                  <wp:docPr id="1005951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951010" name=""/>
                          <pic:cNvPicPr/>
                        </pic:nvPicPr>
                        <pic:blipFill>
                          <a:blip r:embed="rId34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72" cy="478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C5F88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 xml:space="preserve">Mobile </w:t>
            </w:r>
            <w:r w:rsidR="003132E8" w:rsidRPr="00210C56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eCommerce Framework</w:t>
            </w:r>
          </w:p>
          <w:p w14:paraId="6BB89978" w14:textId="1652BE16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Lansați sau scalați magazinul online cu un motor robust și flexibil</w:t>
            </w:r>
            <w:r w:rsidR="006B4D0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– optimizat pentru performanta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 Construit pentru performanță ridicată, rate de co</w:t>
            </w:r>
            <w:r w:rsidR="00F54B45">
              <w:t xml:space="preserve"> </w:t>
            </w:r>
            <w:r w:rsidR="00F54B45"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nversie superioare și creștere sustenabilă.</w:t>
            </w:r>
            <w:r w:rsidR="003C5F8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Gestionarea produselor, magazin on-line si in aplicatia mobila dedicata, comenzi clienti, facturare,</w:t>
            </w:r>
            <w:r w:rsidR="006B4D0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încasări (card, paypal, banca, Google pay, Apple pay), livrari, rapoarte BI pentru managementul afacerii . Integrat cu sisteme ERP.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3E493A5" w14:textId="60332D34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 w:rsidRPr="007E48BA"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0704" behindDoc="0" locked="0" layoutInCell="1" allowOverlap="1" wp14:anchorId="67541E24" wp14:editId="61B68E1A">
                  <wp:simplePos x="0" y="0"/>
                  <wp:positionH relativeFrom="column">
                    <wp:posOffset>2897717</wp:posOffset>
                  </wp:positionH>
                  <wp:positionV relativeFrom="paragraph">
                    <wp:posOffset>-46355</wp:posOffset>
                  </wp:positionV>
                  <wp:extent cx="431800" cy="431800"/>
                  <wp:effectExtent l="0" t="0" r="6350" b="6350"/>
                  <wp:wrapNone/>
                  <wp:docPr id="151818752" name="Picture 28" descr="Payment method - Free communications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Payment method - Free communications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04" cy="433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01B1E" w:rsidRPr="00D01B1E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Încasări și Plăți — Payment Management</w:t>
            </w:r>
          </w:p>
          <w:p w14:paraId="1300EEF2" w14:textId="4E038368" w:rsidR="003132E8" w:rsidRPr="000A741D" w:rsidRDefault="0069649E" w:rsidP="00C0346D">
            <w:pPr>
              <w:spacing w:before="80"/>
              <w:rPr>
                <w:noProof w:val="0"/>
                <w:lang w:val="ro-RO"/>
              </w:rPr>
            </w:pPr>
            <w:r w:rsidRPr="0069649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Acceptați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încasări si efectuați plăti </w:t>
            </w:r>
            <w:r w:rsidRPr="0069649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online prin orice metodă modernă — card bancar, transfer IBAN, portofele digitale (Apple Pay, Google Pay) și plăți recurente cu abonamente automate — cu procesare securizată, conf</w:t>
            </w:r>
            <w:r w:rsidR="007E48BA" w:rsidRPr="007E48BA">
              <w:t xml:space="preserve"> </w:t>
            </w:r>
            <w:r w:rsidR="007E48BA" w:rsidRPr="007E48BA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69649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ormitate PCI DSS și suport multi-valută integrat nativ în platforma dvs. Gestionați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operațiuni complete,</w:t>
            </w:r>
            <w:r w:rsidRPr="0069649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plăți split către vendori multipli, raportare cashflow în timp real și reconciliere automată cu modulele de facturare și contabilitate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</w:tr>
      <w:tr w:rsidR="003132E8" w:rsidRPr="000A741D" w14:paraId="6254583B" w14:textId="77777777" w:rsidTr="008A0131">
        <w:trPr>
          <w:trHeight w:hRule="exact" w:val="1584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E81C12E" w14:textId="53FF9F49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 w:rsidRPr="007E48BA"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1728" behindDoc="0" locked="0" layoutInCell="1" allowOverlap="1" wp14:anchorId="19D8B079" wp14:editId="33766219">
                  <wp:simplePos x="0" y="0"/>
                  <wp:positionH relativeFrom="column">
                    <wp:posOffset>2598208</wp:posOffset>
                  </wp:positionH>
                  <wp:positionV relativeFrom="paragraph">
                    <wp:posOffset>-42545</wp:posOffset>
                  </wp:positionV>
                  <wp:extent cx="592667" cy="592667"/>
                  <wp:effectExtent l="0" t="0" r="0" b="0"/>
                  <wp:wrapNone/>
                  <wp:docPr id="405319311" name="Picture 30" descr="Shopify Icon SVG Vector &amp; PNG Free Download | UX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Shopify Icon SVG Vector &amp; PNG Free Download | UXW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06" cy="594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32E8" w:rsidRPr="00210C56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Shopify</w:t>
            </w:r>
          </w:p>
          <w:p w14:paraId="02DCE179" w14:textId="6248A292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Aduceți puterea enterpris</w:t>
            </w:r>
            <w:r w:rsidR="007E48BA" w:rsidRPr="007E48BA">
              <w:t xml:space="preserve"> </w:t>
            </w:r>
            <w:r w:rsidR="007E48BA" w:rsidRPr="007E48BA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e în magazinul Shopify. Integrați inventarul, logistica și CRM-ul fără a schimba platforma</w:t>
            </w:r>
            <w:r w:rsidR="003A4E3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. </w:t>
            </w:r>
            <w:r w:rsidR="003A4E39" w:rsidRPr="00F932D8"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Publicați</w:t>
            </w:r>
            <w:r w:rsidR="003A4E3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, in Apple Store si Google play, aplicatia mobila aferenta magazinului Shopify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DAF57A7" w14:textId="15D85BE4" w:rsidR="00C26A3E" w:rsidRPr="00210C56" w:rsidRDefault="000E0215" w:rsidP="00C26A3E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2752" behindDoc="0" locked="0" layoutInCell="1" allowOverlap="1" wp14:anchorId="79DC5815" wp14:editId="5F9E2D13">
                  <wp:simplePos x="0" y="0"/>
                  <wp:positionH relativeFrom="column">
                    <wp:posOffset>2050415</wp:posOffset>
                  </wp:positionH>
                  <wp:positionV relativeFrom="paragraph">
                    <wp:posOffset>-59901</wp:posOffset>
                  </wp:positionV>
                  <wp:extent cx="1292225" cy="299522"/>
                  <wp:effectExtent l="0" t="0" r="3175" b="5715"/>
                  <wp:wrapNone/>
                  <wp:docPr id="9879218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921897" name=""/>
                          <pic:cNvPicPr/>
                        </pic:nvPicPr>
                        <pic:blipFill>
                          <a:blip r:embed="rId37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colorTemperature colorTemp="62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29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6A3E" w:rsidRPr="00210C56"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WooCommerce</w:t>
            </w:r>
          </w:p>
          <w:p w14:paraId="3A4774B0" w14:textId="4C593879" w:rsidR="003132E8" w:rsidRPr="00C26A3E" w:rsidRDefault="00C26A3E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Conectați magazinul WooCommerce la ecosistemul complet VOGO eBS. Sincronizare în tim</w:t>
            </w:r>
            <w:r w:rsidR="000E0215" w:rsidRPr="000E0215">
              <w:t xml:space="preserve"> </w:t>
            </w:r>
            <w:r w:rsidR="000E0215" w:rsidRPr="000E02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 real pentru pro</w:t>
            </w:r>
            <w:r w:rsidR="000E0215" w:rsidRPr="000E0215">
              <w:t xml:space="preserve"> </w:t>
            </w:r>
            <w:r w:rsidR="000E0215" w:rsidRPr="000E0215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duse, comenzi și clienți, fără configurări complexe.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F932D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Livrați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aplicatia mobila aferenta magazinului </w:t>
            </w:r>
            <w:r w:rsidR="00F932D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in </w:t>
            </w:r>
            <w:r w:rsidR="00F932D8" w:rsidRPr="00F932D8"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Apple Store si Google play.</w:t>
            </w:r>
          </w:p>
        </w:tc>
      </w:tr>
      <w:tr w:rsidR="00AF7201" w:rsidRPr="000A741D" w14:paraId="61A27700" w14:textId="77777777" w:rsidTr="006B1A54">
        <w:trPr>
          <w:trHeight w:hRule="exact" w:val="1440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08A4D68" w14:textId="04F97CE7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</w:pPr>
            <w:r w:rsidRPr="00213EC9"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3776" behindDoc="0" locked="0" layoutInCell="1" allowOverlap="1" wp14:anchorId="3D2D6804" wp14:editId="55F17CFE">
                  <wp:simplePos x="0" y="0"/>
                  <wp:positionH relativeFrom="column">
                    <wp:posOffset>2542540</wp:posOffset>
                  </wp:positionH>
                  <wp:positionV relativeFrom="paragraph">
                    <wp:posOffset>-51435</wp:posOffset>
                  </wp:positionV>
                  <wp:extent cx="646476" cy="363643"/>
                  <wp:effectExtent l="0" t="0" r="0" b="0"/>
                  <wp:wrapNone/>
                  <wp:docPr id="1138630420" name="Picture 38" descr="Oracle-Symbol – ASPLOS 2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Oracle-Symbol – ASPLOS 2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76" cy="363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7201" w:rsidRPr="00210C56"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  <w:t>VOGO eBS for Oracle</w:t>
            </w:r>
          </w:p>
          <w:p w14:paraId="04C87C08" w14:textId="100A1D64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Conectați infrastructura Oracle </w:t>
            </w:r>
            <w:r w:rsidR="00213EC9" w:rsidRPr="00213EC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 ecosistemul VOGO eBS. Schimb de date în timp real, fără perturbări operaționale — întreprinderea dvs. ca un întreg coerent.</w:t>
            </w:r>
            <w:r w:rsidR="0068091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Aplicatii Mobile.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A4AEC17" w14:textId="68D62C7F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4800" behindDoc="0" locked="0" layoutInCell="1" allowOverlap="1" wp14:anchorId="49E1CF6D" wp14:editId="1A366328">
                  <wp:simplePos x="0" y="0"/>
                  <wp:positionH relativeFrom="column">
                    <wp:posOffset>2287482</wp:posOffset>
                  </wp:positionH>
                  <wp:positionV relativeFrom="paragraph">
                    <wp:posOffset>-84243</wp:posOffset>
                  </wp:positionV>
                  <wp:extent cx="1075748" cy="377587"/>
                  <wp:effectExtent l="0" t="0" r="0" b="3810"/>
                  <wp:wrapNone/>
                  <wp:docPr id="70974279" name="Picture 39" descr="Microsoft Dynamics 365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Microsoft Dynamics 365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748" cy="377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7201" w:rsidRPr="00210C56"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VOGO eBS for Microsoft</w:t>
            </w:r>
            <w:r w:rsidR="00F40573"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 xml:space="preserve"> D365</w:t>
            </w:r>
            <w:r>
              <w:t xml:space="preserve"> </w:t>
            </w:r>
          </w:p>
          <w:p w14:paraId="474FF623" w14:textId="1F66D07D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Integrați Microsoft 365, Dynamics și Azure cu VOGO eBS. Echipele dvs. lucrează în instrumentele cunoscute — acum amplificate cu funcționalități enterprise complete</w:t>
            </w:r>
            <w:r w:rsidR="00680918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680918" w:rsidRPr="00680918"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mobile app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</w:tr>
      <w:tr w:rsidR="003132E8" w:rsidRPr="000A741D" w14:paraId="31079329" w14:textId="77777777" w:rsidTr="006B1A54">
        <w:trPr>
          <w:trHeight w:hRule="exact" w:val="1440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5ED2D625" w14:textId="55E7CD70" w:rsidR="00C26A3E" w:rsidRPr="00183EED" w:rsidRDefault="00317CE2" w:rsidP="00C26A3E">
            <w:pPr>
              <w:rPr>
                <w:rFonts w:ascii="Arial" w:eastAsia="Arial" w:hAnsi="Arial" w:cs="Arial"/>
                <w:b/>
                <w:bCs/>
                <w:noProof w:val="0"/>
                <w:color w:val="4F81BD" w:themeColor="accent1"/>
                <w:lang w:val="ro-RO"/>
              </w:rPr>
            </w:pPr>
            <w:r w:rsidRPr="00183EED">
              <w:rPr>
                <w:color w:val="4F81BD" w:themeColor="accent1"/>
              </w:rPr>
              <w:drawing>
                <wp:anchor distT="0" distB="0" distL="114300" distR="114300" simplePos="0" relativeHeight="251725824" behindDoc="0" locked="0" layoutInCell="1" allowOverlap="1" wp14:anchorId="5FA24D80" wp14:editId="21D3C3CE">
                  <wp:simplePos x="0" y="0"/>
                  <wp:positionH relativeFrom="column">
                    <wp:posOffset>2499360</wp:posOffset>
                  </wp:positionH>
                  <wp:positionV relativeFrom="paragraph">
                    <wp:posOffset>-221615</wp:posOffset>
                  </wp:positionV>
                  <wp:extent cx="685800" cy="685800"/>
                  <wp:effectExtent l="0" t="0" r="0" b="0"/>
                  <wp:wrapNone/>
                  <wp:docPr id="549089516" name="Picture 40" descr="Free Sap Logo Icon - Download or Copy SVG, PN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Free Sap Logo Icon - Download or Copy SVG, PN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6A3E" w:rsidRPr="00183EED">
              <w:rPr>
                <w:rFonts w:ascii="Arial" w:eastAsia="Arial" w:hAnsi="Arial" w:cs="Arial"/>
                <w:b/>
                <w:bCs/>
                <w:noProof w:val="0"/>
                <w:color w:val="4F81BD" w:themeColor="accent1"/>
                <w:lang w:val="ro-RO"/>
              </w:rPr>
              <w:t>VOGO eBS for SAP</w:t>
            </w:r>
            <w:r w:rsidRPr="00183EED">
              <w:rPr>
                <w:color w:val="4F81BD" w:themeColor="accent1"/>
              </w:rPr>
              <w:t xml:space="preserve"> </w:t>
            </w:r>
          </w:p>
          <w:p w14:paraId="4D6C7D36" w14:textId="2D21D95D" w:rsidR="00C26A3E" w:rsidRPr="000A741D" w:rsidRDefault="00C26A3E" w:rsidP="00C26A3E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Optimizați integrarea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dintre SAP și canalele digitale. Date sincronizate, procese automatizate și o organizație care funcționează unitar, de la ERP la front-end.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2B57D73" w14:textId="2783C4D2" w:rsidR="00D51CA9" w:rsidRDefault="000E7FF7" w:rsidP="00C0346D">
            <w:pPr>
              <w:spacing w:before="80"/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7872" behindDoc="0" locked="0" layoutInCell="1" allowOverlap="1" wp14:anchorId="424D9640" wp14:editId="245B3C29">
                  <wp:simplePos x="0" y="0"/>
                  <wp:positionH relativeFrom="column">
                    <wp:posOffset>2550372</wp:posOffset>
                  </wp:positionH>
                  <wp:positionV relativeFrom="paragraph">
                    <wp:posOffset>-43603</wp:posOffset>
                  </wp:positionV>
                  <wp:extent cx="412750" cy="412750"/>
                  <wp:effectExtent l="0" t="0" r="6350" b="6350"/>
                  <wp:wrapNone/>
                  <wp:docPr id="192204408" name="Picture 42" descr="Rest API icon in Material Design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Rest API icon in Material Design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5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12A8">
              <w:drawing>
                <wp:anchor distT="0" distB="0" distL="114300" distR="114300" simplePos="0" relativeHeight="251726848" behindDoc="0" locked="0" layoutInCell="1" allowOverlap="1" wp14:anchorId="1E18A2B1" wp14:editId="468E0BED">
                  <wp:simplePos x="0" y="0"/>
                  <wp:positionH relativeFrom="column">
                    <wp:posOffset>2889250</wp:posOffset>
                  </wp:positionH>
                  <wp:positionV relativeFrom="paragraph">
                    <wp:posOffset>-102658</wp:posOffset>
                  </wp:positionV>
                  <wp:extent cx="490855" cy="490855"/>
                  <wp:effectExtent l="0" t="0" r="6350" b="6350"/>
                  <wp:wrapNone/>
                  <wp:docPr id="182919861" name="Picture 41" descr="Xml - Free interfa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Xml - Free interfa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090" cy="49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1CA9" w:rsidRPr="00D51CA9"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VOGO eBS Universal Connector</w:t>
            </w:r>
          </w:p>
          <w:p w14:paraId="32D1ADDC" w14:textId="517D799F" w:rsidR="003132E8" w:rsidRPr="000A741D" w:rsidRDefault="00D51CA9" w:rsidP="00C0346D">
            <w:pPr>
              <w:spacing w:before="80"/>
              <w:rPr>
                <w:noProof w:val="0"/>
                <w:lang w:val="ro-RO"/>
              </w:rPr>
            </w:pPr>
            <w:r w:rsidRPr="00D51CA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Integrați orice ERP, CRM sau platformă enterprise cu VOGO eBS prin servicii web REST sau SOAP. Indiferent de sistemul existent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</w:tr>
      <w:tr w:rsidR="003132E8" w:rsidRPr="000A741D" w14:paraId="17422BAB" w14:textId="77777777" w:rsidTr="003A55E0">
        <w:trPr>
          <w:trHeight w:hRule="exact" w:val="1440"/>
        </w:trPr>
        <w:tc>
          <w:tcPr>
            <w:tcW w:w="10805" w:type="dxa"/>
            <w:gridSpan w:val="2"/>
            <w:tcBorders>
              <w:top w:val="single" w:sz="16" w:space="0" w:color="546E7A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AA55541" w14:textId="58F1034C" w:rsidR="003132E8" w:rsidRPr="000A741D" w:rsidRDefault="003132E8" w:rsidP="003A55E0">
            <w:pPr>
              <w:spacing w:after="12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b/>
                <w:bCs/>
                <w:noProof w:val="0"/>
                <w:color w:val="546E7A"/>
                <w:sz w:val="16"/>
                <w:szCs w:val="16"/>
                <w:lang w:val="ro-RO"/>
              </w:rPr>
              <w:t>Personalizat</w:t>
            </w:r>
          </w:p>
          <w:p w14:paraId="03C44B6D" w14:textId="5464D45D" w:rsidR="003132E8" w:rsidRPr="000A741D" w:rsidRDefault="003132E8" w:rsidP="00C0346D">
            <w:pPr>
              <w:spacing w:before="5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Ask for more — Module &amp; Conectori Personalizați</w:t>
            </w:r>
          </w:p>
          <w:p w14:paraId="1C8E398A" w14:textId="20F3B8D0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Nu găsiți exact ce aveți nevoie? </w:t>
            </w:r>
            <w:r w:rsidR="00E505B2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Contactati-ne pentru a clarifica cerintele </w:t>
            </w:r>
            <w:r w:rsidRPr="000A741D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specifice ale afacerii dvs. </w:t>
            </w:r>
          </w:p>
        </w:tc>
      </w:tr>
      <w:tr w:rsidR="003132E8" w:rsidRPr="000A741D" w14:paraId="3C6DEEBF" w14:textId="77777777" w:rsidTr="00AF7201">
        <w:tblPrEx>
          <w:shd w:val="clear" w:color="auto" w:fill="auto"/>
        </w:tblPrEx>
        <w:tc>
          <w:tcPr>
            <w:tcW w:w="1080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917B4A2" w14:textId="533E4C64" w:rsidR="003132E8" w:rsidRPr="00C42B06" w:rsidRDefault="003132E8" w:rsidP="00E3453A">
            <w:pPr>
              <w:spacing w:before="80" w:after="0" w:line="240" w:lineRule="auto"/>
              <w:jc w:val="center"/>
              <w:rPr>
                <w:noProof w:val="0"/>
                <w:lang w:val="ro-RO"/>
              </w:rPr>
            </w:pPr>
            <w:r w:rsidRPr="00C42B06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 xml:space="preserve">Contactați echipa VOGO pentru o </w:t>
            </w:r>
            <w:r w:rsidR="00B9050D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discuție</w:t>
            </w:r>
            <w:r w:rsidRPr="00C42B06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 xml:space="preserve"> </w:t>
            </w:r>
            <w:r w:rsidR="00B9050D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aplicata</w:t>
            </w:r>
            <w:r w:rsidRPr="00C42B06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 xml:space="preserve"> </w:t>
            </w:r>
            <w:r w:rsidR="00B9050D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pe</w:t>
            </w:r>
            <w:r w:rsidRPr="00C42B06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 xml:space="preserve"> modulel</w:t>
            </w:r>
            <w:r w:rsidR="00B9050D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e</w:t>
            </w:r>
            <w:r w:rsidRPr="00C42B06"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 xml:space="preserve"> relevante pentru dvs.</w:t>
            </w:r>
          </w:p>
          <w:p w14:paraId="7D79959F" w14:textId="76B3A9A9" w:rsidR="003132E8" w:rsidRPr="00C42B06" w:rsidRDefault="003132E8" w:rsidP="00E3453A">
            <w:pPr>
              <w:spacing w:before="100" w:after="0" w:line="240" w:lineRule="auto"/>
              <w:jc w:val="center"/>
              <w:rPr>
                <w:noProof w:val="0"/>
                <w:lang w:val="ro-RO"/>
              </w:rPr>
            </w:pPr>
            <w:r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>vogo</w:t>
            </w:r>
            <w:r w:rsidRPr="00CF0981"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>.</w:t>
            </w:r>
            <w:r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>me</w:t>
            </w:r>
            <w:r w:rsidR="00B55CB8"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>/ebs</w:t>
            </w:r>
            <w:r w:rsidRPr="00CF0981"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 xml:space="preserve">  |  </w:t>
            </w:r>
            <w:hyperlink r:id="rId44" w:history="1">
              <w:r w:rsidR="00CF0981" w:rsidRPr="00CF0981">
                <w:rPr>
                  <w:rStyle w:val="Hyperlink"/>
                  <w:rFonts w:ascii="Arial" w:eastAsia="Arial" w:hAnsi="Arial" w:cs="Arial"/>
                  <w:b/>
                  <w:bCs/>
                  <w:color w:val="FFFFFF" w:themeColor="background1"/>
                  <w:lang w:val="ro-RO"/>
                </w:rPr>
                <w:t>ebs@vogo.family</w:t>
              </w:r>
            </w:hyperlink>
            <w:r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| </w:t>
            </w:r>
            <w:r w:rsidR="008F52F1"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>+40 742 203 383</w:t>
            </w:r>
            <w:r w:rsidR="00ED21EB" w:rsidRPr="00CF0981"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</w:t>
            </w:r>
            <w:r w:rsidR="00ED21EB" w:rsidRPr="00CF0981"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>(</w:t>
            </w:r>
            <w:r w:rsidR="005B5085" w:rsidRPr="00CF0981"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Tel &amp;</w:t>
            </w:r>
            <w:r w:rsidR="005B5085" w:rsidRPr="00CF0981"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="005B5085" w:rsidRPr="00CF0981"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WA</w:t>
            </w:r>
            <w:r w:rsidR="00ED21EB" w:rsidRPr="00CF0981"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)</w:t>
            </w:r>
          </w:p>
        </w:tc>
      </w:tr>
    </w:tbl>
    <w:p w14:paraId="1FE91CBF" w14:textId="782B93C7" w:rsidR="00257036" w:rsidRDefault="00FC75BD" w:rsidP="00D51CA9">
      <w: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3AD143D6" wp14:editId="1AE06F1C">
                <wp:simplePos x="0" y="0"/>
                <wp:positionH relativeFrom="column">
                  <wp:posOffset>1055370</wp:posOffset>
                </wp:positionH>
                <wp:positionV relativeFrom="paragraph">
                  <wp:posOffset>149860</wp:posOffset>
                </wp:positionV>
                <wp:extent cx="4819650" cy="488950"/>
                <wp:effectExtent l="0" t="0" r="0" b="6350"/>
                <wp:wrapNone/>
                <wp:docPr id="35071015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0" cy="488950"/>
                          <a:chOff x="0" y="0"/>
                          <a:chExt cx="5517776" cy="532765"/>
                        </a:xfrm>
                      </wpg:grpSpPr>
                      <pic:pic xmlns:pic="http://schemas.openxmlformats.org/drawingml/2006/picture">
                        <pic:nvPicPr>
                          <pic:cNvPr id="16041124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22376" y="89647"/>
                            <a:ext cx="1295400" cy="386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2114624" name="Picture 33" descr="What is Web Content Accessibility Guidelines (WCAG)? | Uxcel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0717" y="80682"/>
                            <a:ext cx="6858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0164794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1117" y="40341"/>
                            <a:ext cx="52832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7754702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588" y="35858"/>
                            <a:ext cx="48196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192871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22611" y="0"/>
                            <a:ext cx="525145" cy="532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872677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764" y="17929"/>
                            <a:ext cx="48958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4996092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51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0" y="22411"/>
                            <a:ext cx="474980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02449582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894"/>
                            <a:ext cx="46609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00093B" id="Group 34" o:spid="_x0000_s1026" style="position:absolute;margin-left:83.1pt;margin-top:11.8pt;width:379.5pt;height:38.5pt;z-index:251736064;mso-width-relative:margin;mso-height-relative:margin" coordsize="55177,53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">
                <v:shape id="Picture 1" o:spid="_x0000_s1027" type="#_x0000_t75" style="position:absolute;left:42223;top:896;width:12954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">
                  <v:imagedata r:id="rId53" o:title=""/>
                </v:shape>
                <v:shape id="Picture 33" o:spid="_x0000_s1028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">
                  <v:imagedata r:id="rId54" o:title="What is Web Content Accessibility Guidelines (WCAG)? | Uxcel"/>
                </v:shape>
                <v:shape id="Picture 31" o:spid="_x0000_s1029" type="#_x0000_t75" style="position:absolute;left:28911;top:403;width:5283;height:4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">
                  <v:imagedata r:id="rId55" o:title=""/>
                </v:shape>
                <v:shape id="Picture 30" o:spid="_x0000_s1030" type="#_x0000_t75" style="position:absolute;left:22635;top:358;width:4820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">
                  <v:imagedata r:id="rId56" o:title=""/>
                </v:shape>
                <v:shape id="Picture 1" o:spid="_x0000_s1031" type="#_x0000_t75" style="position:absolute;left:16226;width:5251;height:5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">
                  <v:imagedata r:id="rId57" o:title=""/>
                </v:shape>
                <v:shape id="Picture 29" o:spid="_x0000_s1032" type="#_x0000_t75" style="position:absolute;left:10757;top:179;width:4896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">
                  <v:imagedata r:id="rId58" o:title=""/>
                </v:shape>
                <v:shape id="Picture 28" o:spid="_x0000_s1033" type="#_x0000_t75" style="position:absolute;left:5334;top:224;width:4749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">
                  <v:imagedata r:id="rId59" o:title=""/>
                </v:shape>
                <v:shape id="Picture 27" o:spid="_x0000_s1034" type="#_x0000_t75" style="position:absolute;top:268;width:4660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">
                  <v:imagedata r:id="rId60" o:title=""/>
                </v:shape>
              </v:group>
            </w:pict>
          </mc:Fallback>
        </mc:AlternateContent>
      </w:r>
    </w:p>
    <w:sectPr w:rsidR="00257036" w:rsidSect="00057FEA">
      <w:headerReference w:type="default" r:id="rId61"/>
      <w:footerReference w:type="default" r:id="rId62"/>
      <w:footerReference w:type="first" r:id="rId63"/>
      <w:pgSz w:w="12240" w:h="15840"/>
      <w:pgMar w:top="504" w:right="648" w:bottom="504" w:left="64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789FF" w14:textId="77777777" w:rsidR="00066A03" w:rsidRPr="003132E8" w:rsidRDefault="00066A03" w:rsidP="00446F7C">
      <w:pPr>
        <w:spacing w:after="0" w:line="240" w:lineRule="auto"/>
      </w:pPr>
      <w:r w:rsidRPr="003132E8">
        <w:separator/>
      </w:r>
    </w:p>
  </w:endnote>
  <w:endnote w:type="continuationSeparator" w:id="0">
    <w:p w14:paraId="6CB595E4" w14:textId="77777777" w:rsidR="00066A03" w:rsidRPr="003132E8" w:rsidRDefault="00066A03" w:rsidP="00446F7C">
      <w:pPr>
        <w:spacing w:after="0" w:line="240" w:lineRule="auto"/>
      </w:pPr>
      <w:r w:rsidRPr="003132E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361F" w14:textId="68726E39" w:rsidR="00B45421" w:rsidRPr="00186D9E" w:rsidRDefault="00186D9E" w:rsidP="00186D9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3B36" w14:textId="207D0107" w:rsidR="00057FEA" w:rsidRPr="00CB33FC" w:rsidRDefault="00CB33FC" w:rsidP="00CB33FC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 w:rsidR="00A36651">
      <w:t xml:space="preserve"> </w:t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9BF66" w14:textId="77777777" w:rsidR="00066A03" w:rsidRPr="003132E8" w:rsidRDefault="00066A03" w:rsidP="00446F7C">
      <w:pPr>
        <w:spacing w:after="0" w:line="240" w:lineRule="auto"/>
      </w:pPr>
      <w:r w:rsidRPr="003132E8">
        <w:separator/>
      </w:r>
    </w:p>
  </w:footnote>
  <w:footnote w:type="continuationSeparator" w:id="0">
    <w:p w14:paraId="62EBEE2C" w14:textId="77777777" w:rsidR="00066A03" w:rsidRPr="003132E8" w:rsidRDefault="00066A03" w:rsidP="00446F7C">
      <w:pPr>
        <w:spacing w:after="0" w:line="240" w:lineRule="auto"/>
      </w:pPr>
      <w:r w:rsidRPr="003132E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152C7" w14:textId="3A73FE29" w:rsidR="00A7763C" w:rsidRPr="003132E8" w:rsidRDefault="00A7763C" w:rsidP="00A7763C">
    <w:pPr>
      <w:pBdr>
        <w:bottom w:val="single" w:sz="6" w:space="0" w:color="E0E0E0"/>
      </w:pBdr>
      <w:tabs>
        <w:tab w:val="right" w:pos="10800"/>
      </w:tabs>
      <w:spacing w:after="160"/>
    </w:pPr>
    <w:r w:rsidRPr="003132E8">
      <w:rPr>
        <w:rFonts w:ascii="Arial" w:eastAsia="Arial" w:hAnsi="Arial" w:cs="Arial"/>
        <w:b/>
        <w:bCs/>
        <w:color w:val="1B3F7F"/>
        <w:sz w:val="24"/>
        <w:szCs w:val="24"/>
      </w:rPr>
      <w:t>VOGO</w:t>
    </w:r>
    <w:r w:rsidRPr="003132E8">
      <w:rPr>
        <w:rFonts w:ascii="Arial" w:eastAsia="Arial" w:hAnsi="Arial" w:cs="Arial"/>
        <w:color w:val="1B3F7F"/>
        <w:sz w:val="16"/>
        <w:szCs w:val="16"/>
      </w:rPr>
      <w:t>®</w:t>
    </w:r>
    <w:r w:rsidRPr="003132E8">
      <w:rPr>
        <w:rFonts w:ascii="Arial" w:eastAsia="Arial" w:hAnsi="Arial" w:cs="Arial"/>
        <w:b/>
        <w:bCs/>
        <w:color w:val="0070C0"/>
        <w:sz w:val="24"/>
        <w:szCs w:val="24"/>
      </w:rPr>
      <w:t>eBS</w:t>
    </w:r>
    <w:r w:rsidRPr="003132E8">
      <w:rPr>
        <w:rFonts w:ascii="Arial" w:eastAsia="Arial" w:hAnsi="Arial" w:cs="Arial"/>
        <w:color w:val="555555"/>
        <w:sz w:val="18"/>
        <w:szCs w:val="18"/>
      </w:rPr>
      <w:t xml:space="preserve">  Enterprise Business Suite</w:t>
    </w:r>
    <w:r w:rsidR="00800BA2">
      <w:t xml:space="preserve">                                                                                     </w:t>
    </w:r>
    <w:r w:rsidR="00EA25A3">
      <w:tab/>
    </w:r>
    <w:r w:rsidRPr="003132E8">
      <w:rPr>
        <w:rFonts w:ascii="Arial" w:eastAsia="Arial" w:hAnsi="Arial" w:cs="Arial"/>
        <w:color w:val="555555"/>
        <w:sz w:val="16"/>
        <w:szCs w:val="16"/>
      </w:rPr>
      <w:t>WHITE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000F"/>
    <w:rsid w:val="00034616"/>
    <w:rsid w:val="00034BEE"/>
    <w:rsid w:val="00052491"/>
    <w:rsid w:val="00053083"/>
    <w:rsid w:val="00053F3D"/>
    <w:rsid w:val="0005644C"/>
    <w:rsid w:val="00057FEA"/>
    <w:rsid w:val="0006063C"/>
    <w:rsid w:val="000608C4"/>
    <w:rsid w:val="00065106"/>
    <w:rsid w:val="00066A03"/>
    <w:rsid w:val="000674A1"/>
    <w:rsid w:val="00075050"/>
    <w:rsid w:val="000B5863"/>
    <w:rsid w:val="000E0215"/>
    <w:rsid w:val="000E41EA"/>
    <w:rsid w:val="000E7AE9"/>
    <w:rsid w:val="000E7FF7"/>
    <w:rsid w:val="001002FF"/>
    <w:rsid w:val="00141C67"/>
    <w:rsid w:val="0015074B"/>
    <w:rsid w:val="0017317F"/>
    <w:rsid w:val="00181AE8"/>
    <w:rsid w:val="00181C01"/>
    <w:rsid w:val="00183EED"/>
    <w:rsid w:val="00186D9E"/>
    <w:rsid w:val="001B618B"/>
    <w:rsid w:val="001C0FE1"/>
    <w:rsid w:val="001C2DCD"/>
    <w:rsid w:val="001E7ADA"/>
    <w:rsid w:val="00213E2A"/>
    <w:rsid w:val="00213EC9"/>
    <w:rsid w:val="00231317"/>
    <w:rsid w:val="00235DC3"/>
    <w:rsid w:val="00240315"/>
    <w:rsid w:val="002418B7"/>
    <w:rsid w:val="00257036"/>
    <w:rsid w:val="00273A74"/>
    <w:rsid w:val="0029639D"/>
    <w:rsid w:val="002A32B4"/>
    <w:rsid w:val="002A53AA"/>
    <w:rsid w:val="002C1E14"/>
    <w:rsid w:val="002D7315"/>
    <w:rsid w:val="003132E8"/>
    <w:rsid w:val="003140AD"/>
    <w:rsid w:val="00317CE2"/>
    <w:rsid w:val="00326F90"/>
    <w:rsid w:val="00353684"/>
    <w:rsid w:val="003A4E39"/>
    <w:rsid w:val="003A55E0"/>
    <w:rsid w:val="003B7B1E"/>
    <w:rsid w:val="003C5F88"/>
    <w:rsid w:val="003E1881"/>
    <w:rsid w:val="003F0538"/>
    <w:rsid w:val="003F2064"/>
    <w:rsid w:val="00404B66"/>
    <w:rsid w:val="00411E17"/>
    <w:rsid w:val="00446F7C"/>
    <w:rsid w:val="004778E1"/>
    <w:rsid w:val="004B0D0C"/>
    <w:rsid w:val="004C6817"/>
    <w:rsid w:val="004E7F15"/>
    <w:rsid w:val="004F3AC7"/>
    <w:rsid w:val="004F62BB"/>
    <w:rsid w:val="00510DD6"/>
    <w:rsid w:val="005122E9"/>
    <w:rsid w:val="00522CAB"/>
    <w:rsid w:val="00566A06"/>
    <w:rsid w:val="005A1E90"/>
    <w:rsid w:val="005B02C1"/>
    <w:rsid w:val="005B507E"/>
    <w:rsid w:val="005B5085"/>
    <w:rsid w:val="005D2A69"/>
    <w:rsid w:val="005D6BCD"/>
    <w:rsid w:val="0062213F"/>
    <w:rsid w:val="006379BB"/>
    <w:rsid w:val="00641C59"/>
    <w:rsid w:val="00642498"/>
    <w:rsid w:val="00673695"/>
    <w:rsid w:val="00674E6B"/>
    <w:rsid w:val="00680918"/>
    <w:rsid w:val="0069649E"/>
    <w:rsid w:val="006A3917"/>
    <w:rsid w:val="006B1A54"/>
    <w:rsid w:val="006B4D09"/>
    <w:rsid w:val="006F0506"/>
    <w:rsid w:val="006F7476"/>
    <w:rsid w:val="00704CA5"/>
    <w:rsid w:val="00707714"/>
    <w:rsid w:val="00712388"/>
    <w:rsid w:val="007174D3"/>
    <w:rsid w:val="007457B6"/>
    <w:rsid w:val="0074680D"/>
    <w:rsid w:val="00751EF9"/>
    <w:rsid w:val="00766811"/>
    <w:rsid w:val="00795E5F"/>
    <w:rsid w:val="007B4B8D"/>
    <w:rsid w:val="007C17B5"/>
    <w:rsid w:val="007C1C85"/>
    <w:rsid w:val="007D10F3"/>
    <w:rsid w:val="007D747F"/>
    <w:rsid w:val="007E0EC3"/>
    <w:rsid w:val="007E2283"/>
    <w:rsid w:val="007E48BA"/>
    <w:rsid w:val="007F6FE3"/>
    <w:rsid w:val="00800BA2"/>
    <w:rsid w:val="00822EA7"/>
    <w:rsid w:val="00825E2B"/>
    <w:rsid w:val="00832818"/>
    <w:rsid w:val="00844FF6"/>
    <w:rsid w:val="00852507"/>
    <w:rsid w:val="00867DD0"/>
    <w:rsid w:val="00872848"/>
    <w:rsid w:val="00886313"/>
    <w:rsid w:val="008A0131"/>
    <w:rsid w:val="008A09D8"/>
    <w:rsid w:val="008F52F1"/>
    <w:rsid w:val="009024DD"/>
    <w:rsid w:val="00902F14"/>
    <w:rsid w:val="00982FCF"/>
    <w:rsid w:val="00987164"/>
    <w:rsid w:val="00991B9A"/>
    <w:rsid w:val="00A11E1E"/>
    <w:rsid w:val="00A36651"/>
    <w:rsid w:val="00A46528"/>
    <w:rsid w:val="00A65A78"/>
    <w:rsid w:val="00A7763C"/>
    <w:rsid w:val="00A933EB"/>
    <w:rsid w:val="00AA1D8D"/>
    <w:rsid w:val="00AA4DEF"/>
    <w:rsid w:val="00AD7952"/>
    <w:rsid w:val="00AF0CF2"/>
    <w:rsid w:val="00AF170F"/>
    <w:rsid w:val="00AF2908"/>
    <w:rsid w:val="00AF7201"/>
    <w:rsid w:val="00B05387"/>
    <w:rsid w:val="00B25EF4"/>
    <w:rsid w:val="00B33282"/>
    <w:rsid w:val="00B4044D"/>
    <w:rsid w:val="00B45421"/>
    <w:rsid w:val="00B47730"/>
    <w:rsid w:val="00B50B91"/>
    <w:rsid w:val="00B50D9D"/>
    <w:rsid w:val="00B52A43"/>
    <w:rsid w:val="00B55CB8"/>
    <w:rsid w:val="00B63532"/>
    <w:rsid w:val="00B9050D"/>
    <w:rsid w:val="00B948DF"/>
    <w:rsid w:val="00BA1337"/>
    <w:rsid w:val="00BB1CD1"/>
    <w:rsid w:val="00BB4C92"/>
    <w:rsid w:val="00BF6624"/>
    <w:rsid w:val="00C26A3E"/>
    <w:rsid w:val="00C42B06"/>
    <w:rsid w:val="00C66B26"/>
    <w:rsid w:val="00C75749"/>
    <w:rsid w:val="00C8385A"/>
    <w:rsid w:val="00CB0664"/>
    <w:rsid w:val="00CB33FC"/>
    <w:rsid w:val="00CF0981"/>
    <w:rsid w:val="00CF12A8"/>
    <w:rsid w:val="00D01B1E"/>
    <w:rsid w:val="00D32932"/>
    <w:rsid w:val="00D436FA"/>
    <w:rsid w:val="00D51CA9"/>
    <w:rsid w:val="00D57CA1"/>
    <w:rsid w:val="00D60CDA"/>
    <w:rsid w:val="00D757EC"/>
    <w:rsid w:val="00D9715C"/>
    <w:rsid w:val="00D979D1"/>
    <w:rsid w:val="00DD572C"/>
    <w:rsid w:val="00DF56F2"/>
    <w:rsid w:val="00E056DF"/>
    <w:rsid w:val="00E15E5D"/>
    <w:rsid w:val="00E24408"/>
    <w:rsid w:val="00E25E7D"/>
    <w:rsid w:val="00E26641"/>
    <w:rsid w:val="00E3453A"/>
    <w:rsid w:val="00E505B2"/>
    <w:rsid w:val="00E55123"/>
    <w:rsid w:val="00E8766B"/>
    <w:rsid w:val="00E9561F"/>
    <w:rsid w:val="00E95BA4"/>
    <w:rsid w:val="00EA25A3"/>
    <w:rsid w:val="00EB3BA3"/>
    <w:rsid w:val="00ED21EB"/>
    <w:rsid w:val="00EE3064"/>
    <w:rsid w:val="00EE543A"/>
    <w:rsid w:val="00EF3672"/>
    <w:rsid w:val="00F02A8E"/>
    <w:rsid w:val="00F27E06"/>
    <w:rsid w:val="00F319D4"/>
    <w:rsid w:val="00F40365"/>
    <w:rsid w:val="00F40573"/>
    <w:rsid w:val="00F54B45"/>
    <w:rsid w:val="00F675B1"/>
    <w:rsid w:val="00F757CD"/>
    <w:rsid w:val="00F820ED"/>
    <w:rsid w:val="00F8339F"/>
    <w:rsid w:val="00F932D8"/>
    <w:rsid w:val="00FA2BA7"/>
    <w:rsid w:val="00FA7B18"/>
    <w:rsid w:val="00FC693F"/>
    <w:rsid w:val="00FC75BD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F4628"/>
  <w14:defaultImageDpi w14:val="33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3FC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uiPriority w:val="99"/>
    <w:unhideWhenUsed/>
    <w:rsid w:val="003132E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1.jpeg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55" Type="http://schemas.openxmlformats.org/officeDocument/2006/relationships/image" Target="media/image43.jpeg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microsoft.com/office/2007/relationships/hdphoto" Target="media/hdphoto3.wdp"/><Relationship Id="rId37" Type="http://schemas.openxmlformats.org/officeDocument/2006/relationships/image" Target="media/image27.png"/><Relationship Id="rId40" Type="http://schemas.openxmlformats.org/officeDocument/2006/relationships/image" Target="media/image29.jpeg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8" Type="http://schemas.openxmlformats.org/officeDocument/2006/relationships/image" Target="media/image46.jpeg"/><Relationship Id="rId5" Type="http://schemas.openxmlformats.org/officeDocument/2006/relationships/webSettings" Target="webSettings.xml"/><Relationship Id="rId61" Type="http://schemas.openxmlformats.org/officeDocument/2006/relationships/header" Target="header1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microsoft.com/office/2007/relationships/hdphoto" Target="media/hdphoto2.wdp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image" Target="media/image36.jpeg"/><Relationship Id="rId56" Type="http://schemas.openxmlformats.org/officeDocument/2006/relationships/image" Target="media/image44.jpe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39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microsoft.com/office/2007/relationships/hdphoto" Target="media/hdphoto4.wdp"/><Relationship Id="rId46" Type="http://schemas.openxmlformats.org/officeDocument/2006/relationships/image" Target="media/image34.png"/><Relationship Id="rId59" Type="http://schemas.openxmlformats.org/officeDocument/2006/relationships/image" Target="media/image47.jpeg"/><Relationship Id="rId20" Type="http://schemas.microsoft.com/office/2007/relationships/hdphoto" Target="media/hdphoto1.wdp"/><Relationship Id="rId41" Type="http://schemas.openxmlformats.org/officeDocument/2006/relationships/image" Target="media/image30.png"/><Relationship Id="rId54" Type="http://schemas.openxmlformats.org/officeDocument/2006/relationships/image" Target="media/image42.png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6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44" Type="http://schemas.openxmlformats.org/officeDocument/2006/relationships/hyperlink" Target="mailto:ebs@vogo.family" TargetMode="External"/><Relationship Id="rId52" Type="http://schemas.openxmlformats.org/officeDocument/2006/relationships/image" Target="media/image40.jpeg"/><Relationship Id="rId60" Type="http://schemas.openxmlformats.org/officeDocument/2006/relationships/image" Target="media/image48.jpe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55</cp:revision>
  <cp:lastPrinted>2026-05-23T09:38:00Z</cp:lastPrinted>
  <dcterms:created xsi:type="dcterms:W3CDTF">2026-05-28T21:43:00Z</dcterms:created>
  <dcterms:modified xsi:type="dcterms:W3CDTF">2026-05-30T09:46:00Z</dcterms:modified>
  <cp:category/>
</cp:coreProperties>
</file>