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AD799" w14:textId="77777777" w:rsidR="00213E2A" w:rsidRDefault="00000000">
      <w:r>
        <w:rPr>
          <w:rFonts w:ascii="Aptos Display" w:hAnsi="Aptos Display"/>
          <w:b/>
          <w:color w:val="001A66"/>
          <w:sz w:val="68"/>
        </w:rPr>
        <w:t xml:space="preserve">VOGO </w:t>
      </w:r>
      <w:r>
        <w:rPr>
          <w:rFonts w:ascii="Aptos Display" w:hAnsi="Aptos Display"/>
          <w:b/>
          <w:color w:val="004CFF"/>
          <w:sz w:val="68"/>
        </w:rPr>
        <w:t>eBS</w:t>
      </w:r>
    </w:p>
    <w:p w14:paraId="59BDE6C4" w14:textId="77777777" w:rsidR="00213E2A" w:rsidRDefault="00000000">
      <w:r>
        <w:rPr>
          <w:rFonts w:ascii="Aptos" w:hAnsi="Aptos"/>
          <w:sz w:val="32"/>
        </w:rPr>
        <w:t>Enterprise Business Suite</w:t>
      </w:r>
    </w:p>
    <w:p w14:paraId="654AD367" w14:textId="77777777" w:rsidR="00213E2A" w:rsidRDefault="00000000">
      <w:r>
        <w:rPr>
          <w:rFonts w:ascii="Aptos Display" w:hAnsi="Aptos Display"/>
          <w:b/>
          <w:color w:val="001A66"/>
          <w:sz w:val="68"/>
        </w:rPr>
        <w:t>One Suite.</w:t>
      </w:r>
      <w:r>
        <w:rPr>
          <w:rFonts w:ascii="Aptos Display" w:hAnsi="Aptos Display"/>
          <w:b/>
          <w:color w:val="001A66"/>
          <w:sz w:val="68"/>
        </w:rPr>
        <w:br/>
      </w:r>
      <w:r>
        <w:rPr>
          <w:rFonts w:ascii="Aptos Display" w:hAnsi="Aptos Display"/>
          <w:b/>
          <w:color w:val="004CFF"/>
          <w:sz w:val="68"/>
        </w:rPr>
        <w:t>Unlimited Possibilities.</w:t>
      </w:r>
    </w:p>
    <w:p w14:paraId="029D0D55" w14:textId="77777777" w:rsidR="00213E2A" w:rsidRDefault="00000000">
      <w:r>
        <w:rPr>
          <w:b/>
          <w:color w:val="004CFF"/>
          <w:sz w:val="28"/>
        </w:rPr>
        <w:t>An integrated platform to streamline operations, accelerate growth and drive digital transformation.</w:t>
      </w:r>
    </w:p>
    <w:p w14:paraId="5E153378" w14:textId="77777777" w:rsidR="00213E2A" w:rsidRDefault="00000000">
      <w:r>
        <w:t>VOGO eBS is a comprehensive, modular and extensible enterprise platform designed to empower organizations with scalable digital capabilities.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168"/>
        <w:gridCol w:w="3168"/>
        <w:gridCol w:w="3168"/>
      </w:tblGrid>
      <w:tr w:rsidR="00213E2A" w14:paraId="11641E1D" w14:textId="77777777">
        <w:trPr>
          <w:trHeight w:val="1728"/>
          <w:jc w:val="center"/>
        </w:trPr>
        <w:tc>
          <w:tcPr>
            <w:tcW w:w="3168" w:type="dxa"/>
            <w:shd w:val="clear" w:color="auto" w:fill="1F4FFF"/>
            <w:vAlign w:val="center"/>
          </w:tcPr>
          <w:p w14:paraId="6E646845" w14:textId="77777777" w:rsidR="00213E2A" w:rsidRDefault="00000000">
            <w:r>
              <w:rPr>
                <w:rFonts w:ascii="Aptos" w:hAnsi="Aptos"/>
                <w:b/>
                <w:color w:val="FFFFFF"/>
                <w:sz w:val="40"/>
              </w:rPr>
              <w:t>Forms</w:t>
            </w:r>
            <w:r>
              <w:rPr>
                <w:rFonts w:ascii="Aptos" w:hAnsi="Aptos"/>
                <w:color w:val="FFFFFF"/>
                <w:sz w:val="20"/>
              </w:rPr>
              <w:br/>
              <w:t>and</w:t>
            </w:r>
            <w:r>
              <w:rPr>
                <w:rFonts w:ascii="Aptos" w:hAnsi="Aptos"/>
                <w:color w:val="FFFFFF"/>
                <w:sz w:val="20"/>
              </w:rPr>
              <w:br/>
            </w:r>
            <w:proofErr w:type="spellStart"/>
            <w:r>
              <w:rPr>
                <w:rFonts w:ascii="Aptos" w:hAnsi="Aptos"/>
                <w:color w:val="FFFFFF"/>
                <w:sz w:val="20"/>
              </w:rPr>
              <w:t>DigitalServices</w:t>
            </w:r>
            <w:proofErr w:type="spellEnd"/>
            <w:r>
              <w:rPr>
                <w:rFonts w:ascii="Aptos" w:hAnsi="Aptos"/>
                <w:color w:val="FFFFFF"/>
                <w:sz w:val="20"/>
              </w:rPr>
              <w:br/>
              <w:t>Designer</w:t>
            </w:r>
          </w:p>
        </w:tc>
        <w:tc>
          <w:tcPr>
            <w:tcW w:w="3168" w:type="dxa"/>
            <w:shd w:val="clear" w:color="auto" w:fill="0A74FF"/>
            <w:vAlign w:val="center"/>
          </w:tcPr>
          <w:p w14:paraId="1D012291" w14:textId="77777777" w:rsidR="00213E2A" w:rsidRDefault="00000000">
            <w:r>
              <w:rPr>
                <w:rFonts w:ascii="Aptos" w:hAnsi="Aptos"/>
                <w:b/>
                <w:color w:val="FFFFFF"/>
                <w:sz w:val="40"/>
              </w:rPr>
              <w:t>Vogo</w:t>
            </w:r>
            <w:r>
              <w:rPr>
                <w:rFonts w:ascii="Aptos" w:hAnsi="Aptos"/>
                <w:b/>
                <w:color w:val="FFFFFF"/>
                <w:sz w:val="40"/>
              </w:rPr>
              <w:br/>
              <w:t>Portal</w:t>
            </w:r>
          </w:p>
        </w:tc>
        <w:tc>
          <w:tcPr>
            <w:tcW w:w="3168" w:type="dxa"/>
            <w:shd w:val="clear" w:color="auto" w:fill="00A99D"/>
            <w:vAlign w:val="center"/>
          </w:tcPr>
          <w:p w14:paraId="4F97E61F" w14:textId="77777777" w:rsidR="00213E2A" w:rsidRDefault="00000000">
            <w:r>
              <w:rPr>
                <w:rFonts w:ascii="Aptos" w:hAnsi="Aptos"/>
                <w:b/>
                <w:color w:val="FFFFFF"/>
                <w:sz w:val="40"/>
              </w:rPr>
              <w:t>Identity</w:t>
            </w:r>
            <w:r>
              <w:rPr>
                <w:rFonts w:ascii="Aptos" w:hAnsi="Aptos"/>
                <w:color w:val="FFFFFF"/>
                <w:sz w:val="20"/>
              </w:rPr>
              <w:br/>
              <w:t>and Access</w:t>
            </w:r>
            <w:r>
              <w:rPr>
                <w:rFonts w:ascii="Aptos" w:hAnsi="Aptos"/>
                <w:color w:val="FFFFFF"/>
                <w:sz w:val="20"/>
              </w:rPr>
              <w:br/>
              <w:t>Management</w:t>
            </w:r>
          </w:p>
        </w:tc>
      </w:tr>
      <w:tr w:rsidR="00213E2A" w14:paraId="15276FC4" w14:textId="77777777">
        <w:trPr>
          <w:trHeight w:val="1728"/>
          <w:jc w:val="center"/>
        </w:trPr>
        <w:tc>
          <w:tcPr>
            <w:tcW w:w="3168" w:type="dxa"/>
            <w:shd w:val="clear" w:color="auto" w:fill="19A83A"/>
            <w:vAlign w:val="center"/>
          </w:tcPr>
          <w:p w14:paraId="48E3F2C3" w14:textId="77777777" w:rsidR="00213E2A" w:rsidRDefault="00000000">
            <w:r>
              <w:rPr>
                <w:rFonts w:ascii="Aptos" w:hAnsi="Aptos"/>
                <w:b/>
                <w:color w:val="FFFFFF"/>
                <w:sz w:val="40"/>
              </w:rPr>
              <w:t>GIS</w:t>
            </w:r>
          </w:p>
        </w:tc>
        <w:tc>
          <w:tcPr>
            <w:tcW w:w="3168" w:type="dxa"/>
            <w:shd w:val="clear" w:color="auto" w:fill="3344FF"/>
            <w:vAlign w:val="center"/>
          </w:tcPr>
          <w:p w14:paraId="6BE4ED77" w14:textId="77777777" w:rsidR="00213E2A" w:rsidRDefault="00000000">
            <w:r>
              <w:rPr>
                <w:rFonts w:ascii="Aptos" w:hAnsi="Aptos"/>
                <w:b/>
                <w:color w:val="FFFFFF"/>
                <w:sz w:val="40"/>
              </w:rPr>
              <w:t>AI</w:t>
            </w:r>
            <w:r>
              <w:rPr>
                <w:rFonts w:ascii="Aptos" w:hAnsi="Aptos"/>
                <w:b/>
                <w:color w:val="FFFFFF"/>
                <w:sz w:val="40"/>
              </w:rPr>
              <w:br/>
              <w:t>Chatbot</w:t>
            </w:r>
          </w:p>
        </w:tc>
        <w:tc>
          <w:tcPr>
            <w:tcW w:w="3168" w:type="dxa"/>
            <w:shd w:val="clear" w:color="auto" w:fill="FF3E7A"/>
            <w:vAlign w:val="center"/>
          </w:tcPr>
          <w:p w14:paraId="4876EB23" w14:textId="77777777" w:rsidR="00213E2A" w:rsidRDefault="00000000">
            <w:r>
              <w:rPr>
                <w:rFonts w:ascii="Aptos" w:hAnsi="Aptos"/>
                <w:b/>
                <w:color w:val="FFFFFF"/>
                <w:sz w:val="40"/>
              </w:rPr>
              <w:t>MAF</w:t>
            </w:r>
            <w:r>
              <w:rPr>
                <w:rFonts w:ascii="Aptos" w:hAnsi="Aptos"/>
                <w:color w:val="FFFFFF"/>
                <w:sz w:val="20"/>
              </w:rPr>
              <w:br/>
              <w:t>Mobile Applications</w:t>
            </w:r>
            <w:r>
              <w:rPr>
                <w:rFonts w:ascii="Aptos" w:hAnsi="Aptos"/>
                <w:color w:val="FFFFFF"/>
                <w:sz w:val="20"/>
              </w:rPr>
              <w:br/>
              <w:t>Framework</w:t>
            </w:r>
          </w:p>
        </w:tc>
      </w:tr>
      <w:tr w:rsidR="00213E2A" w14:paraId="1E0F8D41" w14:textId="77777777">
        <w:trPr>
          <w:trHeight w:val="1728"/>
          <w:jc w:val="center"/>
        </w:trPr>
        <w:tc>
          <w:tcPr>
            <w:tcW w:w="3168" w:type="dxa"/>
            <w:shd w:val="clear" w:color="auto" w:fill="FFAA00"/>
            <w:vAlign w:val="center"/>
          </w:tcPr>
          <w:p w14:paraId="24F761B6" w14:textId="77777777" w:rsidR="00213E2A" w:rsidRDefault="00000000">
            <w:r>
              <w:rPr>
                <w:rFonts w:ascii="Aptos" w:hAnsi="Aptos"/>
                <w:b/>
                <w:color w:val="FFFFFF"/>
                <w:sz w:val="40"/>
              </w:rPr>
              <w:t>Project</w:t>
            </w:r>
            <w:r>
              <w:rPr>
                <w:rFonts w:ascii="Aptos" w:hAnsi="Aptos"/>
                <w:color w:val="FFFFFF"/>
                <w:sz w:val="20"/>
              </w:rPr>
              <w:br/>
              <w:t>Management</w:t>
            </w:r>
          </w:p>
        </w:tc>
        <w:tc>
          <w:tcPr>
            <w:tcW w:w="3168" w:type="dxa"/>
            <w:shd w:val="clear" w:color="auto" w:fill="FF3A2F"/>
            <w:vAlign w:val="center"/>
          </w:tcPr>
          <w:p w14:paraId="416C3CBD" w14:textId="77777777" w:rsidR="00213E2A" w:rsidRDefault="00000000">
            <w:r>
              <w:rPr>
                <w:rFonts w:ascii="Aptos" w:hAnsi="Aptos"/>
                <w:b/>
                <w:color w:val="FFFFFF"/>
                <w:sz w:val="40"/>
              </w:rPr>
              <w:t>Invoices</w:t>
            </w:r>
          </w:p>
        </w:tc>
        <w:tc>
          <w:tcPr>
            <w:tcW w:w="3168" w:type="dxa"/>
            <w:shd w:val="clear" w:color="auto" w:fill="00A0D6"/>
            <w:vAlign w:val="center"/>
          </w:tcPr>
          <w:p w14:paraId="7062EC49" w14:textId="77777777" w:rsidR="00213E2A" w:rsidRDefault="00000000">
            <w:r>
              <w:rPr>
                <w:rFonts w:ascii="Aptos" w:hAnsi="Aptos"/>
                <w:b/>
                <w:color w:val="FFFFFF"/>
                <w:sz w:val="40"/>
              </w:rPr>
              <w:t>Human</w:t>
            </w:r>
            <w:r>
              <w:rPr>
                <w:rFonts w:ascii="Aptos" w:hAnsi="Aptos"/>
                <w:color w:val="FFFFFF"/>
                <w:sz w:val="20"/>
              </w:rPr>
              <w:br/>
              <w:t>Resources</w:t>
            </w:r>
          </w:p>
        </w:tc>
      </w:tr>
      <w:tr w:rsidR="00213E2A" w14:paraId="68A9B9F5" w14:textId="77777777">
        <w:trPr>
          <w:trHeight w:val="1728"/>
          <w:jc w:val="center"/>
        </w:trPr>
        <w:tc>
          <w:tcPr>
            <w:tcW w:w="3168" w:type="dxa"/>
            <w:shd w:val="clear" w:color="auto" w:fill="3849D6"/>
            <w:vAlign w:val="center"/>
          </w:tcPr>
          <w:p w14:paraId="55AABD45" w14:textId="77777777" w:rsidR="00213E2A" w:rsidRDefault="00000000">
            <w:r>
              <w:rPr>
                <w:rFonts w:ascii="Aptos" w:hAnsi="Aptos"/>
                <w:b/>
                <w:color w:val="FFFFFF"/>
                <w:sz w:val="40"/>
              </w:rPr>
              <w:t>e-Commerce</w:t>
            </w:r>
            <w:r>
              <w:rPr>
                <w:rFonts w:ascii="Aptos" w:hAnsi="Aptos"/>
                <w:color w:val="FFFFFF"/>
                <w:sz w:val="20"/>
              </w:rPr>
              <w:br/>
              <w:t>Framework</w:t>
            </w:r>
            <w:r>
              <w:rPr>
                <w:rFonts w:ascii="Aptos" w:hAnsi="Aptos"/>
                <w:color w:val="FFFFFF"/>
                <w:sz w:val="20"/>
              </w:rPr>
              <w:br/>
              <w:t>Foundation</w:t>
            </w:r>
          </w:p>
        </w:tc>
        <w:tc>
          <w:tcPr>
            <w:tcW w:w="3168" w:type="dxa"/>
            <w:shd w:val="clear" w:color="auto" w:fill="FF4E8A"/>
            <w:vAlign w:val="center"/>
          </w:tcPr>
          <w:p w14:paraId="122BE4EC" w14:textId="77777777" w:rsidR="00213E2A" w:rsidRDefault="00000000">
            <w:r>
              <w:rPr>
                <w:rFonts w:ascii="Aptos" w:hAnsi="Aptos"/>
                <w:b/>
                <w:color w:val="FFFFFF"/>
                <w:sz w:val="40"/>
              </w:rPr>
              <w:t>VOGOO eBS</w:t>
            </w:r>
            <w:r>
              <w:rPr>
                <w:rFonts w:ascii="Aptos" w:hAnsi="Aptos"/>
                <w:color w:val="FFFFFF"/>
                <w:sz w:val="20"/>
              </w:rPr>
              <w:br/>
              <w:t>for</w:t>
            </w:r>
            <w:r>
              <w:rPr>
                <w:rFonts w:ascii="Aptos" w:hAnsi="Aptos"/>
                <w:color w:val="FFFFFF"/>
                <w:sz w:val="20"/>
              </w:rPr>
              <w:br/>
              <w:t>WooCommerce</w:t>
            </w:r>
          </w:p>
        </w:tc>
        <w:tc>
          <w:tcPr>
            <w:tcW w:w="3168" w:type="dxa"/>
            <w:shd w:val="clear" w:color="auto" w:fill="24B94A"/>
            <w:vAlign w:val="center"/>
          </w:tcPr>
          <w:p w14:paraId="38F9F7F1" w14:textId="77777777" w:rsidR="00213E2A" w:rsidRDefault="00000000">
            <w:r>
              <w:rPr>
                <w:rFonts w:ascii="Aptos" w:hAnsi="Aptos"/>
                <w:b/>
                <w:color w:val="FFFFFF"/>
                <w:sz w:val="40"/>
              </w:rPr>
              <w:t>VOGOO eBS</w:t>
            </w:r>
            <w:r>
              <w:rPr>
                <w:rFonts w:ascii="Aptos" w:hAnsi="Aptos"/>
                <w:color w:val="FFFFFF"/>
                <w:sz w:val="20"/>
              </w:rPr>
              <w:br/>
              <w:t>for</w:t>
            </w:r>
            <w:r>
              <w:rPr>
                <w:rFonts w:ascii="Aptos" w:hAnsi="Aptos"/>
                <w:color w:val="FFFFFF"/>
                <w:sz w:val="20"/>
              </w:rPr>
              <w:br/>
              <w:t>Shopify</w:t>
            </w:r>
          </w:p>
        </w:tc>
      </w:tr>
    </w:tbl>
    <w:p w14:paraId="524FCAF0" w14:textId="77777777" w:rsidR="00213E2A" w:rsidRDefault="00213E2A"/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168"/>
        <w:gridCol w:w="2376"/>
        <w:gridCol w:w="2376"/>
        <w:gridCol w:w="2376"/>
      </w:tblGrid>
      <w:tr w:rsidR="00213E2A" w14:paraId="327A839D" w14:textId="77777777">
        <w:trPr>
          <w:jc w:val="center"/>
        </w:trPr>
        <w:tc>
          <w:tcPr>
            <w:tcW w:w="3168" w:type="dxa"/>
          </w:tcPr>
          <w:p w14:paraId="5A293858" w14:textId="77777777" w:rsidR="00213E2A" w:rsidRDefault="00000000">
            <w:pPr>
              <w:jc w:val="center"/>
            </w:pPr>
            <w:r>
              <w:rPr>
                <w:rFonts w:ascii="Aptos Display" w:hAnsi="Aptos Display"/>
                <w:b/>
                <w:color w:val="004CFF"/>
                <w:sz w:val="32"/>
              </w:rPr>
              <w:t>VOGO eBS</w:t>
            </w:r>
            <w:r>
              <w:rPr>
                <w:rFonts w:ascii="Aptos Display" w:hAnsi="Aptos Display"/>
                <w:b/>
                <w:color w:val="004CFF"/>
                <w:sz w:val="32"/>
              </w:rPr>
              <w:br/>
              <w:t>Connector:</w:t>
            </w:r>
          </w:p>
        </w:tc>
        <w:tc>
          <w:tcPr>
            <w:tcW w:w="2376" w:type="dxa"/>
          </w:tcPr>
          <w:p w14:paraId="7A637C08" w14:textId="77777777" w:rsidR="00213E2A" w:rsidRDefault="00000000">
            <w:pPr>
              <w:jc w:val="center"/>
            </w:pPr>
            <w:r>
              <w:rPr>
                <w:rFonts w:ascii="Aptos Display" w:hAnsi="Aptos Display"/>
                <w:b/>
                <w:sz w:val="32"/>
              </w:rPr>
              <w:t>SAP</w:t>
            </w:r>
          </w:p>
        </w:tc>
        <w:tc>
          <w:tcPr>
            <w:tcW w:w="2376" w:type="dxa"/>
          </w:tcPr>
          <w:p w14:paraId="559A269B" w14:textId="77777777" w:rsidR="00213E2A" w:rsidRDefault="00000000">
            <w:pPr>
              <w:jc w:val="center"/>
            </w:pPr>
            <w:r>
              <w:rPr>
                <w:rFonts w:ascii="Aptos Display" w:hAnsi="Aptos Display"/>
                <w:b/>
                <w:sz w:val="32"/>
              </w:rPr>
              <w:t>Oracle</w:t>
            </w:r>
          </w:p>
        </w:tc>
        <w:tc>
          <w:tcPr>
            <w:tcW w:w="2376" w:type="dxa"/>
          </w:tcPr>
          <w:p w14:paraId="15C7F123" w14:textId="77777777" w:rsidR="00213E2A" w:rsidRDefault="00000000">
            <w:pPr>
              <w:jc w:val="center"/>
            </w:pPr>
            <w:r>
              <w:rPr>
                <w:rFonts w:ascii="Aptos Display" w:hAnsi="Aptos Display"/>
                <w:b/>
                <w:sz w:val="32"/>
              </w:rPr>
              <w:t>Microsoft</w:t>
            </w:r>
            <w:r>
              <w:rPr>
                <w:rFonts w:ascii="Aptos Display" w:hAnsi="Aptos Display"/>
                <w:b/>
                <w:sz w:val="32"/>
              </w:rPr>
              <w:br/>
              <w:t>D365</w:t>
            </w:r>
          </w:p>
        </w:tc>
      </w:tr>
    </w:tbl>
    <w:p w14:paraId="2117E4D8" w14:textId="77777777" w:rsidR="00213E2A" w:rsidRDefault="00213E2A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648"/>
        <w:gridCol w:w="3648"/>
        <w:gridCol w:w="3648"/>
      </w:tblGrid>
      <w:tr w:rsidR="00213E2A" w14:paraId="220B1CDA" w14:textId="77777777">
        <w:trPr>
          <w:jc w:val="center"/>
        </w:trPr>
        <w:tc>
          <w:tcPr>
            <w:tcW w:w="3648" w:type="dxa"/>
          </w:tcPr>
          <w:p w14:paraId="2CB2FEE6" w14:textId="77777777" w:rsidR="00213E2A" w:rsidRDefault="00000000">
            <w:pPr>
              <w:jc w:val="center"/>
            </w:pPr>
            <w:r>
              <w:rPr>
                <w:b/>
                <w:color w:val="004CFF"/>
              </w:rPr>
              <w:lastRenderedPageBreak/>
              <w:t>MODULAR &amp; INTEGRATED</w:t>
            </w:r>
            <w:r>
              <w:rPr>
                <w:b/>
                <w:color w:val="004CFF"/>
              </w:rPr>
              <w:br/>
            </w:r>
            <w:r>
              <w:rPr>
                <w:sz w:val="20"/>
              </w:rPr>
              <w:t>All the tools you need,</w:t>
            </w:r>
            <w:r>
              <w:rPr>
                <w:sz w:val="20"/>
              </w:rPr>
              <w:br/>
              <w:t>seamlessly connected.</w:t>
            </w:r>
          </w:p>
        </w:tc>
        <w:tc>
          <w:tcPr>
            <w:tcW w:w="3648" w:type="dxa"/>
          </w:tcPr>
          <w:p w14:paraId="69E97B85" w14:textId="77777777" w:rsidR="00213E2A" w:rsidRDefault="00000000">
            <w:pPr>
              <w:jc w:val="center"/>
            </w:pPr>
            <w:r>
              <w:rPr>
                <w:b/>
                <w:color w:val="004CFF"/>
              </w:rPr>
              <w:t>SECURE &amp; COMPLIANT</w:t>
            </w:r>
            <w:r>
              <w:rPr>
                <w:b/>
                <w:color w:val="004CFF"/>
              </w:rPr>
              <w:br/>
            </w:r>
            <w:r>
              <w:rPr>
                <w:sz w:val="20"/>
              </w:rPr>
              <w:t>Enterprise-grade security</w:t>
            </w:r>
            <w:r>
              <w:rPr>
                <w:sz w:val="20"/>
              </w:rPr>
              <w:br/>
              <w:t>and governance.</w:t>
            </w:r>
          </w:p>
        </w:tc>
        <w:tc>
          <w:tcPr>
            <w:tcW w:w="3648" w:type="dxa"/>
          </w:tcPr>
          <w:p w14:paraId="3D347F79" w14:textId="77777777" w:rsidR="00213E2A" w:rsidRDefault="00000000">
            <w:pPr>
              <w:jc w:val="center"/>
            </w:pPr>
            <w:r>
              <w:rPr>
                <w:b/>
                <w:color w:val="004CFF"/>
              </w:rPr>
              <w:t>SCALABLE &amp; FLEXIBLE</w:t>
            </w:r>
            <w:r>
              <w:rPr>
                <w:b/>
                <w:color w:val="004CFF"/>
              </w:rPr>
              <w:br/>
            </w:r>
            <w:r>
              <w:rPr>
                <w:sz w:val="20"/>
              </w:rPr>
              <w:t>Built to grow with</w:t>
            </w:r>
            <w:r>
              <w:rPr>
                <w:sz w:val="20"/>
              </w:rPr>
              <w:br/>
              <w:t>your business.</w:t>
            </w:r>
          </w:p>
        </w:tc>
      </w:tr>
    </w:tbl>
    <w:p w14:paraId="1F5E8D25" w14:textId="77777777" w:rsidR="00213E2A" w:rsidRDefault="00213E2A"/>
    <w:p w14:paraId="095995E4" w14:textId="77777777" w:rsidR="00213E2A" w:rsidRDefault="00000000">
      <w:pPr>
        <w:jc w:val="right"/>
        <w:rPr>
          <w:b/>
          <w:color w:val="004CFF"/>
          <w:sz w:val="28"/>
        </w:rPr>
      </w:pPr>
      <w:r>
        <w:rPr>
          <w:b/>
          <w:color w:val="004CFF"/>
          <w:sz w:val="28"/>
        </w:rPr>
        <w:t>Transform. Integrate. Succeed.</w:t>
      </w:r>
    </w:p>
    <w:p w14:paraId="142935EB" w14:textId="77777777" w:rsidR="00FE5184" w:rsidRDefault="00FE5184">
      <w:pPr>
        <w:jc w:val="right"/>
        <w:rPr>
          <w:b/>
          <w:color w:val="004CFF"/>
          <w:sz w:val="28"/>
        </w:rPr>
      </w:pPr>
    </w:p>
    <w:p w14:paraId="63F533B1" w14:textId="77777777" w:rsidR="00FE5184" w:rsidRDefault="00FE5184">
      <w:pPr>
        <w:jc w:val="right"/>
        <w:rPr>
          <w:b/>
          <w:color w:val="004CFF"/>
          <w:sz w:val="28"/>
        </w:rPr>
      </w:pPr>
    </w:p>
    <w:p w14:paraId="629501AD" w14:textId="77777777" w:rsidR="00FE5184" w:rsidRDefault="00FE5184">
      <w:pPr>
        <w:jc w:val="right"/>
        <w:rPr>
          <w:b/>
          <w:color w:val="004CFF"/>
          <w:sz w:val="28"/>
        </w:rPr>
      </w:pPr>
    </w:p>
    <w:p w14:paraId="635B9196" w14:textId="77777777" w:rsidR="00FE5184" w:rsidRDefault="00FE5184">
      <w:pPr>
        <w:jc w:val="right"/>
      </w:pPr>
    </w:p>
    <w:p w14:paraId="4B6DA364" w14:textId="77777777" w:rsidR="00852507" w:rsidRDefault="00852507">
      <w:pPr>
        <w:jc w:val="right"/>
      </w:pPr>
    </w:p>
    <w:p w14:paraId="5DB3588A" w14:textId="77777777" w:rsidR="00852507" w:rsidRDefault="00852507">
      <w:pPr>
        <w:jc w:val="right"/>
      </w:pPr>
    </w:p>
    <w:p w14:paraId="17372B53" w14:textId="77777777" w:rsidR="00852507" w:rsidRDefault="00852507">
      <w:pPr>
        <w:jc w:val="right"/>
      </w:pPr>
    </w:p>
    <w:p w14:paraId="385D4E1A" w14:textId="77777777" w:rsidR="00852507" w:rsidRDefault="00852507">
      <w:pPr>
        <w:jc w:val="right"/>
      </w:pPr>
    </w:p>
    <w:p w14:paraId="40121DB4" w14:textId="77777777" w:rsidR="00852507" w:rsidRDefault="00852507">
      <w:pPr>
        <w:jc w:val="right"/>
      </w:pPr>
    </w:p>
    <w:p w14:paraId="32925455" w14:textId="5A8A6414" w:rsidR="00852507" w:rsidRDefault="00852507">
      <w:pPr>
        <w:jc w:val="right"/>
      </w:pPr>
    </w:p>
    <w:p w14:paraId="0A2E3D11" w14:textId="77777777" w:rsidR="00852507" w:rsidRDefault="00852507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5"/>
        <w:gridCol w:w="6304"/>
        <w:gridCol w:w="3645"/>
      </w:tblGrid>
      <w:tr w:rsidR="00852507" w14:paraId="3C10A580" w14:textId="77777777" w:rsidTr="00446F7C">
        <w:tc>
          <w:tcPr>
            <w:tcW w:w="985" w:type="dxa"/>
            <w:vAlign w:val="center"/>
          </w:tcPr>
          <w:p w14:paraId="7AF9F939" w14:textId="4AABBC18" w:rsidR="00852507" w:rsidRDefault="00991B9A" w:rsidP="00991B9A">
            <w:r>
              <w:rPr>
                <w:noProof/>
              </w:rPr>
              <w:lastRenderedPageBreak/>
              <w:drawing>
                <wp:inline distT="0" distB="0" distL="0" distR="0" wp14:anchorId="1A4F4F4E" wp14:editId="1997EBD1">
                  <wp:extent cx="586153" cy="586153"/>
                  <wp:effectExtent l="0" t="0" r="4445" b="4445"/>
                  <wp:docPr id="4894262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009" cy="593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4" w:type="dxa"/>
            <w:vAlign w:val="center"/>
          </w:tcPr>
          <w:p w14:paraId="62DB0168" w14:textId="66ABDFC6" w:rsidR="00852507" w:rsidRDefault="00991B9A" w:rsidP="00446F7C">
            <w:pPr>
              <w:jc w:val="both"/>
            </w:pPr>
            <w:r>
              <w:rPr>
                <w:noProof/>
              </w:rPr>
              <w:drawing>
                <wp:inline distT="0" distB="0" distL="0" distR="0" wp14:anchorId="37C93508" wp14:editId="698BE00F">
                  <wp:extent cx="1905000" cy="567929"/>
                  <wp:effectExtent l="0" t="0" r="0" b="3810"/>
                  <wp:docPr id="1444528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452884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631" cy="579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</w:tcPr>
          <w:p w14:paraId="06D1DCCF" w14:textId="28A49ABB" w:rsidR="00852507" w:rsidRDefault="00991B9A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4DD0D106" wp14:editId="07BF98A3">
                  <wp:extent cx="1087211" cy="350899"/>
                  <wp:effectExtent l="0" t="0" r="0" b="0"/>
                  <wp:docPr id="11004977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497739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914" cy="353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DA01F9" w14:textId="705CF2FF" w:rsidR="00852507" w:rsidRDefault="007E0EC3">
      <w:pPr>
        <w:jc w:val="righ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73578D0" wp14:editId="38E31FA4">
            <wp:simplePos x="0" y="0"/>
            <wp:positionH relativeFrom="page">
              <wp:align>right</wp:align>
            </wp:positionH>
            <wp:positionV relativeFrom="paragraph">
              <wp:posOffset>-327025</wp:posOffset>
            </wp:positionV>
            <wp:extent cx="3392424" cy="4562856"/>
            <wp:effectExtent l="0" t="0" r="0" b="9525"/>
            <wp:wrapNone/>
            <wp:docPr id="6010320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03204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92424" cy="45628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E5F"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CB3F9E7" wp14:editId="38923F16">
                <wp:simplePos x="0" y="0"/>
                <wp:positionH relativeFrom="column">
                  <wp:posOffset>1624965</wp:posOffset>
                </wp:positionH>
                <wp:positionV relativeFrom="paragraph">
                  <wp:posOffset>-664845</wp:posOffset>
                </wp:positionV>
                <wp:extent cx="252095" cy="25209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520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9DC80" w14:textId="2F6C2D39" w:rsidR="00795E5F" w:rsidRDefault="00795E5F">
                            <w:r>
                              <w:t>®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B3F9E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7.95pt;margin-top:-52.35pt;width:19.85pt;height:19.8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" filled="f" stroked="f">
                <v:textbox>
                  <w:txbxContent>
                    <w:p w14:paraId="1CF9DC80" w14:textId="2F6C2D39" w:rsidR="00795E5F" w:rsidRDefault="00795E5F">
                      <w:r>
                        <w:t>®</w:t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75152CEE" w14:textId="7721EA3B" w:rsidR="00EB3BA3" w:rsidRPr="00EB3BA3" w:rsidRDefault="00EB3BA3" w:rsidP="00EB3BA3">
      <w:pPr>
        <w:spacing w:after="0" w:line="240" w:lineRule="auto"/>
        <w:rPr>
          <w:rFonts w:ascii="Aptos Display" w:hAnsi="Aptos Display"/>
          <w:b/>
          <w:spacing w:val="-34"/>
          <w:sz w:val="20"/>
          <w:szCs w:val="20"/>
        </w:rPr>
      </w:pPr>
    </w:p>
    <w:p w14:paraId="03D7E707" w14:textId="558BF3CF" w:rsidR="00844FF6" w:rsidRDefault="00844FF6" w:rsidP="00BA1337">
      <w:pPr>
        <w:spacing w:after="0" w:line="700" w:lineRule="exact"/>
        <w:rPr>
          <w:rFonts w:ascii="Aptos Display" w:hAnsi="Aptos Display"/>
          <w:b/>
          <w:spacing w:val="-34"/>
          <w:sz w:val="80"/>
          <w:szCs w:val="80"/>
        </w:rPr>
      </w:pPr>
      <w:r w:rsidRPr="00844FF6">
        <w:rPr>
          <w:rFonts w:ascii="Aptos Display" w:hAnsi="Aptos Display"/>
          <w:b/>
          <w:spacing w:val="-34"/>
          <w:sz w:val="80"/>
          <w:szCs w:val="80"/>
        </w:rPr>
        <w:t>One Suite</w:t>
      </w:r>
      <w:r>
        <w:rPr>
          <w:rFonts w:ascii="Aptos Display" w:hAnsi="Aptos Display"/>
          <w:b/>
          <w:spacing w:val="-34"/>
          <w:sz w:val="80"/>
          <w:szCs w:val="80"/>
        </w:rPr>
        <w:t>.</w:t>
      </w:r>
    </w:p>
    <w:p w14:paraId="3E5B3B05" w14:textId="4997C3B9" w:rsidR="00844FF6" w:rsidRPr="00AF2908" w:rsidRDefault="00844FF6" w:rsidP="00BA1337">
      <w:pPr>
        <w:spacing w:after="0" w:line="700" w:lineRule="exact"/>
        <w:rPr>
          <w:rFonts w:ascii="Aptos Display" w:hAnsi="Aptos Display"/>
          <w:b/>
          <w:color w:val="1C4BFF"/>
          <w:spacing w:val="-34"/>
          <w:sz w:val="66"/>
          <w:szCs w:val="66"/>
        </w:rPr>
      </w:pPr>
      <w:r w:rsidRPr="00AF2908">
        <w:rPr>
          <w:rFonts w:ascii="Aptos Display" w:hAnsi="Aptos Display"/>
          <w:b/>
          <w:color w:val="1C4BFF"/>
          <w:spacing w:val="-34"/>
          <w:sz w:val="66"/>
          <w:szCs w:val="66"/>
        </w:rPr>
        <w:t xml:space="preserve">Unlimited Possibilities </w:t>
      </w:r>
    </w:p>
    <w:p w14:paraId="07F7894E" w14:textId="1489F5FC" w:rsidR="00844FF6" w:rsidRPr="00181AE8" w:rsidRDefault="00BA1337" w:rsidP="00844FF6">
      <w:pPr>
        <w:spacing w:line="660" w:lineRule="exact"/>
        <w:rPr>
          <w:rFonts w:ascii="Aptos Display" w:hAnsi="Aptos Display"/>
          <w:b/>
          <w:color w:val="1C4BFF"/>
          <w:sz w:val="28"/>
          <w:szCs w:val="6"/>
        </w:rPr>
      </w:pPr>
      <w:r w:rsidRPr="00181AE8">
        <w:rPr>
          <w:rFonts w:ascii="Aptos Display" w:hAnsi="Aptos Display"/>
          <w:b/>
          <w:color w:val="1C4BFF"/>
          <w:sz w:val="28"/>
          <w:szCs w:val="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8C3FAD" wp14:editId="04FF44FD">
                <wp:simplePos x="0" y="0"/>
                <wp:positionH relativeFrom="margin">
                  <wp:align>left</wp:align>
                </wp:positionH>
                <wp:positionV relativeFrom="paragraph">
                  <wp:posOffset>59690</wp:posOffset>
                </wp:positionV>
                <wp:extent cx="471488" cy="2382"/>
                <wp:effectExtent l="38100" t="57150" r="62230" b="112395"/>
                <wp:wrapNone/>
                <wp:docPr id="1124316567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1488" cy="2382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1C4BFF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A59D92" id="Straight Connector 3" o:spid="_x0000_s1026" style="position:absolute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4.7pt" to="37.15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" strokecolor="#1c4bff" strokeweight="4.5pt">
                <v:shadow on="t" color="black" opacity="24903f" origin=",.5" offset="0,.55556mm"/>
                <w10:wrap anchorx="margin"/>
              </v:line>
            </w:pict>
          </mc:Fallback>
        </mc:AlternateContent>
      </w:r>
    </w:p>
    <w:p w14:paraId="5E07DCED" w14:textId="4A7E3B8B" w:rsidR="007D10F3" w:rsidRPr="007D10F3" w:rsidRDefault="007D10F3" w:rsidP="007D10F3">
      <w:pPr>
        <w:spacing w:after="80" w:line="240" w:lineRule="auto"/>
        <w:rPr>
          <w:rFonts w:ascii="Aptos Display" w:hAnsi="Aptos Display"/>
          <w:b/>
          <w:color w:val="1C4BFF"/>
          <w:sz w:val="28"/>
          <w:szCs w:val="6"/>
        </w:rPr>
      </w:pPr>
      <w:r w:rsidRPr="007D10F3">
        <w:rPr>
          <w:rFonts w:ascii="Aptos Display" w:hAnsi="Aptos Display"/>
          <w:b/>
          <w:color w:val="1C4BFF"/>
          <w:sz w:val="28"/>
          <w:szCs w:val="6"/>
        </w:rPr>
        <w:t>An integrated platform to streamline operations,</w:t>
      </w:r>
      <w:r w:rsidRPr="007D10F3">
        <w:rPr>
          <w:rFonts w:ascii="Aptos Display" w:hAnsi="Aptos Display"/>
          <w:b/>
          <w:color w:val="1C4BFF"/>
          <w:sz w:val="28"/>
          <w:szCs w:val="6"/>
        </w:rPr>
        <w:br/>
        <w:t>accelerate growth and support digital transformation.</w:t>
      </w:r>
    </w:p>
    <w:p w14:paraId="63CBD871" w14:textId="1D493DFF" w:rsidR="007D10F3" w:rsidRPr="001E7ADA" w:rsidRDefault="007D10F3" w:rsidP="007D10F3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 w:rsidRPr="001E7ADA">
        <w:rPr>
          <w:rFonts w:ascii="Aptos" w:hAnsi="Aptos"/>
          <w:b/>
          <w:color w:val="808080" w:themeColor="background1" w:themeShade="80"/>
          <w:szCs w:val="18"/>
        </w:rPr>
        <w:t xml:space="preserve">VOGO eBS – Enterprise Business Suite </w:t>
      </w:r>
      <w:r w:rsidRPr="001E7ADA">
        <w:rPr>
          <w:rFonts w:ascii="Aptos" w:hAnsi="Aptos"/>
          <w:color w:val="808080" w:themeColor="background1" w:themeShade="80"/>
          <w:szCs w:val="18"/>
        </w:rPr>
        <w:t xml:space="preserve">is a </w:t>
      </w:r>
    </w:p>
    <w:p w14:paraId="66AD4907" w14:textId="751782CF" w:rsidR="007D10F3" w:rsidRPr="001E7ADA" w:rsidRDefault="007D10F3" w:rsidP="007D10F3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 w:rsidRPr="001E7ADA">
        <w:rPr>
          <w:rFonts w:ascii="Aptos" w:hAnsi="Aptos"/>
          <w:color w:val="808080" w:themeColor="background1" w:themeShade="80"/>
          <w:szCs w:val="18"/>
        </w:rPr>
        <w:t>comprehensive, open source, modular and extensible</w:t>
      </w:r>
    </w:p>
    <w:p w14:paraId="049850C2" w14:textId="4E6756EE" w:rsidR="007D10F3" w:rsidRPr="001E7ADA" w:rsidRDefault="007D10F3" w:rsidP="007D10F3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 w:rsidRPr="001E7ADA">
        <w:rPr>
          <w:rFonts w:ascii="Aptos" w:hAnsi="Aptos"/>
          <w:color w:val="808080" w:themeColor="background1" w:themeShade="80"/>
          <w:szCs w:val="18"/>
        </w:rPr>
        <w:t>platform designed to empower organizations with</w:t>
      </w:r>
      <w:r w:rsidRPr="001E7ADA">
        <w:rPr>
          <w:rFonts w:ascii="Aptos" w:hAnsi="Aptos"/>
          <w:color w:val="808080" w:themeColor="background1" w:themeShade="80"/>
          <w:szCs w:val="18"/>
        </w:rPr>
        <w:br/>
        <w:t>the tools they need to innovate, collaborate and scale in a</w:t>
      </w:r>
    </w:p>
    <w:p w14:paraId="4DE38A16" w14:textId="42357581" w:rsidR="007D10F3" w:rsidRPr="001E7ADA" w:rsidRDefault="007D10F3" w:rsidP="007D10F3">
      <w:pPr>
        <w:spacing w:after="0" w:line="240" w:lineRule="auto"/>
        <w:rPr>
          <w:color w:val="808080" w:themeColor="background1" w:themeShade="80"/>
          <w:sz w:val="18"/>
          <w:szCs w:val="18"/>
        </w:rPr>
      </w:pPr>
      <w:r w:rsidRPr="001E7ADA">
        <w:rPr>
          <w:rFonts w:ascii="Aptos" w:hAnsi="Aptos"/>
          <w:color w:val="808080" w:themeColor="background1" w:themeShade="80"/>
          <w:szCs w:val="18"/>
        </w:rPr>
        <w:t>digital-first world.</w:t>
      </w:r>
    </w:p>
    <w:p w14:paraId="234B9048" w14:textId="288A53C2" w:rsidR="007D10F3" w:rsidRDefault="00181AE8">
      <w:r>
        <w:rPr>
          <w:noProof/>
        </w:rPr>
        <w:drawing>
          <wp:anchor distT="0" distB="0" distL="114300" distR="114300" simplePos="0" relativeHeight="251664384" behindDoc="1" locked="0" layoutInCell="1" allowOverlap="1" wp14:anchorId="3F240FC4" wp14:editId="35884042">
            <wp:simplePos x="0" y="0"/>
            <wp:positionH relativeFrom="margin">
              <wp:posOffset>88053</wp:posOffset>
            </wp:positionH>
            <wp:positionV relativeFrom="paragraph">
              <wp:posOffset>198332</wp:posOffset>
            </wp:positionV>
            <wp:extent cx="6755977" cy="3680212"/>
            <wp:effectExtent l="0" t="0" r="6985" b="0"/>
            <wp:wrapNone/>
            <wp:docPr id="10349155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5706" cy="3685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020FF8" w14:textId="1C149D66" w:rsidR="007D10F3" w:rsidRDefault="008A09D8">
      <w:r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33E932DD" wp14:editId="06837946">
                <wp:simplePos x="0" y="0"/>
                <wp:positionH relativeFrom="column">
                  <wp:posOffset>2808374</wp:posOffset>
                </wp:positionH>
                <wp:positionV relativeFrom="paragraph">
                  <wp:posOffset>101311</wp:posOffset>
                </wp:positionV>
                <wp:extent cx="1696453" cy="910390"/>
                <wp:effectExtent l="0" t="0" r="0" b="4445"/>
                <wp:wrapNone/>
                <wp:docPr id="11360888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6453" cy="9103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7D3A86" w14:textId="77777777" w:rsidR="008A09D8" w:rsidRPr="00751EF9" w:rsidRDefault="008A09D8" w:rsidP="008A09D8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751EF9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VOGO</w:t>
                            </w:r>
                          </w:p>
                          <w:p w14:paraId="4914244B" w14:textId="0313E678" w:rsidR="00E25E7D" w:rsidRPr="00751EF9" w:rsidRDefault="00E25E7D" w:rsidP="008A09D8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751EF9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Portal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932DD" id="_x0000_s1027" type="#_x0000_t202" style="position:absolute;margin-left:221.15pt;margin-top:8pt;width:133.6pt;height:71.7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" filled="f" stroked="f">
                <v:textbox inset="0,0,0,0">
                  <w:txbxContent>
                    <w:p w14:paraId="2D7D3A86" w14:textId="77777777" w:rsidR="008A09D8" w:rsidRPr="00751EF9" w:rsidRDefault="008A09D8" w:rsidP="008A09D8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751EF9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VOGO</w:t>
                      </w:r>
                    </w:p>
                    <w:p w14:paraId="4914244B" w14:textId="0313E678" w:rsidR="00E25E7D" w:rsidRPr="00751EF9" w:rsidRDefault="00E25E7D" w:rsidP="008A09D8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751EF9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Portal</w:t>
                      </w:r>
                    </w:p>
                  </w:txbxContent>
                </v:textbox>
              </v:shape>
            </w:pict>
          </mc:Fallback>
        </mc:AlternateContent>
      </w:r>
      <w:r w:rsidR="00E25E7D"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E803BC2" wp14:editId="59B65225">
                <wp:simplePos x="0" y="0"/>
                <wp:positionH relativeFrom="column">
                  <wp:posOffset>4755938</wp:posOffset>
                </wp:positionH>
                <wp:positionV relativeFrom="paragraph">
                  <wp:posOffset>51435</wp:posOffset>
                </wp:positionV>
                <wp:extent cx="1219200" cy="402772"/>
                <wp:effectExtent l="0" t="0" r="6350" b="0"/>
                <wp:wrapNone/>
                <wp:docPr id="16035866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027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1AE45A" w14:textId="7D53E5A4" w:rsidR="00E25E7D" w:rsidRPr="00E25E7D" w:rsidRDefault="00EF3672" w:rsidP="00E25E7D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Identity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03BC2" id="_x0000_s1028" type="#_x0000_t202" style="position:absolute;margin-left:374.5pt;margin-top:4.05pt;width:96pt;height:31.7pt;z-index:25167052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" filled="f" stroked="f">
                <v:textbox inset="0,0,0,0">
                  <w:txbxContent>
                    <w:p w14:paraId="101AE45A" w14:textId="7D53E5A4" w:rsidR="00E25E7D" w:rsidRPr="00E25E7D" w:rsidRDefault="00EF3672" w:rsidP="00E25E7D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Identity</w:t>
                      </w:r>
                    </w:p>
                  </w:txbxContent>
                </v:textbox>
              </v:shape>
            </w:pict>
          </mc:Fallback>
        </mc:AlternateContent>
      </w:r>
      <w:r w:rsidR="00E25E7D"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70C0281" wp14:editId="356E806A">
                <wp:simplePos x="0" y="0"/>
                <wp:positionH relativeFrom="column">
                  <wp:posOffset>263253</wp:posOffset>
                </wp:positionH>
                <wp:positionV relativeFrom="paragraph">
                  <wp:posOffset>75111</wp:posOffset>
                </wp:positionV>
                <wp:extent cx="1219200" cy="402772"/>
                <wp:effectExtent l="0" t="0" r="6350" b="0"/>
                <wp:wrapNone/>
                <wp:docPr id="2769814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027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F8D6D9" w14:textId="4DF9E859" w:rsidR="00E25E7D" w:rsidRPr="00E25E7D" w:rsidRDefault="00E25E7D" w:rsidP="00E25E7D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Forms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C0281" id="_x0000_s1029" type="#_x0000_t202" style="position:absolute;margin-left:20.75pt;margin-top:5.9pt;width:96pt;height:31.7pt;z-index:25166643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" filled="f" stroked="f">
                <v:textbox inset="0,0,0,0">
                  <w:txbxContent>
                    <w:p w14:paraId="5FF8D6D9" w14:textId="4DF9E859" w:rsidR="00E25E7D" w:rsidRPr="00E25E7D" w:rsidRDefault="00E25E7D" w:rsidP="00E25E7D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Forms</w:t>
                      </w:r>
                    </w:p>
                  </w:txbxContent>
                </v:textbox>
              </v:shape>
            </w:pict>
          </mc:Fallback>
        </mc:AlternateContent>
      </w:r>
    </w:p>
    <w:p w14:paraId="3B839233" w14:textId="5DA3EF8B" w:rsidR="007D10F3" w:rsidRDefault="00E8766B">
      <w:r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7A1CA87D" wp14:editId="5405F568">
                <wp:simplePos x="0" y="0"/>
                <wp:positionH relativeFrom="column">
                  <wp:posOffset>4764314</wp:posOffset>
                </wp:positionH>
                <wp:positionV relativeFrom="paragraph">
                  <wp:posOffset>47353</wp:posOffset>
                </wp:positionV>
                <wp:extent cx="1905000" cy="385010"/>
                <wp:effectExtent l="0" t="0" r="0" b="0"/>
                <wp:wrapNone/>
                <wp:docPr id="5306911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385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70ED3D" w14:textId="70144254" w:rsidR="00E8766B" w:rsidRPr="00E8766B" w:rsidRDefault="00E8766B" w:rsidP="00E8766B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8A09D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&amp; </w:t>
                            </w: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User </w:t>
                            </w:r>
                            <w:r w:rsidRPr="00E8766B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Access</w:t>
                            </w:r>
                          </w:p>
                          <w:p w14:paraId="224B7957" w14:textId="4149F3A2" w:rsidR="00E8766B" w:rsidRPr="008A09D8" w:rsidRDefault="00E8766B" w:rsidP="00E8766B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E8766B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Management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1CA87D" id="_x0000_s1030" type="#_x0000_t202" style="position:absolute;margin-left:375.15pt;margin-top:3.75pt;width:150pt;height:30.3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" filled="f" stroked="f">
                <v:textbox inset="0,0,0,0">
                  <w:txbxContent>
                    <w:p w14:paraId="0270ED3D" w14:textId="70144254" w:rsidR="00E8766B" w:rsidRPr="00E8766B" w:rsidRDefault="00E8766B" w:rsidP="00E8766B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8A09D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&amp; </w:t>
                      </w: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User </w:t>
                      </w:r>
                      <w:r w:rsidRPr="00E8766B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Access</w:t>
                      </w:r>
                    </w:p>
                    <w:p w14:paraId="224B7957" w14:textId="4149F3A2" w:rsidR="00E8766B" w:rsidRPr="008A09D8" w:rsidRDefault="00E8766B" w:rsidP="00E8766B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E8766B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Management</w:t>
                      </w:r>
                    </w:p>
                  </w:txbxContent>
                </v:textbox>
              </v:shape>
            </w:pict>
          </mc:Fallback>
        </mc:AlternateContent>
      </w:r>
      <w:r w:rsidR="004F3AC7"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65A4595E" wp14:editId="06E49CA2">
                <wp:simplePos x="0" y="0"/>
                <wp:positionH relativeFrom="column">
                  <wp:posOffset>264161</wp:posOffset>
                </wp:positionH>
                <wp:positionV relativeFrom="paragraph">
                  <wp:posOffset>77470</wp:posOffset>
                </wp:positionV>
                <wp:extent cx="1905000" cy="385010"/>
                <wp:effectExtent l="0" t="0" r="0" b="0"/>
                <wp:wrapNone/>
                <wp:docPr id="12210537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385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A04B15" w14:textId="2B8F23B7" w:rsidR="004F3AC7" w:rsidRPr="008A09D8" w:rsidRDefault="004F3AC7" w:rsidP="004F3AC7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8A09D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&amp; </w:t>
                            </w:r>
                            <w:r w:rsidRPr="008A09D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Digital</w:t>
                            </w:r>
                            <w:r w:rsidRPr="008A09D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 w14:paraId="0D80E78B" w14:textId="690E29C4" w:rsidR="004F3AC7" w:rsidRPr="008A09D8" w:rsidRDefault="004F3AC7" w:rsidP="004F3AC7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8A09D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Services</w:t>
                            </w:r>
                            <w:r w:rsidRPr="008A09D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8A09D8"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Designer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A4595E" id="_x0000_s1031" type="#_x0000_t202" style="position:absolute;margin-left:20.8pt;margin-top:6.1pt;width:150pt;height:30.3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" filled="f" stroked="f">
                <v:textbox inset="0,0,0,0">
                  <w:txbxContent>
                    <w:p w14:paraId="49A04B15" w14:textId="2B8F23B7" w:rsidR="004F3AC7" w:rsidRPr="008A09D8" w:rsidRDefault="004F3AC7" w:rsidP="004F3AC7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8A09D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&amp; </w:t>
                      </w:r>
                      <w:r w:rsidRPr="008A09D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Digital</w:t>
                      </w:r>
                      <w:r w:rsidRPr="008A09D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</w:p>
                    <w:p w14:paraId="0D80E78B" w14:textId="690E29C4" w:rsidR="004F3AC7" w:rsidRPr="008A09D8" w:rsidRDefault="004F3AC7" w:rsidP="004F3AC7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8A09D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Services</w:t>
                      </w:r>
                      <w:r w:rsidRPr="008A09D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 w:rsidRPr="008A09D8"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Designer</w:t>
                      </w:r>
                    </w:p>
                  </w:txbxContent>
                </v:textbox>
              </v:shape>
            </w:pict>
          </mc:Fallback>
        </mc:AlternateContent>
      </w:r>
    </w:p>
    <w:p w14:paraId="44A66EDC" w14:textId="25050F3E" w:rsidR="007D10F3" w:rsidRDefault="007D10F3"/>
    <w:p w14:paraId="1E6424C6" w14:textId="58DF22E7" w:rsidR="007D10F3" w:rsidRDefault="00902F14">
      <w:r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64316FEB" wp14:editId="6A23FCB6">
                <wp:simplePos x="0" y="0"/>
                <wp:positionH relativeFrom="column">
                  <wp:posOffset>3634740</wp:posOffset>
                </wp:positionH>
                <wp:positionV relativeFrom="paragraph">
                  <wp:posOffset>73643</wp:posOffset>
                </wp:positionV>
                <wp:extent cx="1938338" cy="756852"/>
                <wp:effectExtent l="0" t="0" r="5080" b="5715"/>
                <wp:wrapNone/>
                <wp:docPr id="7155224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8338" cy="7568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3C3716" w14:textId="3842E7CA" w:rsidR="004778E1" w:rsidRPr="004C6817" w:rsidRDefault="004778E1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4C6817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Mobile</w:t>
                            </w:r>
                          </w:p>
                          <w:p w14:paraId="60092045" w14:textId="77777777" w:rsidR="004C6817" w:rsidRDefault="00902F14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4C6817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A</w:t>
                            </w:r>
                            <w:r w:rsidRPr="004C6817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pplication</w:t>
                            </w:r>
                            <w:r w:rsidRPr="004C6817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 w14:paraId="1875ABFA" w14:textId="766A1DE0" w:rsidR="00902F14" w:rsidRPr="004C6817" w:rsidRDefault="00902F14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4C6817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</w:t>
                            </w:r>
                            <w:r w:rsidRPr="004C6817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ramework</w:t>
                            </w:r>
                          </w:p>
                          <w:p w14:paraId="7DF06B72" w14:textId="75534D0A" w:rsidR="00902F14" w:rsidRPr="004C6817" w:rsidRDefault="00902F14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 w14:paraId="4E11E48D" w14:textId="77777777" w:rsidR="00902F14" w:rsidRPr="004C6817" w:rsidRDefault="00902F14" w:rsidP="00902F14">
                            <w:pPr>
                              <w:spacing w:after="0" w:line="400" w:lineRule="exact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316FEB" id="_x0000_s1032" type="#_x0000_t202" style="position:absolute;margin-left:286.2pt;margin-top:5.8pt;width:152.65pt;height:59.6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" filled="f" stroked="f">
                <v:textbox inset="0,0,0,0">
                  <w:txbxContent>
                    <w:p w14:paraId="3E3C3716" w14:textId="3842E7CA" w:rsidR="004778E1" w:rsidRPr="004C6817" w:rsidRDefault="004778E1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4C6817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Mobile</w:t>
                      </w:r>
                    </w:p>
                    <w:p w14:paraId="60092045" w14:textId="77777777" w:rsidR="004C6817" w:rsidRDefault="00902F14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4C6817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A</w:t>
                      </w:r>
                      <w:r w:rsidRPr="004C6817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pplication</w:t>
                      </w:r>
                      <w:r w:rsidRPr="004C6817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</w:p>
                    <w:p w14:paraId="1875ABFA" w14:textId="766A1DE0" w:rsidR="00902F14" w:rsidRPr="004C6817" w:rsidRDefault="00902F14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4C6817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F</w:t>
                      </w:r>
                      <w:r w:rsidRPr="004C6817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ramework</w:t>
                      </w:r>
                    </w:p>
                    <w:p w14:paraId="7DF06B72" w14:textId="75534D0A" w:rsidR="00902F14" w:rsidRPr="004C6817" w:rsidRDefault="00902F14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</w:p>
                    <w:p w14:paraId="4E11E48D" w14:textId="77777777" w:rsidR="00902F14" w:rsidRPr="004C6817" w:rsidRDefault="00902F14" w:rsidP="00902F14">
                      <w:pPr>
                        <w:spacing w:after="0" w:line="400" w:lineRule="exact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5644C"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CE8865C" wp14:editId="24C666A1">
                <wp:simplePos x="0" y="0"/>
                <wp:positionH relativeFrom="column">
                  <wp:posOffset>5286163</wp:posOffset>
                </wp:positionH>
                <wp:positionV relativeFrom="paragraph">
                  <wp:posOffset>146897</wp:posOffset>
                </wp:positionV>
                <wp:extent cx="1219200" cy="939800"/>
                <wp:effectExtent l="0" t="0" r="6350" b="12700"/>
                <wp:wrapNone/>
                <wp:docPr id="7439339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939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39B1E1" w14:textId="1823B1C7" w:rsidR="0005644C" w:rsidRDefault="0005644C" w:rsidP="0005644C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Order</w:t>
                            </w:r>
                          </w:p>
                          <w:p w14:paraId="2940DC62" w14:textId="0F996066" w:rsidR="0005644C" w:rsidRPr="0005644C" w:rsidRDefault="0005644C" w:rsidP="0005644C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05644C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Management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E8865C" id="_x0000_s1033" type="#_x0000_t202" style="position:absolute;margin-left:416.25pt;margin-top:11.55pt;width:96pt;height:74pt;z-index:251678720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" filled="f" stroked="f">
                <v:textbox inset="0,0,0,0">
                  <w:txbxContent>
                    <w:p w14:paraId="2239B1E1" w14:textId="1823B1C7" w:rsidR="0005644C" w:rsidRDefault="0005644C" w:rsidP="0005644C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Order</w:t>
                      </w:r>
                    </w:p>
                    <w:p w14:paraId="2940DC62" w14:textId="0F996066" w:rsidR="0005644C" w:rsidRPr="0005644C" w:rsidRDefault="0005644C" w:rsidP="0005644C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05644C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Management</w:t>
                      </w:r>
                    </w:p>
                  </w:txbxContent>
                </v:textbox>
              </v:shape>
            </w:pict>
          </mc:Fallback>
        </mc:AlternateContent>
      </w:r>
      <w:r w:rsidR="007C17B5"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21A2CD21" wp14:editId="2218FC74">
                <wp:simplePos x="0" y="0"/>
                <wp:positionH relativeFrom="column">
                  <wp:posOffset>2001096</wp:posOffset>
                </wp:positionH>
                <wp:positionV relativeFrom="paragraph">
                  <wp:posOffset>11430</wp:posOffset>
                </wp:positionV>
                <wp:extent cx="1065742" cy="681990"/>
                <wp:effectExtent l="0" t="0" r="1270" b="3810"/>
                <wp:wrapNone/>
                <wp:docPr id="11162847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5742" cy="6819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292F40" w14:textId="5E912A7F" w:rsidR="007C17B5" w:rsidRPr="004C6817" w:rsidRDefault="007C17B5" w:rsidP="007C17B5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72"/>
                                <w:szCs w:val="72"/>
                                <w14:textFill>
                                  <w14:solidFill>
                                    <w14:schemeClr w14:val="bg1">
                                      <w14:alpha w14:val="3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4C6817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72"/>
                                <w:szCs w:val="72"/>
                                <w14:textFill>
                                  <w14:solidFill>
                                    <w14:schemeClr w14:val="bg1">
                                      <w14:alpha w14:val="3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AI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2CD21" id="_x0000_s1034" type="#_x0000_t202" style="position:absolute;margin-left:157.55pt;margin-top:.9pt;width:83.9pt;height:53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" filled="f" stroked="f">
                <v:textbox inset="0,0,0,0">
                  <w:txbxContent>
                    <w:p w14:paraId="01292F40" w14:textId="5E912A7F" w:rsidR="007C17B5" w:rsidRPr="004C6817" w:rsidRDefault="007C17B5" w:rsidP="007C17B5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72"/>
                          <w:szCs w:val="72"/>
                          <w14:textFill>
                            <w14:solidFill>
                              <w14:schemeClr w14:val="bg1">
                                <w14:alpha w14:val="3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4C6817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72"/>
                          <w:szCs w:val="72"/>
                          <w14:textFill>
                            <w14:solidFill>
                              <w14:schemeClr w14:val="bg1">
                                <w14:alpha w14:val="30000"/>
                                <w14:lumMod w14:val="95000"/>
                              </w14:schemeClr>
                            </w14:solidFill>
                          </w14:textFill>
                        </w:rPr>
                        <w:t>AI</w:t>
                      </w:r>
                    </w:p>
                  </w:txbxContent>
                </v:textbox>
              </v:shape>
            </w:pict>
          </mc:Fallback>
        </mc:AlternateContent>
      </w:r>
      <w:r w:rsidR="00EF3672"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1715BE0" wp14:editId="18960C11">
                <wp:simplePos x="0" y="0"/>
                <wp:positionH relativeFrom="column">
                  <wp:posOffset>265430</wp:posOffset>
                </wp:positionH>
                <wp:positionV relativeFrom="paragraph">
                  <wp:posOffset>138854</wp:posOffset>
                </wp:positionV>
                <wp:extent cx="1065742" cy="681990"/>
                <wp:effectExtent l="0" t="0" r="1270" b="3810"/>
                <wp:wrapNone/>
                <wp:docPr id="17096292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5742" cy="6819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4A1F9" w14:textId="3CF34951" w:rsidR="00052491" w:rsidRPr="004C6817" w:rsidRDefault="00EF3672" w:rsidP="00052491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72"/>
                                <w:szCs w:val="72"/>
                                <w14:textFill>
                                  <w14:solidFill>
                                    <w14:schemeClr w14:val="bg1">
                                      <w14:alpha w14:val="3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4C6817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72"/>
                                <w:szCs w:val="72"/>
                                <w14:textFill>
                                  <w14:solidFill>
                                    <w14:schemeClr w14:val="bg1">
                                      <w14:alpha w14:val="3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GIS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15BE0" id="_x0000_s1035" type="#_x0000_t202" style="position:absolute;margin-left:20.9pt;margin-top:10.95pt;width:83.9pt;height:53.7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" filled="f" stroked="f">
                <v:textbox inset="0,0,0,0">
                  <w:txbxContent>
                    <w:p w14:paraId="6284A1F9" w14:textId="3CF34951" w:rsidR="00052491" w:rsidRPr="004C6817" w:rsidRDefault="00EF3672" w:rsidP="00052491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72"/>
                          <w:szCs w:val="72"/>
                          <w14:textFill>
                            <w14:solidFill>
                              <w14:schemeClr w14:val="bg1">
                                <w14:alpha w14:val="3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4C6817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72"/>
                          <w:szCs w:val="72"/>
                          <w14:textFill>
                            <w14:solidFill>
                              <w14:schemeClr w14:val="bg1">
                                <w14:alpha w14:val="30000"/>
                                <w14:lumMod w14:val="95000"/>
                              </w14:schemeClr>
                            </w14:solidFill>
                          </w14:textFill>
                        </w:rPr>
                        <w:t>GIS</w:t>
                      </w:r>
                    </w:p>
                  </w:txbxContent>
                </v:textbox>
              </v:shape>
            </w:pict>
          </mc:Fallback>
        </mc:AlternateContent>
      </w:r>
    </w:p>
    <w:p w14:paraId="6EA0827B" w14:textId="4763B70F" w:rsidR="007D10F3" w:rsidRDefault="00F675B1">
      <w:r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2D50AE41" wp14:editId="601A5ECA">
                <wp:simplePos x="0" y="0"/>
                <wp:positionH relativeFrom="column">
                  <wp:posOffset>1972945</wp:posOffset>
                </wp:positionH>
                <wp:positionV relativeFrom="paragraph">
                  <wp:posOffset>214630</wp:posOffset>
                </wp:positionV>
                <wp:extent cx="1507524" cy="385010"/>
                <wp:effectExtent l="0" t="0" r="0" b="0"/>
                <wp:wrapNone/>
                <wp:docPr id="1163486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7524" cy="385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50759F" w14:textId="6FEC6543" w:rsidR="00F675B1" w:rsidRPr="008A09D8" w:rsidRDefault="00F675B1" w:rsidP="00902F14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clients chatbot &amp; backend assistant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0AE41" id="_x0000_s1036" type="#_x0000_t202" style="position:absolute;margin-left:155.35pt;margin-top:16.9pt;width:118.7pt;height:30.3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" filled="f" stroked="f">
                <v:textbox inset="0,0,0,0">
                  <w:txbxContent>
                    <w:p w14:paraId="3F50759F" w14:textId="6FEC6543" w:rsidR="00F675B1" w:rsidRPr="008A09D8" w:rsidRDefault="00F675B1" w:rsidP="00902F14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clients chatbot &amp; backend assistant</w:t>
                      </w:r>
                    </w:p>
                  </w:txbxContent>
                </v:textbox>
              </v:shape>
            </w:pict>
          </mc:Fallback>
        </mc:AlternateContent>
      </w:r>
    </w:p>
    <w:p w14:paraId="76DA5892" w14:textId="5BB2F3C6" w:rsidR="007D10F3" w:rsidRDefault="007D10F3"/>
    <w:p w14:paraId="51A0050F" w14:textId="45E881EF" w:rsidR="007D10F3" w:rsidRDefault="00982FCF">
      <w:r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3C401A6E" wp14:editId="7C5C3323">
                <wp:simplePos x="0" y="0"/>
                <wp:positionH relativeFrom="column">
                  <wp:posOffset>4837430</wp:posOffset>
                </wp:positionH>
                <wp:positionV relativeFrom="paragraph">
                  <wp:posOffset>56726</wp:posOffset>
                </wp:positionV>
                <wp:extent cx="1219200" cy="939800"/>
                <wp:effectExtent l="0" t="0" r="6350" b="12700"/>
                <wp:wrapNone/>
                <wp:docPr id="13155066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939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1143B1" w14:textId="61C43227" w:rsidR="00982FCF" w:rsidRDefault="00982FCF" w:rsidP="00982FCF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Human</w:t>
                            </w:r>
                          </w:p>
                          <w:p w14:paraId="6C5EE6F1" w14:textId="3A510A64" w:rsidR="00982FCF" w:rsidRPr="0005644C" w:rsidRDefault="00982FCF" w:rsidP="00982FCF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Resources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01A6E" id="_x0000_s1037" type="#_x0000_t202" style="position:absolute;margin-left:380.9pt;margin-top:4.45pt;width:96pt;height:74pt;z-index:251686912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" filled="f" stroked="f">
                <v:textbox inset="0,0,0,0">
                  <w:txbxContent>
                    <w:p w14:paraId="771143B1" w14:textId="61C43227" w:rsidR="00982FCF" w:rsidRDefault="00982FCF" w:rsidP="00982FCF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Human</w:t>
                      </w:r>
                    </w:p>
                    <w:p w14:paraId="6C5EE6F1" w14:textId="3A510A64" w:rsidR="00982FCF" w:rsidRPr="0005644C" w:rsidRDefault="00982FCF" w:rsidP="00982FCF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Resources</w:t>
                      </w:r>
                    </w:p>
                  </w:txbxContent>
                </v:textbox>
              </v:shape>
            </w:pict>
          </mc:Fallback>
        </mc:AlternateContent>
      </w:r>
      <w:r w:rsidR="0017317F"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5CA72E9" wp14:editId="7DA6E679">
                <wp:simplePos x="0" y="0"/>
                <wp:positionH relativeFrom="column">
                  <wp:posOffset>2568364</wp:posOffset>
                </wp:positionH>
                <wp:positionV relativeFrom="paragraph">
                  <wp:posOffset>200660</wp:posOffset>
                </wp:positionV>
                <wp:extent cx="1219200" cy="402772"/>
                <wp:effectExtent l="0" t="0" r="6350" b="0"/>
                <wp:wrapNone/>
                <wp:docPr id="14745484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027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149EAE" w14:textId="64E5BD1D" w:rsidR="0017317F" w:rsidRPr="00E25E7D" w:rsidRDefault="0017317F" w:rsidP="0017317F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Invoices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A72E9" id="_x0000_s1038" type="#_x0000_t202" style="position:absolute;margin-left:202.25pt;margin-top:15.8pt;width:96pt;height:31.7pt;z-index:251684864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" filled="f" stroked="f">
                <v:textbox inset="0,0,0,0">
                  <w:txbxContent>
                    <w:p w14:paraId="60149EAE" w14:textId="64E5BD1D" w:rsidR="0017317F" w:rsidRPr="00E25E7D" w:rsidRDefault="0017317F" w:rsidP="0017317F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Invoices</w:t>
                      </w:r>
                    </w:p>
                  </w:txbxContent>
                </v:textbox>
              </v:shape>
            </w:pict>
          </mc:Fallback>
        </mc:AlternateContent>
      </w:r>
      <w:r w:rsidR="00987164"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6A9C98FD" wp14:editId="78F2EE44">
                <wp:simplePos x="0" y="0"/>
                <wp:positionH relativeFrom="column">
                  <wp:posOffset>306917</wp:posOffset>
                </wp:positionH>
                <wp:positionV relativeFrom="paragraph">
                  <wp:posOffset>200237</wp:posOffset>
                </wp:positionV>
                <wp:extent cx="1219200" cy="402772"/>
                <wp:effectExtent l="0" t="0" r="6350" b="0"/>
                <wp:wrapNone/>
                <wp:docPr id="3723580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4027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BC7CA" w14:textId="6FF39D85" w:rsidR="00987164" w:rsidRPr="00E25E7D" w:rsidRDefault="00987164" w:rsidP="00987164">
                            <w:pP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Projects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C98FD" id="_x0000_s1039" type="#_x0000_t202" style="position:absolute;margin-left:24.15pt;margin-top:15.75pt;width:96pt;height:31.7pt;z-index:251682816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" filled="f" stroked="f">
                <v:textbox inset="0,0,0,0">
                  <w:txbxContent>
                    <w:p w14:paraId="0EDBC7CA" w14:textId="6FF39D85" w:rsidR="00987164" w:rsidRPr="00E25E7D" w:rsidRDefault="00987164" w:rsidP="00987164">
                      <w:pP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Projects</w:t>
                      </w:r>
                    </w:p>
                  </w:txbxContent>
                </v:textbox>
              </v:shape>
            </w:pict>
          </mc:Fallback>
        </mc:AlternateContent>
      </w:r>
    </w:p>
    <w:p w14:paraId="237680DB" w14:textId="531EDF2F" w:rsidR="007D10F3" w:rsidRDefault="007D10F3"/>
    <w:p w14:paraId="163B3542" w14:textId="6AAB8AD0" w:rsidR="007D10F3" w:rsidRDefault="004F62BB">
      <w:r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8D436D7" wp14:editId="632C3541">
                <wp:simplePos x="0" y="0"/>
                <wp:positionH relativeFrom="column">
                  <wp:posOffset>270934</wp:posOffset>
                </wp:positionH>
                <wp:positionV relativeFrom="paragraph">
                  <wp:posOffset>246592</wp:posOffset>
                </wp:positionV>
                <wp:extent cx="1219200" cy="939800"/>
                <wp:effectExtent l="0" t="0" r="6350" b="12700"/>
                <wp:wrapNone/>
                <wp:docPr id="19356202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939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8BA391" w14:textId="7B22BD63" w:rsidR="00B25EF4" w:rsidRDefault="00B25EF4" w:rsidP="00B25EF4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eCom</w:t>
                            </w:r>
                            <w:r w:rsidR="001B618B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m</w:t>
                            </w: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48"/>
                                <w:szCs w:val="48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erce</w:t>
                            </w:r>
                          </w:p>
                          <w:p w14:paraId="5A0EEE35" w14:textId="2046AA98" w:rsidR="00B25EF4" w:rsidRPr="0005644C" w:rsidRDefault="00B25EF4" w:rsidP="00B25EF4">
                            <w:pPr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6"/>
                                <w:szCs w:val="36"/>
                                <w14:textFill>
                                  <w14:solidFill>
                                    <w14:schemeClr w14:val="bg1">
                                      <w14:alpha w14:val="2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Framework</w:t>
                            </w:r>
                          </w:p>
                        </w:txbxContent>
                      </wps:txbx>
                      <wps:bodyPr rot="0" vert="horz" wrap="non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436D7" id="_x0000_s1040" type="#_x0000_t202" style="position:absolute;margin-left:21.35pt;margin-top:19.4pt;width:96pt;height:74pt;z-index:251680768;visibility:visible;mso-wrap-style:non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" filled="f" stroked="f">
                <v:textbox inset="0,0,0,0">
                  <w:txbxContent>
                    <w:p w14:paraId="7A8BA391" w14:textId="7B22BD63" w:rsidR="00B25EF4" w:rsidRDefault="00B25EF4" w:rsidP="00B25EF4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eCom</w:t>
                      </w:r>
                      <w:r w:rsidR="001B618B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m</w:t>
                      </w: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48"/>
                          <w:szCs w:val="48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erce</w:t>
                      </w:r>
                    </w:p>
                    <w:p w14:paraId="5A0EEE35" w14:textId="2046AA98" w:rsidR="00B25EF4" w:rsidRPr="0005644C" w:rsidRDefault="00B25EF4" w:rsidP="00B25EF4">
                      <w:pPr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6"/>
                          <w:szCs w:val="36"/>
                          <w14:textFill>
                            <w14:solidFill>
                              <w14:schemeClr w14:val="bg1">
                                <w14:alpha w14:val="20000"/>
                                <w14:lumMod w14:val="95000"/>
                              </w14:schemeClr>
                            </w14:solidFill>
                          </w14:textFill>
                        </w:rPr>
                        <w:t>Framework</w:t>
                      </w:r>
                    </w:p>
                  </w:txbxContent>
                </v:textbox>
              </v:shape>
            </w:pict>
          </mc:Fallback>
        </mc:AlternateContent>
      </w:r>
    </w:p>
    <w:p w14:paraId="054BC9EF" w14:textId="5DBBF92A" w:rsidR="007D10F3" w:rsidRDefault="005122E9">
      <w:r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1A7786B8" wp14:editId="3287E7EE">
                <wp:simplePos x="0" y="0"/>
                <wp:positionH relativeFrom="margin">
                  <wp:posOffset>4713772</wp:posOffset>
                </wp:positionH>
                <wp:positionV relativeFrom="paragraph">
                  <wp:posOffset>7954</wp:posOffset>
                </wp:positionV>
                <wp:extent cx="1905000" cy="685800"/>
                <wp:effectExtent l="0" t="0" r="0" b="0"/>
                <wp:wrapNone/>
                <wp:docPr id="19792626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CB4DAA" w14:textId="77777777" w:rsidR="005122E9" w:rsidRDefault="005122E9" w:rsidP="005122E9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VOGO eBS for</w:t>
                            </w:r>
                          </w:p>
                          <w:p w14:paraId="006F3E11" w14:textId="4450A613" w:rsidR="005122E9" w:rsidRPr="005122E9" w:rsidRDefault="005122E9" w:rsidP="005122E9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pacing w:val="20"/>
                                <w:sz w:val="24"/>
                                <w:szCs w:val="24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5122E9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pacing w:val="20"/>
                                <w:sz w:val="40"/>
                                <w:szCs w:val="4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shopify</w:t>
                            </w:r>
                            <w:r w:rsidRPr="005122E9"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pacing w:val="20"/>
                                <w:sz w:val="40"/>
                                <w:szCs w:val="4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786B8" id="_x0000_s1041" type="#_x0000_t202" style="position:absolute;margin-left:371.15pt;margin-top:.65pt;width:150pt;height:54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" filled="f" stroked="f">
                <v:textbox inset="0,0,0,0">
                  <w:txbxContent>
                    <w:p w14:paraId="46CB4DAA" w14:textId="77777777" w:rsidR="005122E9" w:rsidRDefault="005122E9" w:rsidP="005122E9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VOGO eBS for</w:t>
                      </w:r>
                    </w:p>
                    <w:p w14:paraId="006F3E11" w14:textId="4450A613" w:rsidR="005122E9" w:rsidRPr="005122E9" w:rsidRDefault="005122E9" w:rsidP="005122E9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pacing w:val="20"/>
                          <w:sz w:val="24"/>
                          <w:szCs w:val="24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 w:rsidRPr="005122E9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pacing w:val="20"/>
                          <w:sz w:val="40"/>
                          <w:szCs w:val="4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shopify</w:t>
                      </w:r>
                      <w:r w:rsidRPr="005122E9"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pacing w:val="20"/>
                          <w:sz w:val="40"/>
                          <w:szCs w:val="4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95E5F">
        <w:rPr>
          <w:rFonts w:ascii="Aptos Display" w:hAnsi="Aptos Display"/>
          <w:b/>
          <w:noProof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5B44055E" wp14:editId="647598DC">
                <wp:simplePos x="0" y="0"/>
                <wp:positionH relativeFrom="margin">
                  <wp:align>center</wp:align>
                </wp:positionH>
                <wp:positionV relativeFrom="paragraph">
                  <wp:posOffset>8255</wp:posOffset>
                </wp:positionV>
                <wp:extent cx="1905000" cy="685800"/>
                <wp:effectExtent l="0" t="0" r="0" b="0"/>
                <wp:wrapNone/>
                <wp:docPr id="16364863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47F5BE" w14:textId="1607A0B8" w:rsidR="005122E9" w:rsidRDefault="005122E9" w:rsidP="005122E9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Abadi" w:hAnsi="Abadi"/>
                                <w:color w:val="F2F2F2" w:themeColor="background1" w:themeShade="F2"/>
                                <w:sz w:val="28"/>
                                <w:szCs w:val="28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VOGO eBS for</w:t>
                            </w:r>
                          </w:p>
                          <w:p w14:paraId="40692764" w14:textId="1788068C" w:rsidR="005122E9" w:rsidRPr="008A09D8" w:rsidRDefault="005122E9" w:rsidP="005122E9">
                            <w:pPr>
                              <w:spacing w:after="0" w:line="240" w:lineRule="auto"/>
                              <w:rPr>
                                <w:rFonts w:ascii="Abadi" w:hAnsi="Abadi"/>
                                <w:color w:val="F2F2F2" w:themeColor="background1" w:themeShade="F2"/>
                                <w:sz w:val="20"/>
                                <w:szCs w:val="20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</w:pPr>
                            <w:proofErr w:type="spellStart"/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>wooCommerce</w:t>
                            </w:r>
                            <w:proofErr w:type="spellEnd"/>
                            <w:r>
                              <w:rPr>
                                <w:rFonts w:ascii="Abadi" w:hAnsi="Abadi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  <w14:textFill>
                                  <w14:solidFill>
                                    <w14:schemeClr w14:val="bg1">
                                      <w14:alpha w14:val="10000"/>
                                      <w14:lumMod w14:val="9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44055E" id="_x0000_s1042" type="#_x0000_t202" style="position:absolute;margin-left:0;margin-top:.65pt;width:150pt;height:54pt;z-index:25169510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" filled="f" stroked="f">
                <v:textbox inset="0,0,0,0">
                  <w:txbxContent>
                    <w:p w14:paraId="4347F5BE" w14:textId="1607A0B8" w:rsidR="005122E9" w:rsidRDefault="005122E9" w:rsidP="005122E9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Abadi" w:hAnsi="Abadi"/>
                          <w:color w:val="F2F2F2" w:themeColor="background1" w:themeShade="F2"/>
                          <w:sz w:val="28"/>
                          <w:szCs w:val="28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VOGO eBS for</w:t>
                      </w:r>
                    </w:p>
                    <w:p w14:paraId="40692764" w14:textId="1788068C" w:rsidR="005122E9" w:rsidRPr="008A09D8" w:rsidRDefault="005122E9" w:rsidP="005122E9">
                      <w:pPr>
                        <w:spacing w:after="0" w:line="240" w:lineRule="auto"/>
                        <w:rPr>
                          <w:rFonts w:ascii="Abadi" w:hAnsi="Abadi"/>
                          <w:color w:val="F2F2F2" w:themeColor="background1" w:themeShade="F2"/>
                          <w:sz w:val="20"/>
                          <w:szCs w:val="20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</w:pPr>
                      <w:proofErr w:type="spellStart"/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>wooCommerce</w:t>
                      </w:r>
                      <w:proofErr w:type="spellEnd"/>
                      <w:r>
                        <w:rPr>
                          <w:rFonts w:ascii="Abadi" w:hAnsi="Abadi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  <w14:textFill>
                            <w14:solidFill>
                              <w14:schemeClr w14:val="bg1">
                                <w14:alpha w14:val="10000"/>
                                <w14:lumMod w14:val="9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35A9B2D" w14:textId="2282A5B2" w:rsidR="00673695" w:rsidRDefault="00673695">
      <w:r>
        <w:br w:type="page"/>
      </w:r>
    </w:p>
    <w:p w14:paraId="091B5F15" w14:textId="77777777" w:rsidR="00673695" w:rsidRDefault="00673695">
      <w:r>
        <w:lastRenderedPageBreak/>
        <w:br w:type="page"/>
      </w:r>
    </w:p>
    <w:p w14:paraId="32A5ED05" w14:textId="7A1B4BB1" w:rsidR="00673695" w:rsidRDefault="00673695">
      <w:r>
        <w:lastRenderedPageBreak/>
        <w:br w:type="page"/>
      </w:r>
    </w:p>
    <w:p w14:paraId="0433C5CF" w14:textId="77777777" w:rsidR="00673695" w:rsidRDefault="00673695"/>
    <w:tbl>
      <w:tblPr>
        <w:tblpPr w:leftFromText="180" w:rightFromText="180" w:horzAnchor="page" w:tblpX="1" w:tblpY="-11706"/>
        <w:tblW w:w="15930" w:type="dxa"/>
        <w:tblLayout w:type="fixed"/>
        <w:tblLook w:val="04A0" w:firstRow="1" w:lastRow="0" w:firstColumn="1" w:lastColumn="0" w:noHBand="0" w:noVBand="1"/>
      </w:tblPr>
      <w:tblGrid>
        <w:gridCol w:w="7965"/>
        <w:gridCol w:w="7965"/>
      </w:tblGrid>
      <w:tr w:rsidR="007D10F3" w14:paraId="2B2E8E96" w14:textId="77777777" w:rsidTr="00673695">
        <w:tc>
          <w:tcPr>
            <w:tcW w:w="796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A9C215" w14:textId="559AEBF3" w:rsidR="007D10F3" w:rsidRDefault="007D10F3" w:rsidP="00673695"/>
          <w:tbl>
            <w:tblPr>
              <w:tblpPr w:leftFromText="180" w:rightFromText="180" w:horzAnchor="page" w:tblpX="601" w:tblpY="-12200"/>
              <w:tblOverlap w:val="never"/>
              <w:tblW w:w="7964" w:type="dxa"/>
              <w:tblLayout w:type="fixed"/>
              <w:tblLook w:val="04A0" w:firstRow="1" w:lastRow="0" w:firstColumn="1" w:lastColumn="0" w:noHBand="0" w:noVBand="1"/>
            </w:tblPr>
            <w:tblGrid>
              <w:gridCol w:w="3982"/>
              <w:gridCol w:w="3982"/>
            </w:tblGrid>
            <w:tr w:rsidR="007D10F3" w14:paraId="49E3E978" w14:textId="77777777" w:rsidTr="00673695">
              <w:tc>
                <w:tcPr>
                  <w:tcW w:w="398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3B1320D" w14:textId="77777777" w:rsidR="00673695" w:rsidRDefault="00673695" w:rsidP="00673695">
                  <w:pPr>
                    <w:rPr>
                      <w:noProof/>
                    </w:rPr>
                  </w:pPr>
                </w:p>
                <w:p w14:paraId="56539550" w14:textId="77777777" w:rsidR="00673695" w:rsidRDefault="00673695" w:rsidP="00673695">
                  <w:pPr>
                    <w:rPr>
                      <w:noProof/>
                    </w:rPr>
                  </w:pPr>
                </w:p>
                <w:p w14:paraId="4CCD913E" w14:textId="77777777" w:rsidR="00673695" w:rsidRDefault="00673695" w:rsidP="00673695">
                  <w:pPr>
                    <w:rPr>
                      <w:noProof/>
                    </w:rPr>
                  </w:pPr>
                </w:p>
                <w:p w14:paraId="7B8FF2DA" w14:textId="77777777" w:rsidR="00673695" w:rsidRDefault="00673695" w:rsidP="00673695">
                  <w:pPr>
                    <w:rPr>
                      <w:noProof/>
                    </w:rPr>
                  </w:pPr>
                </w:p>
                <w:p w14:paraId="17B3539A" w14:textId="77777777" w:rsidR="00673695" w:rsidRDefault="00673695" w:rsidP="00673695">
                  <w:pPr>
                    <w:rPr>
                      <w:noProof/>
                    </w:rPr>
                  </w:pPr>
                </w:p>
                <w:p w14:paraId="4D87672F" w14:textId="5C64879C" w:rsidR="007D10F3" w:rsidRDefault="007D10F3" w:rsidP="00673695">
                  <w:r>
                    <w:rPr>
                      <w:noProof/>
                    </w:rPr>
                    <w:drawing>
                      <wp:inline distT="0" distB="0" distL="0" distR="0" wp14:anchorId="6B242F12" wp14:editId="662EAC6A">
                        <wp:extent cx="864000" cy="86400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45f3b30b-4eb9-5e34-857b-c5c3979be361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64000" cy="864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8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E8E61D2" w14:textId="77777777" w:rsidR="007D10F3" w:rsidRDefault="007D10F3" w:rsidP="00673695">
                  <w:pPr>
                    <w:spacing w:after="0" w:line="240" w:lineRule="auto"/>
                  </w:pPr>
                  <w:r>
                    <w:rPr>
                      <w:rFonts w:ascii="Aptos Display" w:hAnsi="Aptos Display"/>
                      <w:b/>
                      <w:color w:val="0B155C"/>
                      <w:sz w:val="68"/>
                    </w:rPr>
                    <w:t xml:space="preserve">VOGO </w:t>
                  </w:r>
                  <w:r>
                    <w:rPr>
                      <w:rFonts w:ascii="Aptos Display" w:hAnsi="Aptos Display"/>
                      <w:b/>
                      <w:color w:val="1C4BFF"/>
                      <w:sz w:val="68"/>
                    </w:rPr>
                    <w:t>eBS</w:t>
                  </w:r>
                </w:p>
                <w:p w14:paraId="174B96C6" w14:textId="77777777" w:rsidR="007D10F3" w:rsidRDefault="007D10F3" w:rsidP="00673695">
                  <w:pPr>
                    <w:spacing w:after="0" w:line="240" w:lineRule="auto"/>
                  </w:pPr>
                  <w:r>
                    <w:rPr>
                      <w:rFonts w:ascii="Aptos" w:hAnsi="Aptos"/>
                      <w:b/>
                      <w:color w:val="0B155C"/>
                      <w:sz w:val="40"/>
                    </w:rPr>
                    <w:t>Enterprise Business Suite</w:t>
                  </w:r>
                </w:p>
              </w:tc>
            </w:tr>
          </w:tbl>
          <w:p w14:paraId="47807BA2" w14:textId="77777777" w:rsidR="007D10F3" w:rsidRDefault="007D10F3" w:rsidP="00673695"/>
          <w:p w14:paraId="2713C3EE" w14:textId="77777777" w:rsidR="007D10F3" w:rsidRDefault="007D10F3" w:rsidP="00673695"/>
          <w:p w14:paraId="3C503F47" w14:textId="77777777" w:rsidR="007D10F3" w:rsidRDefault="007D10F3" w:rsidP="00673695">
            <w:pPr>
              <w:spacing w:after="0" w:line="240" w:lineRule="auto"/>
            </w:pPr>
            <w:r>
              <w:rPr>
                <w:rFonts w:ascii="Aptos Display" w:hAnsi="Aptos Display"/>
                <w:b/>
                <w:color w:val="0B155C"/>
                <w:sz w:val="84"/>
              </w:rPr>
              <w:t>One Suite.</w:t>
            </w:r>
          </w:p>
          <w:p w14:paraId="6D985B03" w14:textId="77777777" w:rsidR="007D10F3" w:rsidRDefault="007D10F3" w:rsidP="00673695">
            <w:pPr>
              <w:spacing w:after="80" w:line="240" w:lineRule="auto"/>
            </w:pPr>
            <w:r>
              <w:rPr>
                <w:rFonts w:ascii="Aptos Display" w:hAnsi="Aptos Display"/>
                <w:b/>
                <w:color w:val="1C4BFF"/>
                <w:sz w:val="72"/>
              </w:rPr>
              <w:t>Unlimited Possibilities.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965"/>
            </w:tblGrid>
            <w:tr w:rsidR="007D10F3" w14:paraId="560D0058" w14:textId="77777777" w:rsidTr="00C0346D">
              <w:tc>
                <w:tcPr>
                  <w:tcW w:w="79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1C4B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8E8623A" w14:textId="77777777" w:rsidR="007D10F3" w:rsidRDefault="007D10F3" w:rsidP="00673695">
                  <w:pPr>
                    <w:framePr w:hSpace="180" w:wrap="around" w:hAnchor="page" w:x="1" w:y="-11706"/>
                  </w:pPr>
                </w:p>
              </w:tc>
            </w:tr>
          </w:tbl>
          <w:p w14:paraId="4BD30F6D" w14:textId="77777777" w:rsidR="007D10F3" w:rsidRDefault="007D10F3" w:rsidP="00673695"/>
          <w:p w14:paraId="7B03B22B" w14:textId="77777777" w:rsidR="007D10F3" w:rsidRPr="007D10F3" w:rsidRDefault="007D10F3" w:rsidP="00673695">
            <w:pPr>
              <w:rPr>
                <w:rFonts w:ascii="Aptos" w:hAnsi="Aptos"/>
                <w:color w:val="0B155C"/>
                <w:sz w:val="28"/>
              </w:rPr>
            </w:pPr>
          </w:p>
          <w:p w14:paraId="57D71933" w14:textId="03A04A75" w:rsidR="007D10F3" w:rsidRPr="007D10F3" w:rsidRDefault="007D10F3" w:rsidP="00673695">
            <w:pPr>
              <w:spacing w:after="80" w:line="240" w:lineRule="auto"/>
              <w:rPr>
                <w:rFonts w:ascii="Aptos Display" w:hAnsi="Aptos Display"/>
                <w:b/>
                <w:color w:val="1C4BFF"/>
                <w:sz w:val="28"/>
                <w:szCs w:val="6"/>
              </w:rPr>
            </w:pPr>
            <w:r w:rsidRPr="007D10F3">
              <w:rPr>
                <w:rFonts w:ascii="Aptos Display" w:hAnsi="Aptos Display"/>
                <w:b/>
                <w:color w:val="1C4BFF"/>
                <w:sz w:val="28"/>
                <w:szCs w:val="6"/>
              </w:rPr>
              <w:t>An integrated platform to streamline operations,</w:t>
            </w:r>
            <w:r w:rsidRPr="007D10F3">
              <w:rPr>
                <w:rFonts w:ascii="Aptos Display" w:hAnsi="Aptos Display"/>
                <w:b/>
                <w:color w:val="1C4BFF"/>
                <w:sz w:val="28"/>
                <w:szCs w:val="6"/>
              </w:rPr>
              <w:br/>
              <w:t xml:space="preserve">accelerate growth and </w:t>
            </w:r>
            <w:r w:rsidRPr="007D10F3">
              <w:rPr>
                <w:rFonts w:ascii="Aptos Display" w:hAnsi="Aptos Display"/>
                <w:b/>
                <w:color w:val="1C4BFF"/>
                <w:sz w:val="28"/>
                <w:szCs w:val="6"/>
              </w:rPr>
              <w:t>support</w:t>
            </w:r>
            <w:r w:rsidRPr="007D10F3">
              <w:rPr>
                <w:rFonts w:ascii="Aptos Display" w:hAnsi="Aptos Display"/>
                <w:b/>
                <w:color w:val="1C4BFF"/>
                <w:sz w:val="28"/>
                <w:szCs w:val="6"/>
              </w:rPr>
              <w:t xml:space="preserve"> digital transformation.</w:t>
            </w:r>
          </w:p>
          <w:p w14:paraId="71EEA3D9" w14:textId="2551789D" w:rsidR="007D10F3" w:rsidRDefault="007D10F3" w:rsidP="00673695">
            <w:pPr>
              <w:spacing w:after="0" w:line="240" w:lineRule="auto"/>
            </w:pPr>
            <w:r>
              <w:rPr>
                <w:rFonts w:ascii="Aptos" w:hAnsi="Aptos"/>
                <w:b/>
                <w:color w:val="0B155C"/>
                <w:sz w:val="28"/>
              </w:rPr>
              <w:t xml:space="preserve">VOGO eBS – Enterprise Business Suite </w:t>
            </w:r>
            <w:r>
              <w:rPr>
                <w:rFonts w:ascii="Aptos" w:hAnsi="Aptos"/>
                <w:color w:val="0B155C"/>
                <w:sz w:val="28"/>
              </w:rPr>
              <w:t xml:space="preserve">is a comprehensive, </w:t>
            </w:r>
            <w:r>
              <w:rPr>
                <w:rFonts w:ascii="Aptos" w:hAnsi="Aptos"/>
                <w:color w:val="0B155C"/>
                <w:sz w:val="28"/>
              </w:rPr>
              <w:t xml:space="preserve">open source, </w:t>
            </w:r>
            <w:r>
              <w:rPr>
                <w:rFonts w:ascii="Aptos" w:hAnsi="Aptos"/>
                <w:color w:val="0B155C"/>
                <w:sz w:val="28"/>
              </w:rPr>
              <w:t>modular</w:t>
            </w:r>
            <w:r>
              <w:rPr>
                <w:rFonts w:ascii="Aptos" w:hAnsi="Aptos"/>
                <w:color w:val="0B155C"/>
                <w:sz w:val="28"/>
              </w:rPr>
              <w:t xml:space="preserve"> </w:t>
            </w:r>
            <w:r>
              <w:rPr>
                <w:rFonts w:ascii="Aptos" w:hAnsi="Aptos"/>
                <w:color w:val="0B155C"/>
                <w:sz w:val="28"/>
              </w:rPr>
              <w:t>and extensible platform designed to empower organizations with</w:t>
            </w:r>
            <w:r>
              <w:rPr>
                <w:rFonts w:ascii="Aptos" w:hAnsi="Aptos"/>
                <w:color w:val="0B155C"/>
                <w:sz w:val="28"/>
              </w:rPr>
              <w:br/>
              <w:t>the tools they need to innovate, collaborate and scale in a digital-first world.</w:t>
            </w:r>
          </w:p>
        </w:tc>
        <w:tc>
          <w:tcPr>
            <w:tcW w:w="796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0B25E" w14:textId="77777777" w:rsidR="007D10F3" w:rsidRDefault="007D10F3" w:rsidP="00673695">
            <w:pPr>
              <w:spacing w:after="0"/>
              <w:jc w:val="right"/>
            </w:pPr>
            <w:r>
              <w:rPr>
                <w:rFonts w:ascii="Aptos" w:hAnsi="Aptos"/>
                <w:b/>
                <w:color w:val="1C4BFF"/>
                <w:sz w:val="36"/>
              </w:rPr>
              <w:t>WHITE PAPER</w:t>
            </w:r>
          </w:p>
          <w:p w14:paraId="1AEE3959" w14:textId="77777777" w:rsidR="007D10F3" w:rsidRDefault="007D10F3" w:rsidP="00673695"/>
          <w:p w14:paraId="401AD49D" w14:textId="77777777" w:rsidR="007D10F3" w:rsidRDefault="007D10F3" w:rsidP="00673695"/>
          <w:p w14:paraId="605B573C" w14:textId="77777777" w:rsidR="007D10F3" w:rsidRDefault="007D10F3" w:rsidP="00673695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2799477C" wp14:editId="3E5825E1">
                  <wp:extent cx="4248000" cy="5576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ogo_globe_crop_CHATGPT.pn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8000" cy="557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20D8A6" w14:textId="77777777" w:rsidR="007D10F3" w:rsidRDefault="007D10F3" w:rsidP="007D10F3"/>
    <w:p w14:paraId="6FDDCA60" w14:textId="77777777" w:rsidR="007D10F3" w:rsidRDefault="007D10F3" w:rsidP="007F6FE3"/>
    <w:sectPr w:rsidR="007D10F3" w:rsidSect="00034616">
      <w:pgSz w:w="12240" w:h="15840"/>
      <w:pgMar w:top="504" w:right="648" w:bottom="504" w:left="64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EEC5C" w14:textId="77777777" w:rsidR="00E266A0" w:rsidRDefault="00E266A0" w:rsidP="00446F7C">
      <w:pPr>
        <w:spacing w:after="0" w:line="240" w:lineRule="auto"/>
      </w:pPr>
      <w:r>
        <w:separator/>
      </w:r>
    </w:p>
  </w:endnote>
  <w:endnote w:type="continuationSeparator" w:id="0">
    <w:p w14:paraId="6FAA78E0" w14:textId="77777777" w:rsidR="00E266A0" w:rsidRDefault="00E266A0" w:rsidP="00446F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E0D78" w14:textId="77777777" w:rsidR="00E266A0" w:rsidRDefault="00E266A0" w:rsidP="00446F7C">
      <w:pPr>
        <w:spacing w:after="0" w:line="240" w:lineRule="auto"/>
      </w:pPr>
      <w:r>
        <w:separator/>
      </w:r>
    </w:p>
  </w:footnote>
  <w:footnote w:type="continuationSeparator" w:id="0">
    <w:p w14:paraId="18B593D4" w14:textId="77777777" w:rsidR="00E266A0" w:rsidRDefault="00E266A0" w:rsidP="00446F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15808795">
    <w:abstractNumId w:val="8"/>
  </w:num>
  <w:num w:numId="2" w16cid:durableId="584455135">
    <w:abstractNumId w:val="6"/>
  </w:num>
  <w:num w:numId="3" w16cid:durableId="544290009">
    <w:abstractNumId w:val="5"/>
  </w:num>
  <w:num w:numId="4" w16cid:durableId="1000236008">
    <w:abstractNumId w:val="4"/>
  </w:num>
  <w:num w:numId="5" w16cid:durableId="125583585">
    <w:abstractNumId w:val="7"/>
  </w:num>
  <w:num w:numId="6" w16cid:durableId="640042881">
    <w:abstractNumId w:val="3"/>
  </w:num>
  <w:num w:numId="7" w16cid:durableId="682318071">
    <w:abstractNumId w:val="2"/>
  </w:num>
  <w:num w:numId="8" w16cid:durableId="648484828">
    <w:abstractNumId w:val="1"/>
  </w:num>
  <w:num w:numId="9" w16cid:durableId="1866138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2491"/>
    <w:rsid w:val="0005644C"/>
    <w:rsid w:val="0006063C"/>
    <w:rsid w:val="0015074B"/>
    <w:rsid w:val="0017317F"/>
    <w:rsid w:val="00181AE8"/>
    <w:rsid w:val="001B618B"/>
    <w:rsid w:val="001C0FE1"/>
    <w:rsid w:val="001E7ADA"/>
    <w:rsid w:val="00213E2A"/>
    <w:rsid w:val="00240315"/>
    <w:rsid w:val="002418B7"/>
    <w:rsid w:val="0029639D"/>
    <w:rsid w:val="002A32B4"/>
    <w:rsid w:val="00326F90"/>
    <w:rsid w:val="00446F7C"/>
    <w:rsid w:val="004778E1"/>
    <w:rsid w:val="004C6817"/>
    <w:rsid w:val="004F3AC7"/>
    <w:rsid w:val="004F62BB"/>
    <w:rsid w:val="005122E9"/>
    <w:rsid w:val="005A1E90"/>
    <w:rsid w:val="005D2A69"/>
    <w:rsid w:val="00673695"/>
    <w:rsid w:val="00704CA5"/>
    <w:rsid w:val="00751EF9"/>
    <w:rsid w:val="00795E5F"/>
    <w:rsid w:val="007C17B5"/>
    <w:rsid w:val="007D10F3"/>
    <w:rsid w:val="007D747F"/>
    <w:rsid w:val="007E0EC3"/>
    <w:rsid w:val="007E2283"/>
    <w:rsid w:val="007F6FE3"/>
    <w:rsid w:val="00844FF6"/>
    <w:rsid w:val="00852507"/>
    <w:rsid w:val="008A09D8"/>
    <w:rsid w:val="00902F14"/>
    <w:rsid w:val="00982FCF"/>
    <w:rsid w:val="00987164"/>
    <w:rsid w:val="00991B9A"/>
    <w:rsid w:val="00AA1D8D"/>
    <w:rsid w:val="00AA4DEF"/>
    <w:rsid w:val="00AF170F"/>
    <w:rsid w:val="00AF2908"/>
    <w:rsid w:val="00B25EF4"/>
    <w:rsid w:val="00B33282"/>
    <w:rsid w:val="00B47730"/>
    <w:rsid w:val="00BA1337"/>
    <w:rsid w:val="00BB4C92"/>
    <w:rsid w:val="00BF6624"/>
    <w:rsid w:val="00CB0664"/>
    <w:rsid w:val="00D32932"/>
    <w:rsid w:val="00D436FA"/>
    <w:rsid w:val="00D60CDA"/>
    <w:rsid w:val="00E25E7D"/>
    <w:rsid w:val="00E266A0"/>
    <w:rsid w:val="00E8766B"/>
    <w:rsid w:val="00EB3BA3"/>
    <w:rsid w:val="00EE543A"/>
    <w:rsid w:val="00EF3672"/>
    <w:rsid w:val="00F675B1"/>
    <w:rsid w:val="00F8339F"/>
    <w:rsid w:val="00FC693F"/>
    <w:rsid w:val="00FE05D0"/>
    <w:rsid w:val="00FE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CF4628"/>
  <w14:defaultImageDpi w14:val="300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0F3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Adrian Barcutean | vogo.me</cp:lastModifiedBy>
  <cp:revision>68</cp:revision>
  <dcterms:created xsi:type="dcterms:W3CDTF">2026-05-23T08:21:00Z</dcterms:created>
  <dcterms:modified xsi:type="dcterms:W3CDTF">2026-05-23T09:38:00Z</dcterms:modified>
  <cp:category/>
</cp:coreProperties>
</file>